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מבחן מסכם בלשון – כיתה ח' · רמה בסיסית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את הטקסט בעיון וענו על כל השאלות.</w:t>
      </w:r>
    </w:p>
    <w:p>
      <w:pPr>
        <w:bidi/>
        <w:spacing w:before="200" w:after="80"/>
        <w:jc w:val="both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ידע לשוני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ג: 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א: הבנת הנקרא (40 נק')</w:t>
      </w: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למה לקנות אם אפשר לשאול?*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בחודש שעבר רצינו לתלות מדף חדש בחדר. אבא הוציא מן הארון מקדחה שקנה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לפני שלוש שנים, ואחרי חיפוש ארוך גילינו שהסוללה שלה מתה מזמן – כי כמעט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לא השתמשנו בה. אז התחלתי לחשוב: כמה חפצים כאלה יש בכל בית?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במחסן של כמעט כל משפחה מחכים חפצים שכמעט אינם יוצאים ממנו: מקדחה,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סולם גבוה, אוהל, מכונה להכנת גלידה. קנינו אותם בשביל פעם אחת או פעמיים,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ומאז הם תופסים מקום ואוספים אבק. בערים שונות בעולם קמו בשנים האחרונות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«ספריות חפצים»: מקומות שבהם אפשר לשאול כלים וחפצים לזמן קצר, בדיוק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כמו ששואלים ספר. לדעתי, כדאי להקים ספריית חפצים בכל שכונה.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9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הנימוק הראשון הוא כלכלי. במקום שכל משפחה תקנה מקדחה יקרה, עשרות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משפחות יכולות להשתמש במקדחה אחת. סקר קטן שערכו מתנדבים בשכונה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שלנו העלה שרוב המשפחות השתמשו במקדחה שלהן פחות מחמש פעמים בשנה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האחרונה. הכסף שנחסך יכול לשמש לדברים חשובים יותר.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הנימוק השני קשור לסביבה. כל חפץ שאנחנו קונים נוצר מחומרי גלם, נשלח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ממרחקים ובסופו של דבר נזרק. כשחפץ אחד משרת אנשים רבים, מייצרים פחות,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משנעים פחות וזורקים פחות. ספריית חפצים היא דרך פשוטה לצרוך בתבונה בלי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לוותר על מה שצריך.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17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נוסף על כך, לספרייה כזו יש גם ערך חברתי. מי שבא לשאול סולם פוגש שכנים,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מתייעץ עם המתנדב איך להשתמש בו, ולפעמים אף מציע עזרה בעצמו. בשכונה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שבה אנשים כמעט אינם מכירים זה את זה, מקום כזה יכול להפוך למרכז קטן של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קהילה.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דמיינו, למשל, משפחה שמתכננת טיול לילה בצפון. במקום לקנות אוהל, שקי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שינה ופנס, היא מזמינה אותם מראש בספריית החפצים, אוספת אותם ביום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חמישי ומחזירה אותם ביום ראשון. המשפחה חסכה מאות שקלים, המחסן שלה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לא התמלא, ובשבוע הבא ייצאו עם אותו ציוד משפחה אחרת מן השכונה. בדרך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היא גם פגשה את המתנדבת, שהמליצה לה על מסלול נוח לילדים.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26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יש הטוענים שחפצים שאולים יתקלקלו מהר, כי אנשים אינם שומרים על מה שאינו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שלהם. אומנם החשש מובן, אך אפשר להתמודד איתו: בספריות חפצים נהוג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לרשום כל השאלה, לבדוק את החפץ כשהוא מוחזר ולגבות דמי מנוי סמליים,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שמהם מממנים תיקונים. לפי המתנדבים בספריות כאלה, רוב השואלים מחזירים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את החפצים בזמן ובמצב טוב, אולי משום שהם יודעים ששכניהם מחכים להם.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טענה נוספת היא שלא נוח לחכות לחפץ כשצריכים אותו מיד. זה נכון במקרים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מסוימים, ולכן ספריית חפצים לא תחליף את כל הקניות. אבל רוב הצרכים שלנו –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תיקון מדף, טיול משפחתי, מסיבת יום הולדת – מתוכננים מראש, ואפשר להזמין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את החפץ כמה ימים קודם.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לסיכום, ספריית חפצים חוסכת כסף, שומרת על הסביבה ומקרבת בין שכנים. מה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שדרוש כדי להקים אותה הוא חדר קטן, מדפים, קבוצת מתנדבים ותרומות של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חפצים מן התושבים. אני קוראת למועצת השכונה לפתוח ספרייה כזו כבר השנה –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ולכל אחד מאיתנו להציץ במחסן ולשאול: מה מכל זה אני באמת צריך?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צביקה שטרן, 2024. מתוך: «בין השורות» – כתב עת לחינוך.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איתור מידע: בחרו את התשובה הנכונה לפי הטקסט. (8 נק')</w:t>
      </w:r>
    </w:p>
    <w:p>
      <w:pPr>
        <w:bidi/>
        <w:spacing w:before="0" w:after="20"/>
        <w:jc w:val="both"/>
      </w:pPr>
      <w:r>
        <w:rPr>
          <w:rtl/>
        </w:rPr>
        <w:t>א. מה גילתה המשפחה כשרצתה לתלות מדף (בשורות 1–3)?</w:t>
      </w:r>
    </w:p>
    <w:p>
      <w:pPr>
        <w:bidi/>
        <w:spacing w:before="0" w:after="80"/>
        <w:jc w:val="both"/>
      </w:pPr>
      <w:r>
        <w:rPr>
          <w:rtl/>
        </w:rPr>
        <w:t xml:space="preserve">   ○ שאין לה מקדחה      ○ שהסוללה של המקדחה מתה      ○ שהמדף שבור      ○ שהמקדחה חדשה</w:t>
      </w:r>
    </w:p>
    <w:p>
      <w:pPr>
        <w:bidi/>
        <w:spacing w:before="0" w:after="20"/>
        <w:jc w:val="both"/>
      </w:pPr>
      <w:r>
        <w:rPr>
          <w:rtl/>
        </w:rPr>
        <w:t>ב. לפי מה שכתוב בשורות 9–12, מה העלה הסקר שערכו מתנדבי השכונה?</w:t>
      </w:r>
    </w:p>
    <w:p>
      <w:pPr>
        <w:bidi/>
        <w:spacing w:before="0" w:after="80"/>
        <w:jc w:val="both"/>
      </w:pPr>
      <w:r>
        <w:rPr>
          <w:rtl/>
        </w:rPr>
        <w:t xml:space="preserve">   ○ שרוב המשפחות אינן מחזיקות מקדחה      ○ שרוב המשפחות השתמשו במקדחה פחות מחמש פעמים בשנה      ○ שרוב המשפחות רוצות ספריית חפצים      ○ שמקדחות מתקלקלות מהר</w:t>
      </w:r>
    </w:p>
    <w:p>
      <w:pPr>
        <w:bidi/>
        <w:spacing w:before="0" w:after="20"/>
        <w:jc w:val="both"/>
      </w:pPr>
      <w:r>
        <w:rPr>
          <w:rtl/>
        </w:rPr>
        <w:t>ג. לפי מה שכתוב בשורות 26–30, מאיפה מממנות ספריות החפצים תיקונים?</w:t>
      </w:r>
    </w:p>
    <w:p>
      <w:pPr>
        <w:bidi/>
        <w:spacing w:before="0" w:after="80"/>
        <w:jc w:val="both"/>
      </w:pPr>
      <w:r>
        <w:rPr>
          <w:rtl/>
        </w:rPr>
        <w:t xml:space="preserve">   ○ מתרומות של העירייה      ○ מדמי מנוי סמליים      ○ ממכירת חפצים      ○ מקנסות</w:t>
      </w:r>
    </w:p>
    <w:p>
      <w:pPr>
        <w:bidi/>
        <w:spacing w:before="0" w:after="20"/>
        <w:jc w:val="both"/>
      </w:pPr>
      <w:r>
        <w:rPr>
          <w:rtl/>
        </w:rPr>
        <w:t>ד. מה צריך, לפי מה שכתוב בשורות 35–38, כדי להקים ספריית חפצים?</w:t>
      </w:r>
    </w:p>
    <w:p>
      <w:pPr>
        <w:bidi/>
        <w:spacing w:before="0" w:after="80"/>
        <w:jc w:val="both"/>
      </w:pPr>
      <w:r>
        <w:rPr>
          <w:rtl/>
        </w:rPr>
        <w:t xml:space="preserve">   ○ בניין גדול וצוות בשכר      ○ חדר קטן, מדפים, מתנדבים ותרומות      ○ חנות ומחסן      ○ אתר אינטרנט בלבד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הסקה: בשורות 1–3 הכותבת מספרת על המקדחה של המשפחה. מדוע לדעתכם בחרה לפתוח בסיפור אישי ולא בטענה? הסבירו מה הסיפור תורם לטקסט.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 לפי הטקסט? תקנו את המשפטים הלא נכונים. (4 נק')</w:t>
      </w:r>
    </w:p>
    <w:p>
      <w:pPr>
        <w:bidi/>
        <w:spacing w:before="0" w:after="60"/>
        <w:jc w:val="both"/>
      </w:pPr>
      <w:r>
        <w:rPr>
          <w:rtl/>
        </w:rPr>
        <w:t>א. הכותבת סבורה שספריית חפצים תחליף את כל הקניות.      נכון / לא נכון</w:t>
      </w:r>
    </w:p>
    <w:p>
      <w:pPr>
        <w:bidi/>
        <w:spacing w:before="0" w:after="60"/>
        <w:jc w:val="both"/>
      </w:pPr>
      <w:r>
        <w:rPr>
          <w:rtl/>
        </w:rPr>
        <w:t>ב. לפי הטקסט, לספריית חפצים יש גם ערך חברתי.      נכון / לא נכון</w:t>
      </w:r>
    </w:p>
    <w:p>
      <w:pPr>
        <w:bidi/>
        <w:spacing w:before="0" w:after="60"/>
        <w:jc w:val="both"/>
      </w:pPr>
      <w:r>
        <w:rPr>
          <w:rtl/>
        </w:rPr>
        <w:t>ג. לפי המתנדבים (בשורות 26–30), רוב השואלים אינם מחזירים את החפצים בזמן.      נכון / לא נכון</w:t>
      </w:r>
    </w:p>
    <w:p>
      <w:pPr>
        <w:bidi/>
        <w:spacing w:before="0" w:after="60"/>
        <w:jc w:val="both"/>
      </w:pPr>
      <w:r>
        <w:rPr>
          <w:rtl/>
        </w:rPr>
        <w:t>ד. הכותבת פונה בסוף גם למועצת השכונה וגם לקוראים.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אוצר מילים בהקשר: מה פירוש המילה לפי הטקסט? (4 נק')</w:t>
      </w:r>
    </w:p>
    <w:p>
      <w:pPr>
        <w:bidi/>
        <w:spacing w:before="0" w:after="20"/>
        <w:jc w:val="both"/>
      </w:pPr>
      <w:r>
        <w:rPr>
          <w:rtl/>
        </w:rPr>
        <w:t>א. «דרך פשוטה לצרוך בתבונה» (בשורות 13–16) – «בתבונה» (בשורות 13–16) פירושו:</w:t>
      </w:r>
    </w:p>
    <w:p>
      <w:pPr>
        <w:bidi/>
        <w:spacing w:before="0" w:after="80"/>
        <w:jc w:val="both"/>
      </w:pPr>
      <w:r>
        <w:rPr>
          <w:rtl/>
        </w:rPr>
        <w:t xml:space="preserve">   ○ במהירות      ○ בחוכמה ובשיקול דעת      ○ בכמות גדולה      ○ בסתר</w:t>
      </w:r>
    </w:p>
    <w:p>
      <w:pPr>
        <w:bidi/>
        <w:spacing w:before="0" w:after="20"/>
        <w:jc w:val="both"/>
      </w:pPr>
      <w:r>
        <w:rPr>
          <w:rtl/>
        </w:rPr>
        <w:t>ב. «דמי מנוי סמליים» (בשורות 26–30) – «סמליים» (בשורות 26–30) פירושו:</w:t>
      </w:r>
    </w:p>
    <w:p>
      <w:pPr>
        <w:bidi/>
        <w:spacing w:before="0" w:after="80"/>
        <w:jc w:val="both"/>
      </w:pPr>
      <w:r>
        <w:rPr>
          <w:rtl/>
        </w:rPr>
        <w:t xml:space="preserve">   ○ גבוהים מאוד      ○ נמוכים, כמעט רק לשם עיקרון      ○ מסובכים      ○ קבועים לכל החיים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מבנה הטקסט: התאימו לכל קטע בטקסט (לפי מספרי השורות) את התפקיד שלו בטיעון.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בשורות 4–8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הצגת הנושא והטענה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בשורות 9–12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טענת נגד והפרכה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בשורות 13–16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נימוק כלכלי והוכחה מסקר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בשורות 21–25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סיכום וקריאה לפעולה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בשורות 26–30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נימוק סביבתי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בשורות 35–38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דוגמה מוחשית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הבנה: העתיקו מן הטקסט, בשורות 31–34, את טענת הנגד, והסבירו במילים שלכם איך הכותבת מתמודדת איתה. (4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הערכה: האם הטקסט שכנע אתכם שכדאי להקים ספריית חפצים בשכונה שלכם? נמקו את עמדתכם בעזרת שני דברים מן הטקסט, וציינו שאלה אחת שהכותבת לא ענתה עליה.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ב: ידע לשוני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את השורש ואת הבניין של כל פועל מן הטקסט.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השתמשנו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נשלח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פוגש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מקרבת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המירו לסביל. כתבו רק את הפועל. (6 נק')</w:t>
      </w:r>
    </w:p>
    <w:p>
      <w:pPr>
        <w:bidi/>
        <w:spacing w:before="0" w:after="60"/>
        <w:jc w:val="both"/>
      </w:pPr>
      <w:r>
        <w:rPr>
          <w:rtl/>
        </w:rPr>
        <w:t>א. המתנדבים רשמו כל השאלה. – כל השאלה __________ על ידי המתנדבים.</w:t>
      </w:r>
    </w:p>
    <w:p>
      <w:pPr>
        <w:bidi/>
        <w:spacing w:before="0" w:after="60"/>
        <w:jc w:val="both"/>
      </w:pPr>
      <w:r>
        <w:rPr>
          <w:rtl/>
        </w:rPr>
        <w:t>ב. הספרנית בדקה את המקדחה. – המקדחה __________ על ידי הספרנית.</w:t>
      </w:r>
    </w:p>
    <w:p>
      <w:pPr>
        <w:bidi/>
        <w:spacing w:before="0" w:after="60"/>
        <w:jc w:val="both"/>
      </w:pPr>
      <w:r>
        <w:rPr>
          <w:rtl/>
        </w:rPr>
        <w:t>ג. התושבים יתרמו חפצים. – חפצים __________ על ידי התושבים.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את הנושא ואת הנשוא בכל משפט. (5 נק')</w:t>
      </w:r>
    </w:p>
    <w:p>
      <w:pPr>
        <w:bidi/>
        <w:spacing w:before="0" w:after="100"/>
        <w:jc w:val="both"/>
      </w:pPr>
      <w:r>
        <w:rPr>
          <w:rtl/>
        </w:rPr>
        <w:t>א. בערים שונות קמו ספריות חפצים.</w:t>
      </w:r>
    </w:p>
    <w:p>
      <w:pPr>
        <w:bidi/>
        <w:spacing w:before="0" w:after="100"/>
        <w:jc w:val="both"/>
      </w:pPr>
      <w:r>
        <w:rPr>
          <w:rtl/>
        </w:rPr>
        <w:t>ב. מי שבא לשאול סולם פוגש שכנים.</w:t>
      </w:r>
    </w:p>
    <w:p>
      <w:pPr>
        <w:bidi/>
        <w:spacing w:before="0" w:after="100"/>
        <w:jc w:val="both"/>
      </w:pPr>
      <w:r>
        <w:rPr>
          <w:rtl/>
        </w:rPr>
        <w:t>ג. בשבוע הבא ייצא עם הציוד שכן אחר.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התאם: בחרו את הנשוא המתאים. (6 נק')</w:t>
      </w:r>
    </w:p>
    <w:p>
      <w:pPr>
        <w:bidi/>
        <w:spacing w:before="0" w:after="20"/>
        <w:jc w:val="both"/>
      </w:pPr>
      <w:r>
        <w:rPr>
          <w:rtl/>
        </w:rPr>
        <w:t>א. בשבוע שעבר ___ בשכונה ספריית חפצים.</w:t>
      </w:r>
    </w:p>
    <w:p>
      <w:pPr>
        <w:bidi/>
        <w:spacing w:before="0" w:after="80"/>
        <w:jc w:val="both"/>
      </w:pPr>
      <w:r>
        <w:rPr>
          <w:rtl/>
        </w:rPr>
        <w:t xml:space="preserve">   ○ נפתח      ○ נפתחה      ○ נפתחו</w:t>
      </w:r>
    </w:p>
    <w:p>
      <w:pPr>
        <w:bidi/>
        <w:spacing w:before="0" w:after="20"/>
        <w:jc w:val="both"/>
      </w:pPr>
      <w:r>
        <w:rPr>
          <w:rtl/>
        </w:rPr>
        <w:t>ב. קבוצת המתנדבים ___ את החדר.</w:t>
      </w:r>
    </w:p>
    <w:p>
      <w:pPr>
        <w:bidi/>
        <w:spacing w:before="0" w:after="80"/>
        <w:jc w:val="both"/>
      </w:pPr>
      <w:r>
        <w:rPr>
          <w:rtl/>
        </w:rPr>
        <w:t xml:space="preserve">   ○ סידרו      ○ סידר      ○ סידרה</w:t>
      </w:r>
    </w:p>
    <w:p>
      <w:pPr>
        <w:bidi/>
        <w:spacing w:before="0" w:after="20"/>
        <w:jc w:val="both"/>
      </w:pPr>
      <w:r>
        <w:rPr>
          <w:rtl/>
        </w:rPr>
        <w:t>ג. לספרייה ___ אוהל, סולם ושני פנסים.</w:t>
      </w:r>
    </w:p>
    <w:p>
      <w:pPr>
        <w:bidi/>
        <w:spacing w:before="0" w:after="80"/>
        <w:jc w:val="both"/>
      </w:pPr>
      <w:r>
        <w:rPr>
          <w:rtl/>
        </w:rPr>
        <w:t xml:space="preserve">   ○ נתרם      ○ נתרמה      ○ נתרמו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כתבו את המספר הסודר במילים. (5 נק')</w:t>
      </w:r>
    </w:p>
    <w:p>
      <w:pPr>
        <w:bidi/>
        <w:spacing w:before="0" w:after="60"/>
        <w:jc w:val="both"/>
      </w:pPr>
      <w:r>
        <w:rPr>
          <w:rtl/>
        </w:rPr>
        <w:t>א. זו הפעם __________ שאנחנו שואלים אוהל. (3)</w:t>
      </w:r>
    </w:p>
    <w:p>
      <w:pPr>
        <w:bidi/>
        <w:spacing w:before="0" w:after="60"/>
        <w:jc w:val="both"/>
      </w:pPr>
      <w:r>
        <w:rPr>
          <w:rtl/>
        </w:rPr>
        <w:t>ב. המדף __________ מלא בכלי עבודה. (2)</w:t>
      </w:r>
    </w:p>
    <w:p>
      <w:pPr>
        <w:bidi/>
        <w:spacing w:before="0" w:after="60"/>
        <w:jc w:val="both"/>
      </w:pPr>
      <w:r>
        <w:rPr>
          <w:rtl/>
        </w:rPr>
        <w:t>ג. הספרייה נמצאת בקומה __________. (12)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הגדרה ויחסי משמעות. (5 נק')</w:t>
      </w:r>
    </w:p>
    <w:p>
      <w:pPr>
        <w:bidi/>
        <w:spacing w:before="0" w:after="20"/>
        <w:jc w:val="both"/>
      </w:pPr>
      <w:r>
        <w:rPr>
          <w:rtl/>
        </w:rPr>
        <w:t>א. מה היחס בין «כלי עבודה» ל«מקדחה»?</w:t>
      </w:r>
    </w:p>
    <w:p>
      <w:pPr>
        <w:bidi/>
        <w:spacing w:before="0" w:after="80"/>
        <w:jc w:val="both"/>
      </w:pPr>
      <w:r>
        <w:rPr>
          <w:rtl/>
        </w:rPr>
        <w:t xml:space="preserve">   ○ נרדפות      ○ ניגודיות      ○ היכללות</w:t>
      </w:r>
    </w:p>
    <w:p>
      <w:pPr>
        <w:bidi/>
        <w:spacing w:before="0" w:after="20"/>
        <w:jc w:val="both"/>
      </w:pPr>
      <w:r>
        <w:rPr>
          <w:rtl/>
        </w:rPr>
        <w:t>ב. איזו הגדרה מלאה של «ספריית חפצים»?</w:t>
      </w:r>
    </w:p>
    <w:p>
      <w:pPr>
        <w:bidi/>
        <w:spacing w:before="0" w:after="80"/>
        <w:jc w:val="both"/>
      </w:pPr>
      <w:r>
        <w:rPr>
          <w:rtl/>
        </w:rPr>
        <w:t xml:space="preserve">   ○ מקום עם מדפים      ○ מקום שבו שואלים חפצים לזמן קצר, כמו בספרייה      ○ מחסן      ○ למשל אוהל וסולם</w:t>
      </w: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ג: 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מאמר עמדה (כ־250 מילים) בנושא: «האם להקים בבית הספר פינת החלפה, שבה תלמידים מביאים ספרים ומשחקים ולוקחים אחרים במקומם?». שימו לב: הציגו עמדה ברורה בפתיחה; כתבו שני נימוקים לפחות, עם הסבר ודוגמה או הוכחה; הציגו טענת נגד והפריכו אותה; סיימו בקריאה לפעולה; השתמשו במילות קישור מתאימות; הקפידו על לשון, כתיב ופיסוק. (25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