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מערכת הפועל בגזרת השלמים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כל מה שצריך לזכור על הבניינים ועל נטיית הפועל בגזרת השלמים,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שבעת הבניינים</w:t>
      </w:r>
    </w:p>
    <w:p>
      <w:pPr>
        <w:bidi/>
        <w:spacing w:before="0" w:after="40"/>
        <w:jc w:val="both"/>
      </w:pPr>
      <w:r>
        <w:rPr>
          <w:rtl/>
        </w:rPr>
        <w:t>מזהים בניין לפי צורת העבר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(הוא)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 (הוא)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 (קל)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יכתוב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ייכתב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יסדר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פֻּעל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מסודר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יסודר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מדליק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ידליק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הֻפעל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הודלק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מודלק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יודלק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יתלבש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איך מוצאים את השורש?</w:t>
      </w:r>
    </w:p>
    <w:p>
      <w:pPr>
        <w:bidi/>
        <w:spacing w:before="0" w:after="20"/>
        <w:jc w:val="both"/>
      </w:pPr>
      <w:r>
        <w:rPr>
          <w:rtl/>
        </w:rPr>
        <w:t>1. מורידים אותיות של זמן וגוף בהתחלה ובסוף (י, ת, נ, א, ־תי, ־נו, ־ים).</w:t>
      </w:r>
    </w:p>
    <w:p>
      <w:pPr>
        <w:bidi/>
        <w:spacing w:before="0" w:after="20"/>
        <w:jc w:val="both"/>
      </w:pPr>
      <w:r>
        <w:rPr>
          <w:rtl/>
        </w:rPr>
        <w:t>2. מורידים את אותיות הבניין (נ, ה, הת, מ).</w:t>
      </w:r>
    </w:p>
    <w:p>
      <w:pPr>
        <w:bidi/>
        <w:spacing w:before="0" w:after="20"/>
        <w:jc w:val="both"/>
      </w:pPr>
      <w:r>
        <w:rPr>
          <w:rtl/>
        </w:rPr>
        <w:t>3. מורידים ו או י שנוספו רק בגלל הכתיב המלא.</w:t>
      </w:r>
    </w:p>
    <w:p>
      <w:pPr>
        <w:bidi/>
        <w:spacing w:before="0" w:after="20"/>
        <w:jc w:val="both"/>
      </w:pPr>
      <w:r>
        <w:rPr>
          <w:rtl/>
        </w:rPr>
        <w:t>4. בודקים שנשארו שלושה (או ארבעה) עיצורים.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התכתבנו: מורידים הת־ ו־נו, נשאר כ־ת־ב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שיכול בבניין התפעל</w:t>
      </w:r>
    </w:p>
    <w:p>
      <w:pPr>
        <w:bidi/>
        <w:spacing w:before="0" w:after="40"/>
        <w:jc w:val="both"/>
      </w:pPr>
      <w:r>
        <w:rPr>
          <w:rtl/>
        </w:rPr>
        <w:t>כשהעיצור הראשון של השורש הוא ס, ש, צ או ז, הוא מחליף מקום עם הת' (ועם צ' התי"ו נהפכת לט', עם ז' – לד').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בבניין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ס־ד־ר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הסתדר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ש־מ־ש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צ־ל־מ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הצטלם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ז־ק־נ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הזדקן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למצוא את הבניין, הטו את הפועל לעבר, גוף «הוא»: «מתלבשים» – התלבש – בניין התפעל. כשהעיצור הראשון בשורש הוא ס, ש, צ או ז, בבניין התפעל הת' מתחלפת איתו במקום (ועם צ' התי"ו נהפכת לט', עם ז' – לד'): הסתדר, השתמש, הצטלם, הזדקן.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«מתכתבים» – הבניין: ___.</w:t>
      </w:r>
    </w:p>
    <w:p>
      <w:pPr>
        <w:bidi/>
        <w:spacing w:before="0" w:after="20"/>
        <w:jc w:val="both"/>
      </w:pPr>
      <w:r>
        <w:rPr>
          <w:rtl/>
        </w:rPr>
        <w:t>1. מטים לעבר, גוף «הוא»: התכתב.</w:t>
      </w:r>
    </w:p>
    <w:p>
      <w:pPr>
        <w:bidi/>
        <w:spacing w:before="0" w:after="20"/>
        <w:jc w:val="both"/>
      </w:pPr>
      <w:r>
        <w:rPr>
          <w:rtl/>
        </w:rPr>
        <w:t>2. התבנית הת־ _ _ _ היא של בניין התפעל.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התפעל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כתבו את הבניין של כל פועל. היעזרו בטבלה:</w:t>
      </w:r>
    </w:p>
    <w:p>
      <w:pPr>
        <w:bidi/>
        <w:spacing w:before="0" w:after="60"/>
        <w:jc w:val="both"/>
      </w:pPr>
      <w:r>
        <w:rPr>
          <w:rtl/>
        </w:rPr>
        <w:t>א. «נסגרו» – הבניין: __________.</w:t>
      </w:r>
    </w:p>
    <w:p>
      <w:pPr>
        <w:bidi/>
        <w:spacing w:before="0" w:after="60"/>
        <w:jc w:val="both"/>
      </w:pPr>
      <w:r>
        <w:rPr>
          <w:rtl/>
        </w:rPr>
        <w:t>ב. «מלמדת» – הבניין: __________.</w:t>
      </w:r>
    </w:p>
    <w:p>
      <w:pPr>
        <w:bidi/>
        <w:spacing w:before="0" w:after="60"/>
        <w:jc w:val="both"/>
      </w:pPr>
      <w:r>
        <w:rPr>
          <w:rtl/>
        </w:rPr>
        <w:t>ג. «הרגשנו» – הבניין: __________.</w:t>
      </w:r>
    </w:p>
    <w:p>
      <w:pPr>
        <w:bidi/>
        <w:spacing w:before="0" w:after="60"/>
        <w:jc w:val="both"/>
      </w:pPr>
      <w:r>
        <w:rPr>
          <w:rtl/>
        </w:rPr>
        <w:t>ד. «הצטלמנו» – הבניין: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נפעל · ב. פיעל · ג. הפעיל · ד. התפעל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