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פעיל וסביל: המרה ותפקיד בטקסט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המירו לסביל. כתבו רק את הפועל החסר.</w:t>
      </w:r>
    </w:p>
    <w:p>
      <w:pPr>
        <w:bidi/>
        <w:spacing w:before="0" w:after="60"/>
        <w:jc w:val="both"/>
      </w:pPr>
      <w:r>
        <w:rPr>
          <w:rtl/>
        </w:rPr>
        <w:t>א. העירייה סגרה את הכביש. – הכביש __________ על ידי העירייה.</w:t>
      </w:r>
    </w:p>
    <w:p>
      <w:pPr>
        <w:bidi/>
        <w:spacing w:before="0" w:after="60"/>
        <w:jc w:val="both"/>
      </w:pPr>
      <w:r>
        <w:rPr>
          <w:rtl/>
        </w:rPr>
        <w:t>ב. הצוות שיפץ את האולם. – האולם __________ על ידי הצוות.</w:t>
      </w:r>
    </w:p>
    <w:p>
      <w:pPr>
        <w:bidi/>
        <w:spacing w:before="0" w:after="60"/>
        <w:jc w:val="both"/>
      </w:pPr>
      <w:r>
        <w:rPr>
          <w:rtl/>
        </w:rPr>
        <w:t>ג. המנהל הזמין את ההורים. – ההורים __________ על ידי המנהל.</w:t>
      </w:r>
    </w:p>
    <w:p>
      <w:pPr>
        <w:bidi/>
        <w:spacing w:before="0" w:after="60"/>
        <w:jc w:val="both"/>
      </w:pPr>
      <w:r>
        <w:rPr>
          <w:rtl/>
        </w:rPr>
        <w:t>ד. התלמידות כתבו את העיתון. – העיתון __________ על ידי התלמידות.</w:t>
      </w:r>
    </w:p>
    <w:p>
      <w:pPr>
        <w:bidi/>
        <w:spacing w:before="0" w:after="60"/>
        <w:jc w:val="both"/>
      </w:pPr>
      <w:r>
        <w:rPr>
          <w:rtl/>
        </w:rPr>
        <w:t>ה. החברה תפרסם את התוצאות. – התוצאות __________ על ידי החברה.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פעיל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סביל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הלביש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הקטין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פעיל או סביל?</w:t>
      </w:r>
    </w:p>
    <w:p>
      <w:pPr>
        <w:bidi/>
        <w:spacing w:before="0" w:after="20"/>
        <w:jc w:val="both"/>
      </w:pPr>
      <w:r>
        <w:rPr>
          <w:rtl/>
        </w:rPr>
        <w:t>א. התערוכה נפתחה אמש.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0" w:after="20"/>
        <w:jc w:val="both"/>
      </w:pPr>
      <w:r>
        <w:rPr>
          <w:rtl/>
        </w:rPr>
        <w:t>ב. המתנדבים ארזו חבילות מזון.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0" w:after="20"/>
        <w:jc w:val="both"/>
      </w:pPr>
      <w:r>
        <w:rPr>
          <w:rtl/>
        </w:rPr>
        <w:t>ג. הכרטיסים הודפסו מראש.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0" w:after="20"/>
        <w:jc w:val="both"/>
      </w:pPr>
      <w:r>
        <w:rPr>
          <w:rtl/>
        </w:rPr>
        <w:t>ד. השחקנית התאמנה כל הבוקר.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המירו מסביל לפעיל. כתבו את הפועל הפעיל החסר.</w:t>
      </w:r>
    </w:p>
    <w:p>
      <w:pPr>
        <w:bidi/>
        <w:spacing w:before="0" w:after="60"/>
        <w:jc w:val="both"/>
      </w:pPr>
      <w:r>
        <w:rPr>
          <w:rtl/>
        </w:rPr>
        <w:t>א. השיר הולחן על ידי מוזיקאי צעיר. – מוזיקאי צעיר __________ את השיר.</w:t>
      </w:r>
    </w:p>
    <w:p>
      <w:pPr>
        <w:bidi/>
        <w:spacing w:before="0" w:after="60"/>
        <w:jc w:val="both"/>
      </w:pPr>
      <w:r>
        <w:rPr>
          <w:rtl/>
        </w:rPr>
        <w:t>ב. הדוח נבדק על ידי המורה. – המורה __________ את הדוח.</w:t>
      </w:r>
    </w:p>
    <w:p>
      <w:pPr>
        <w:bidi/>
        <w:spacing w:before="0" w:after="60"/>
        <w:jc w:val="both"/>
      </w:pPr>
      <w:r>
        <w:rPr>
          <w:rtl/>
        </w:rPr>
        <w:t>ג. הפרסים יחולקו על ידי ראש העיר. – ראש העיר __________ את הפרסים.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ידיעה מן העיתון המקומי: הגשר נפתח*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אתמול נפתח לתנועה הגשר החדש מעל הנחל. העבודות נמשכו שנתיים, והגשר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נבנה בעלות גבוהה מן התכנון. בטקס הפתיחה נגזר סרט, והתושבים הוזמנו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לחצות את הגשר ברגל.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לפני כחודש התגלו בגשר סדקים קטנים. לדברי דובר העירייה, הסדקים תוקנו, ולא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נמצאה כל סכנה. עם זאת, לא נמסר מי אחראי לטעות בבנייה. תושבים רבים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ביקשו לדעת מדוע העבודות התעכבו.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ערן כהן-שגיא, 2021. מתוך: «קול השכונה» – עיתון מקומי.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הידיעה «הגשר נפתח». ליד כל משפט כתבו «פעיל» או «סביל», והעתיקו את הפועל.</w:t>
      </w:r>
    </w:p>
    <w:p>
      <w:pPr>
        <w:bidi/>
        <w:spacing w:before="0" w:after="100"/>
        <w:jc w:val="both"/>
      </w:pPr>
      <w:r>
        <w:rPr>
          <w:rtl/>
        </w:rPr>
        <w:t>א. אתמול נפתח לתנועה הגשר החדש מעל הנחל.</w:t>
      </w:r>
    </w:p>
    <w:p>
      <w:pPr>
        <w:bidi/>
        <w:spacing w:before="0" w:after="100"/>
        <w:jc w:val="both"/>
      </w:pPr>
      <w:r>
        <w:rPr>
          <w:rtl/>
        </w:rPr>
        <w:t>ב. הגשר נבנה בעלות גבוהה מן התכנון.</w:t>
      </w:r>
    </w:p>
    <w:p>
      <w:pPr>
        <w:bidi/>
        <w:spacing w:before="0" w:after="100"/>
        <w:jc w:val="both"/>
      </w:pPr>
      <w:r>
        <w:rPr>
          <w:rtl/>
        </w:rPr>
        <w:t>ג. התושבים הוזמנו לחצות את הגשר ברגל.</w:t>
      </w:r>
    </w:p>
    <w:p>
      <w:pPr>
        <w:bidi/>
        <w:spacing w:before="0" w:after="100"/>
        <w:jc w:val="both"/>
      </w:pPr>
      <w:r>
        <w:rPr>
          <w:rtl/>
        </w:rPr>
        <w:t>ד. הסדקים תוקנו.</w:t>
      </w:r>
    </w:p>
    <w:p>
      <w:pPr>
        <w:bidi/>
        <w:spacing w:before="0" w:after="100"/>
        <w:jc w:val="both"/>
      </w:pPr>
      <w:r>
        <w:rPr>
          <w:rtl/>
        </w:rPr>
        <w:t>ה. לא נמסר מי אחראי לטעות בבנייה.</w:t>
      </w:r>
    </w:p>
    <w:p>
      <w:pPr>
        <w:bidi/>
        <w:spacing w:before="0" w:after="100"/>
        <w:jc w:val="both"/>
      </w:pPr>
      <w:r>
        <w:rPr>
          <w:rtl/>
        </w:rPr>
        <w:t>ו. תושבים רבים ביקשו לדעת מדוע העבודות התעכבו.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בידיעה «הגשר נפתח» יש משפטים סבילים רבים. מה אנחנו לא יודעים בגלל זה? הביאו משפט אחד מן הידיעה והסבירו מה המשפט הסביל מסתיר.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בהמרה לסביל, הפועל עובר לזמן עבר.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במשפט סביל אפשר להשמיט את מבצע הפעולה.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«נכנס» הוא הסביל של «כנס».      נכון / לא נכון</w:t>
      </w:r>
    </w:p>
    <w:p>
      <w:pPr>
        <w:bidi/>
        <w:spacing w:before="0" w:after="60"/>
        <w:jc w:val="both"/>
      </w:pPr>
      <w:r>
        <w:rPr>
          <w:rtl/>
        </w:rPr>
        <w:t>ד. בכתיבה רשמית ובחדשות משתמשים בסביל לעיתים קרובות.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לפי הבניין הסביל.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נמכר  |  שולם  |  הוחלט  |  נגנב  |  צולם  |  הושלם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פֻּעל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הֻפעל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מנהל מפעל כתב: «נעשו טעויות בטיפול בפסולת.» כתבו את המשפט מחדש בפעיל, כהתנצלות כנה, והסבירו במשפט אחד מה השתנה.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המירו לסביל ושמרו על הזמן.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פעיל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הפועל הסביל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הצוות יבנה במה.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מסבירה את החומר.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השכנים גידלו ירקות.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התאימו כל משפט סביל לתפקיד שלו בטקסט.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«הארנק נגנב מן התיק.»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מי שעשה את הפעולה אינו ידוע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«התרופה פותחה אחרי שנים של מחקר.»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לשון רשמית ומנומסת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«הוחלט לבטל את הטיול.»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טשטוש האחראי להחלטה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«המבקרים מתבקשים לא לגעת במוצגים.»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הדגשת התוצאה וההישג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השלימו את הפועל הסביל בהווה (בניין פֻּעל או הֻפעל).</w:t>
      </w:r>
    </w:p>
    <w:p>
      <w:pPr>
        <w:bidi/>
        <w:spacing w:before="0" w:after="60"/>
        <w:jc w:val="both"/>
      </w:pPr>
      <w:r>
        <w:rPr>
          <w:rtl/>
        </w:rPr>
        <w:t>א. החדר כבר __________. (סידר)</w:t>
      </w:r>
    </w:p>
    <w:p>
      <w:pPr>
        <w:bidi/>
        <w:spacing w:before="0" w:after="60"/>
        <w:jc w:val="both"/>
      </w:pPr>
      <w:r>
        <w:rPr>
          <w:rtl/>
        </w:rPr>
        <w:t>ב. הארוחה __________ מראש. (הכין)</w:t>
      </w:r>
    </w:p>
    <w:p>
      <w:pPr>
        <w:bidi/>
        <w:spacing w:before="0" w:after="60"/>
        <w:jc w:val="both"/>
      </w:pPr>
      <w:r>
        <w:rPr>
          <w:rtl/>
        </w:rPr>
        <w:t>ג. המכתב __________ אל ההנהלה. (הפנה)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פעיל וסביל: המרה ותפקיד בטקסט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המירו לסביל. כתבו רק את הפועל החסר.</w:t>
      </w:r>
    </w:p>
    <w:p>
      <w:pPr>
        <w:bidi/>
        <w:spacing w:before="0" w:after="40"/>
        <w:jc w:val="both"/>
      </w:pPr>
      <w:r>
        <w:rPr>
          <w:rtl/>
        </w:rPr>
        <w:t>א. העירייה סגרה את הכביש. – הכביש נסגר על ידי העירייה.</w:t>
      </w:r>
    </w:p>
    <w:p>
      <w:pPr>
        <w:bidi/>
        <w:spacing w:before="0" w:after="40"/>
        <w:jc w:val="both"/>
      </w:pPr>
      <w:r>
        <w:rPr>
          <w:rtl/>
        </w:rPr>
        <w:t>ב. הצוות שיפץ את האולם. – האולם שופץ על ידי הצוות.</w:t>
      </w:r>
    </w:p>
    <w:p>
      <w:pPr>
        <w:bidi/>
        <w:spacing w:before="0" w:after="40"/>
        <w:jc w:val="both"/>
      </w:pPr>
      <w:r>
        <w:rPr>
          <w:rtl/>
        </w:rPr>
        <w:t>ג. המנהל הזמין את ההורים. – ההורים הוזמנו על ידי המנהל.</w:t>
      </w:r>
    </w:p>
    <w:p>
      <w:pPr>
        <w:bidi/>
        <w:spacing w:before="0" w:after="40"/>
        <w:jc w:val="both"/>
      </w:pPr>
      <w:r>
        <w:rPr>
          <w:rtl/>
        </w:rPr>
        <w:t>ד. התלמידות כתבו את העיתון. – העיתון נכתב על ידי התלמידות.</w:t>
      </w:r>
    </w:p>
    <w:p>
      <w:pPr>
        <w:bidi/>
        <w:spacing w:before="0" w:after="40"/>
        <w:jc w:val="both"/>
      </w:pPr>
      <w:r>
        <w:rPr>
          <w:rtl/>
        </w:rPr>
        <w:t>ה. החברה תפרסם את התוצאות. – התוצאות יפורסמו על ידי החברה.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פעיל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סביל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נשבר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הלביש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הֻפעל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בושל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הקטין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הוקטן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הֻפעל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פעיל או סביל?</w:t>
      </w:r>
    </w:p>
    <w:p>
      <w:pPr>
        <w:bidi/>
        <w:spacing w:before="0" w:after="20"/>
        <w:jc w:val="both"/>
      </w:pPr>
      <w:r>
        <w:rPr>
          <w:rtl/>
        </w:rPr>
        <w:t>א. התערוכה נפתחה אמש.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סביל</w:t>
      </w:r>
    </w:p>
    <w:p>
      <w:pPr>
        <w:bidi/>
        <w:spacing w:before="0" w:after="20"/>
        <w:jc w:val="both"/>
      </w:pPr>
      <w:r>
        <w:rPr>
          <w:rtl/>
        </w:rPr>
        <w:t>ב. המתנדבים ארזו חבילות מזון.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פעיל</w:t>
      </w:r>
    </w:p>
    <w:p>
      <w:pPr>
        <w:bidi/>
        <w:spacing w:before="0" w:after="20"/>
        <w:jc w:val="both"/>
      </w:pPr>
      <w:r>
        <w:rPr>
          <w:rtl/>
        </w:rPr>
        <w:t>ג. הכרטיסים הודפסו מראש.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סביל</w:t>
      </w:r>
    </w:p>
    <w:p>
      <w:pPr>
        <w:bidi/>
        <w:spacing w:before="0" w:after="20"/>
        <w:jc w:val="both"/>
      </w:pPr>
      <w:r>
        <w:rPr>
          <w:rtl/>
        </w:rPr>
        <w:t>ד. השחקנית התאמנה כל הבוקר.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פעיל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המירו מסביל לפעיל. כתבו את הפועל הפעיל החסר.</w:t>
      </w:r>
    </w:p>
    <w:p>
      <w:pPr>
        <w:bidi/>
        <w:spacing w:before="0" w:after="40"/>
        <w:jc w:val="both"/>
      </w:pPr>
      <w:r>
        <w:rPr>
          <w:rtl/>
        </w:rPr>
        <w:t>א. השיר הולחן על ידי מוזיקאי צעיר. – מוזיקאי צעיר הלחין את השיר.</w:t>
      </w:r>
    </w:p>
    <w:p>
      <w:pPr>
        <w:bidi/>
        <w:spacing w:before="0" w:after="40"/>
        <w:jc w:val="both"/>
      </w:pPr>
      <w:r>
        <w:rPr>
          <w:rtl/>
        </w:rPr>
        <w:t>ב. הדוח נבדק על ידי המורה. – המורה בדקה את הדוח.</w:t>
      </w:r>
    </w:p>
    <w:p>
      <w:pPr>
        <w:bidi/>
        <w:spacing w:before="0" w:after="40"/>
        <w:jc w:val="both"/>
      </w:pPr>
      <w:r>
        <w:rPr>
          <w:rtl/>
        </w:rPr>
        <w:t>ג. הפרסים יחולקו על ידי ראש העיר. – ראש העיר יחלק את הפרסים.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הידיעה «הגשר נפתח». ליד כל משפט כתבו «פעיל» או «סביל», והעתיקו את הפועל.</w:t>
      </w:r>
    </w:p>
    <w:p>
      <w:pPr>
        <w:bidi/>
        <w:spacing w:before="0" w:after="100"/>
        <w:jc w:val="both"/>
      </w:pPr>
      <w:r>
        <w:rPr>
          <w:rtl/>
        </w:rPr>
        <w:t>א. אתמול נפתח לתנועה הגשר החדש מעל הנחל.  ← סביל – נפתח</w:t>
      </w:r>
    </w:p>
    <w:p>
      <w:pPr>
        <w:bidi/>
        <w:spacing w:before="0" w:after="100"/>
        <w:jc w:val="both"/>
      </w:pPr>
      <w:r>
        <w:rPr>
          <w:rtl/>
        </w:rPr>
        <w:t>ב. הגשר נבנה בעלות גבוהה מן התכנון.  ← סביל – נבנה</w:t>
      </w:r>
    </w:p>
    <w:p>
      <w:pPr>
        <w:bidi/>
        <w:spacing w:before="0" w:after="100"/>
        <w:jc w:val="both"/>
      </w:pPr>
      <w:r>
        <w:rPr>
          <w:rtl/>
        </w:rPr>
        <w:t>ג. התושבים הוזמנו לחצות את הגשר ברגל.  ← סביל – הוזמנו</w:t>
      </w:r>
    </w:p>
    <w:p>
      <w:pPr>
        <w:bidi/>
        <w:spacing w:before="0" w:after="100"/>
        <w:jc w:val="both"/>
      </w:pPr>
      <w:r>
        <w:rPr>
          <w:rtl/>
        </w:rPr>
        <w:t>ד. הסדקים תוקנו.  ← סביל – תוקנו</w:t>
      </w:r>
    </w:p>
    <w:p>
      <w:pPr>
        <w:bidi/>
        <w:spacing w:before="0" w:after="100"/>
        <w:jc w:val="both"/>
      </w:pPr>
      <w:r>
        <w:rPr>
          <w:rtl/>
        </w:rPr>
        <w:t>ה. לא נמסר מי אחראי לטעות בבנייה.  ← סביל – נמסר</w:t>
      </w:r>
    </w:p>
    <w:p>
      <w:pPr>
        <w:bidi/>
        <w:spacing w:before="0" w:after="100"/>
        <w:jc w:val="both"/>
      </w:pPr>
      <w:r>
        <w:rPr>
          <w:rtl/>
        </w:rPr>
        <w:t>ו. תושבים רבים ביקשו לדעת מדוע העבודות התעכבו.  ← פעיל – ביקשו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בידיעה «הגשר נפתח» יש משפטים סבילים רבים. מה אנחנו לא יודעים בגלל זה? הביאו משפט אחד מן הידיעה והסבירו מה המשפט הסביל מסתיר.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הסביל מסתיר מי ביצע את הפעולות ומי אחראי. למשל: «לא נמסר מי אחראי לטעות בבנייה» – לא ברור מי היה צריך למסור את המידע ומי טעה; «הסדקים תוקנו» – לא נאמר מי תיקן ומתי.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בהמרה לסביל, הפועל עובר לזמן עבר. – לא נכון – הזמן נשמר: «יפרסם» הופך ל«יפורסם»</w:t>
      </w:r>
    </w:p>
    <w:p>
      <w:pPr>
        <w:bidi/>
        <w:spacing w:before="0" w:after="40"/>
        <w:jc w:val="both"/>
      </w:pPr>
      <w:r>
        <w:rPr>
          <w:rtl/>
        </w:rPr>
        <w:t>ב. במשפט סביל אפשר להשמיט את מבצע הפעולה. – נכון</w:t>
      </w:r>
    </w:p>
    <w:p>
      <w:pPr>
        <w:bidi/>
        <w:spacing w:before="0" w:after="40"/>
        <w:jc w:val="both"/>
      </w:pPr>
      <w:r>
        <w:rPr>
          <w:rtl/>
        </w:rPr>
        <w:t>ג. «נכנס» הוא הסביל של «כנס». – לא נכון – «נכנס» הוא פועל פעיל בבניין נפעל; לא כל פועל בנפעל הוא סביל</w:t>
      </w:r>
    </w:p>
    <w:p>
      <w:pPr>
        <w:bidi/>
        <w:spacing w:before="0" w:after="40"/>
        <w:jc w:val="both"/>
      </w:pPr>
      <w:r>
        <w:rPr>
          <w:rtl/>
        </w:rPr>
        <w:t>ד. בכתיבה רשמית ובחדשות משתמשים בסביל לעיתים קרובות.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לפי הבניין הסביל.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נפעל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פֻּעל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הֻפעל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נמכר, נגנב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שולם, צולם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הוחלט, הושלם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מנהל מפעל כתב: «נעשו טעויות בטיפול בפסולת.» כתבו את המשפט מחדש בפעיל, כהתנצלות כנה, והסבירו במשפט אחד מה השתנה.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«אנחנו, הנהלת המפעל, טעינו בטיפול בפסולת, ואנו מתנצלים.» במשפט הפעיל ברור מי אחראי לטעות, ולכן ההתנצלות נשמעת כנה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המירו לסביל ושמרו על הזמן.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פעיל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הפועל הסביל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הצוות יבנה במה.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תיבנה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מסבירה את החומר.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מוסבר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השכנים גידלו ירקות.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גודלו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התאימו כל משפט סביל לתפקיד שלו בטקסט.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«הארנק נגנב מן התיק.»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מי שעשה את הפעולה אינו ידוע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«התרופה פותחה אחרי שנים של מחקר.»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לשון רשמית ומנומסת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«הוחלט לבטל את הטיול.»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טשטוש האחראי להחלטה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«המבקרים מתבקשים לא לגעת במוצגים.»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הדגשת התוצאה וההישג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השלימו את הפועל הסביל בהווה (בניין פֻּעל או הֻפעל).</w:t>
      </w:r>
    </w:p>
    <w:p>
      <w:pPr>
        <w:bidi/>
        <w:spacing w:before="0" w:after="40"/>
        <w:jc w:val="both"/>
      </w:pPr>
      <w:r>
        <w:rPr>
          <w:rtl/>
        </w:rPr>
        <w:t>א. החדר כבר מסודר. (סידר)</w:t>
      </w:r>
    </w:p>
    <w:p>
      <w:pPr>
        <w:bidi/>
        <w:spacing w:before="0" w:after="40"/>
        <w:jc w:val="both"/>
      </w:pPr>
      <w:r>
        <w:rPr>
          <w:rtl/>
        </w:rPr>
        <w:t>ב. הארוחה מוכנה מראש. (הכין)</w:t>
      </w:r>
    </w:p>
    <w:p>
      <w:pPr>
        <w:bidi/>
        <w:spacing w:before="0" w:after="40"/>
        <w:jc w:val="both"/>
      </w:pPr>
      <w:r>
        <w:rPr>
          <w:rtl/>
        </w:rPr>
        <w:t>ג. המכתב מופנה אל ההנהלה. (הפנה)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