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גרעין המשפט: נושא, נשוא והתאם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מצאו את הנושא ואת הנשוא בכל משפט.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נשוא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בהפסקה שיחקו הילדים כדורגל.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המורה לאנגלית חילקה את המבחנים.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מחר תיפתח הספרייה החדשה.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החברים של נועה הכינו לה הפתעה.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מצאו את גרעין הנושא בכל משפט: מתחו קו מעליו, וכתבו מעל הקו «נושא».</w:t>
      </w:r>
    </w:p>
    <w:p>
      <w:pPr>
        <w:bidi/>
        <w:spacing w:before="320" w:after="100"/>
        <w:jc w:val="both"/>
      </w:pPr>
      <w:r>
        <w:rPr>
          <w:rtl/>
        </w:rPr>
        <w:t>א. תלמידי שכבת ח' יצאו לטיול שנתי.</w:t>
      </w:r>
    </w:p>
    <w:p>
      <w:pPr>
        <w:bidi/>
        <w:spacing w:before="320" w:after="100"/>
        <w:jc w:val="both"/>
      </w:pPr>
      <w:r>
        <w:rPr>
          <w:rtl/>
        </w:rPr>
        <w:t>ב. הקופסה עם הצבעים נפלה מן המדף.</w:t>
      </w:r>
    </w:p>
    <w:p>
      <w:pPr>
        <w:bidi/>
        <w:spacing w:before="320" w:after="100"/>
        <w:jc w:val="both"/>
      </w:pPr>
      <w:r>
        <w:rPr>
          <w:rtl/>
        </w:rPr>
        <w:t>ג. קבוצת הכדורסל של העיר ניצחה.</w:t>
      </w:r>
    </w:p>
    <w:p>
      <w:pPr>
        <w:bidi/>
        <w:spacing w:before="320" w:after="100"/>
        <w:jc w:val="both"/>
      </w:pPr>
      <w:r>
        <w:rPr>
          <w:rtl/>
        </w:rPr>
        <w:t>ד. שלוש בנות מן השכבה זכו בתחרות.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בחרו את הנשוא המתאים.</w:t>
      </w:r>
    </w:p>
    <w:p>
      <w:pPr>
        <w:bidi/>
        <w:spacing w:before="0" w:after="20"/>
        <w:jc w:val="both"/>
      </w:pPr>
      <w:r>
        <w:rPr>
          <w:rtl/>
        </w:rPr>
        <w:t>א. אתמול ___ במזכירות שתי הודעות חשובות.</w:t>
      </w:r>
    </w:p>
    <w:p>
      <w:pPr>
        <w:bidi/>
        <w:spacing w:before="0" w:after="80"/>
        <w:jc w:val="both"/>
      </w:pPr>
      <w:r>
        <w:rPr>
          <w:rtl/>
        </w:rPr>
        <w:t xml:space="preserve">   ○ התקבל      ○ התקבלו      ○ התקבלה</w:t>
      </w:r>
    </w:p>
    <w:p>
      <w:pPr>
        <w:bidi/>
        <w:spacing w:before="0" w:after="20"/>
        <w:jc w:val="both"/>
      </w:pPr>
      <w:r>
        <w:rPr>
          <w:rtl/>
        </w:rPr>
        <w:t>ב. צוות המורים ___ על שינוי במערכת.</w:t>
      </w:r>
    </w:p>
    <w:p>
      <w:pPr>
        <w:bidi/>
        <w:spacing w:before="0" w:after="80"/>
        <w:jc w:val="both"/>
      </w:pPr>
      <w:r>
        <w:rPr>
          <w:rtl/>
        </w:rPr>
        <w:t xml:space="preserve">   ○ החליטו      ○ החליט      ○ החליטה</w:t>
      </w:r>
    </w:p>
    <w:p>
      <w:pPr>
        <w:bidi/>
        <w:spacing w:before="0" w:after="20"/>
        <w:jc w:val="both"/>
      </w:pPr>
      <w:r>
        <w:rPr>
          <w:rtl/>
        </w:rPr>
        <w:t>ג. אבא ואימא ___ לאסיפה.</w:t>
      </w:r>
    </w:p>
    <w:p>
      <w:pPr>
        <w:bidi/>
        <w:spacing w:before="0" w:after="80"/>
        <w:jc w:val="both"/>
      </w:pPr>
      <w:r>
        <w:rPr>
          <w:rtl/>
        </w:rPr>
        <w:t xml:space="preserve">   ○ הגיע      ○ הגיעה      ○ הגיעו</w:t>
      </w:r>
    </w:p>
    <w:p>
      <w:pPr>
        <w:bidi/>
        <w:spacing w:before="0" w:after="20"/>
        <w:jc w:val="both"/>
      </w:pPr>
      <w:r>
        <w:rPr>
          <w:rtl/>
        </w:rPr>
        <w:t>ד. בכיתה ___ ריח של צבע.</w:t>
      </w:r>
    </w:p>
    <w:p>
      <w:pPr>
        <w:bidi/>
        <w:spacing w:before="0" w:after="80"/>
        <w:jc w:val="both"/>
      </w:pPr>
      <w:r>
        <w:rPr>
          <w:rtl/>
        </w:rPr>
        <w:t xml:space="preserve">   ○ היה      ○ הייתה      ○ היו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השלימו את הפועל שבסוגריים בזמן עבר, בהתאם לנושא.</w:t>
      </w:r>
    </w:p>
    <w:p>
      <w:pPr>
        <w:bidi/>
        <w:spacing w:before="0" w:after="60"/>
        <w:jc w:val="both"/>
      </w:pPr>
      <w:r>
        <w:rPr>
          <w:rtl/>
        </w:rPr>
        <w:t>א. לפני שבוע __________ תחרות הכתיבה. (נגמר)</w:t>
      </w:r>
    </w:p>
    <w:p>
      <w:pPr>
        <w:bidi/>
        <w:spacing w:before="0" w:after="60"/>
        <w:jc w:val="both"/>
      </w:pPr>
      <w:r>
        <w:rPr>
          <w:rtl/>
        </w:rPr>
        <w:t>ב. בחצר __________ שלושה עצים חדשים. (נשתל)</w:t>
      </w:r>
    </w:p>
    <w:p>
      <w:pPr>
        <w:bidi/>
        <w:spacing w:before="0" w:after="60"/>
        <w:jc w:val="both"/>
      </w:pPr>
      <w:r>
        <w:rPr>
          <w:rtl/>
        </w:rPr>
        <w:t>ג. הצעת התלמידים __________ את המנהלת. (שכנע)</w:t>
      </w:r>
    </w:p>
    <w:p>
      <w:pPr>
        <w:bidi/>
        <w:spacing w:before="0" w:after="60"/>
        <w:jc w:val="both"/>
      </w:pPr>
      <w:r>
        <w:rPr>
          <w:rtl/>
        </w:rPr>
        <w:t>ד. השמלה והחולצה __________ במבצע. (נמכר)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הנושא יכול לבוא אחרי מילת יחס, כמו «ב» או «על».      נכון / לא נכון</w:t>
      </w:r>
    </w:p>
    <w:p>
      <w:pPr>
        <w:bidi/>
        <w:spacing w:before="0" w:after="60"/>
        <w:jc w:val="both"/>
      </w:pPr>
      <w:r>
        <w:rPr>
          <w:rtl/>
        </w:rPr>
        <w:t>ב. בצירוף סמיכות, הנשוא מתאים למילה הראשונה בצירוף.      נכון / לא נכון</w:t>
      </w:r>
    </w:p>
    <w:p>
      <w:pPr>
        <w:bidi/>
        <w:spacing w:before="0" w:after="60"/>
        <w:jc w:val="both"/>
      </w:pPr>
      <w:r>
        <w:rPr>
          <w:rtl/>
        </w:rPr>
        <w:t>ג. «נגמר החופש» – יש כאן התאם תקין.      נכון / לא נכון</w:t>
      </w:r>
    </w:p>
    <w:p>
      <w:pPr>
        <w:bidi/>
        <w:spacing w:before="0" w:after="60"/>
        <w:jc w:val="both"/>
      </w:pPr>
      <w:r>
        <w:rPr>
          <w:rtl/>
        </w:rPr>
        <w:t>ד. «הגיע האורחים» – יש כאן התאם תקין.      נכון / לא נכון</w:t>
      </w:r>
    </w:p>
    <w:p>
      <w:pPr>
        <w:bidi/>
        <w:spacing w:before="120" w:after="40"/>
        <w:jc w:val="center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הודעה בלוח הכיתה*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השבוע נפתח בבית הספר מועדון המדע. במועדון יתקיים כל יום רביעי מפגש עם חוקר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מן האוניברסיטה. בפגישה הראשונה הוצג ניסוי בחשמל, ותלמידי ח' 3 בנו מעגל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חשמלי פשוט. בשבוע הבא יוצגו הדגמים של כל הקבוצות בכניסה לבית הספר.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ההרשמה למועדון תיסגר ביום ראשון.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סיגל סויסה, 2019.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קראו את «הודעה בלוח הכיתה». ליד כל נשוא כתבו את הנושא שלו.</w:t>
      </w:r>
    </w:p>
    <w:p>
      <w:pPr>
        <w:bidi/>
        <w:spacing w:before="0" w:after="100"/>
        <w:jc w:val="both"/>
      </w:pPr>
      <w:r>
        <w:rPr>
          <w:rtl/>
        </w:rPr>
        <w:t>א. נפתח</w:t>
      </w:r>
    </w:p>
    <w:p>
      <w:pPr>
        <w:bidi/>
        <w:spacing w:before="0" w:after="100"/>
        <w:jc w:val="both"/>
      </w:pPr>
      <w:r>
        <w:rPr>
          <w:rtl/>
        </w:rPr>
        <w:t>ב. יתקיים</w:t>
      </w:r>
    </w:p>
    <w:p>
      <w:pPr>
        <w:bidi/>
        <w:spacing w:before="0" w:after="100"/>
        <w:jc w:val="both"/>
      </w:pPr>
      <w:r>
        <w:rPr>
          <w:rtl/>
        </w:rPr>
        <w:t>ג. הוצג</w:t>
      </w:r>
    </w:p>
    <w:p>
      <w:pPr>
        <w:bidi/>
        <w:spacing w:before="0" w:after="100"/>
        <w:jc w:val="both"/>
      </w:pPr>
      <w:r>
        <w:rPr>
          <w:rtl/>
        </w:rPr>
        <w:t>ד. בנו</w:t>
      </w:r>
    </w:p>
    <w:p>
      <w:pPr>
        <w:bidi/>
        <w:spacing w:before="0" w:after="100"/>
        <w:jc w:val="both"/>
      </w:pPr>
      <w:r>
        <w:rPr>
          <w:rtl/>
        </w:rPr>
        <w:t>ה. יוצגו</w:t>
      </w:r>
    </w:p>
    <w:p>
      <w:pPr>
        <w:bidi/>
        <w:spacing w:before="0" w:after="100"/>
        <w:jc w:val="both"/>
      </w:pPr>
      <w:r>
        <w:rPr>
          <w:rtl/>
        </w:rPr>
        <w:t>ו. תיסגר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מצאו את הטעות בהתאם וכתבו את הנשוא הנכון.</w:t>
      </w:r>
    </w:p>
    <w:p>
      <w:pPr>
        <w:bidi/>
        <w:spacing w:before="0" w:after="60"/>
        <w:jc w:val="both"/>
      </w:pPr>
      <w:r>
        <w:rPr>
          <w:rtl/>
        </w:rPr>
        <w:t>א. בשבוע שעבר התקיים בחירות למועצת התלמידים. – __________</w:t>
      </w:r>
    </w:p>
    <w:p>
      <w:pPr>
        <w:bidi/>
        <w:spacing w:before="0" w:after="60"/>
        <w:jc w:val="both"/>
      </w:pPr>
      <w:r>
        <w:rPr>
          <w:rtl/>
        </w:rPr>
        <w:t>ב. קבוצת המתנדבים יצאו לעבודה. – __________</w:t>
      </w:r>
    </w:p>
    <w:p>
      <w:pPr>
        <w:bidi/>
        <w:spacing w:before="0" w:after="60"/>
        <w:jc w:val="both"/>
      </w:pPr>
      <w:r>
        <w:rPr>
          <w:rtl/>
        </w:rPr>
        <w:t>ג. בסוף הטיול חיכה לנו שני אוטובוסים. –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ארבעה משפטים שבכל אחד מהם הנשוא בא לפני הנושא (למשל אחרי תיאור זמן). הקפידו על התאם, ומתחו קו מתחת לנושא ולנשוא.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מיינו את המשפטים: האם הנשוא בא לפני הנושא או אחריו?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המילים: הרכבת יצאה.  |  יצאה הרכבת.  |  בערב נדלקו האורות.  |  האורות נדלקו.  |  פתאום נשמעה צעקה.  |  הילדים צחקו.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הנושא לפני הנשוא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הנשוא לפני הנושא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התאימו לכל נושא את הנשוא המתאים.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ההורים של דנה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נכתב לפני מאה שנה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ועדת הקישוט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הכינה שלטים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השיר הזה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נסענו לסבתא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אני ואחי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הגיעו לאסיפה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«אני ואחי נסעו לסבתא» – תקין.      נכון / לא נכון</w:t>
      </w:r>
    </w:p>
    <w:p>
      <w:pPr>
        <w:bidi/>
        <w:spacing w:before="0" w:after="60"/>
        <w:jc w:val="both"/>
      </w:pPr>
      <w:r>
        <w:rPr>
          <w:rtl/>
        </w:rPr>
        <w:t>ב. במשפט «נשמעה צעקה» הנושא הוא «צעקה».      נכון / לא נכון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דף עבודה – תשובות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0F7A4F"/>
          <w:sz w:val="36"/>
          <w:szCs w:val="36"/>
          <w:rtl/>
        </w:rPr>
        <w:t>תשובות – גרעין המשפט: נושא, נשוא והתאם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מצאו את הנושא ואת הנשוא בכל משפט.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נשוא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בהפסקה שיחקו הילדים כדורגל.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הילדים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שיחקו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המורה לאנגלית חילקה את המבחנים.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המורה לאנגלית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חילקה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מחר תיפתח הספרייה החדשה.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הספרייה החדשה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תיפתח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החברים של נועה הכינו לה הפתעה.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החברים של נועה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הכינו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מצאו את גרעין הנושא בכל משפט: מתחו קו מעליו, וכתבו מעל הקו «נושא».</w:t>
      </w:r>
    </w:p>
    <w:p>
      <w:pPr>
        <w:bidi/>
        <w:spacing w:before="80" w:after="120"/>
        <w:jc w:val="both"/>
      </w:pPr>
      <w:r>
        <w:rPr>
          <w:rtl/>
        </w:rPr>
        <w:t xml:space="preserve">א.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    נושא    </w:t>
            </w:r>
          </w:rt>
          <w:rubyBase>
            <w:r>
              <w:rPr>
                <w:b/>
                <w:bCs/>
                <w:color w:val="1565C0"/>
                <w:sz w:val="25"/>
                <w:szCs w:val="25"/>
                <w:rtl/>
              </w:rPr>
              <w:t xml:space="preserve">תלמידי</w:t>
            </w:r>
          </w:rubyBase>
        </w:ruby>
      </w:r>
      <w:r>
        <w:rPr>
          <w:rtl/>
        </w:rPr>
        <w:t xml:space="preserve"> שכבת ח' יצאו לטיול שנתי.</w:t>
      </w:r>
    </w:p>
    <w:p>
      <w:pPr>
        <w:bidi/>
        <w:spacing w:before="80" w:after="120"/>
        <w:jc w:val="both"/>
      </w:pPr>
      <w:r>
        <w:rPr>
          <w:rtl/>
        </w:rPr>
        <w:t xml:space="preserve">ב.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    נושא    </w:t>
            </w:r>
          </w:rt>
          <w:rubyBase>
            <w:r>
              <w:rPr>
                <w:b/>
                <w:bCs/>
                <w:color w:val="1565C0"/>
                <w:sz w:val="25"/>
                <w:szCs w:val="25"/>
                <w:rtl/>
              </w:rPr>
              <w:t xml:space="preserve">הקופסה</w:t>
            </w:r>
          </w:rubyBase>
        </w:ruby>
      </w:r>
      <w:r>
        <w:rPr>
          <w:rtl/>
        </w:rPr>
        <w:t xml:space="preserve"> עם הצבעים נפלה מן המדף.</w:t>
      </w:r>
    </w:p>
    <w:p>
      <w:pPr>
        <w:bidi/>
        <w:spacing w:before="80" w:after="120"/>
        <w:jc w:val="both"/>
      </w:pPr>
      <w:r>
        <w:rPr>
          <w:rtl/>
        </w:rPr>
        <w:t xml:space="preserve">ג.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   נושא   </w:t>
            </w:r>
          </w:rt>
          <w:rubyBase>
            <w:r>
              <w:rPr>
                <w:b/>
                <w:bCs/>
                <w:color w:val="1565C0"/>
                <w:sz w:val="25"/>
                <w:szCs w:val="25"/>
                <w:rtl/>
              </w:rPr>
              <w:t xml:space="preserve">קבוצת</w:t>
            </w:r>
          </w:rubyBase>
        </w:ruby>
      </w:r>
      <w:r>
        <w:rPr>
          <w:rtl/>
        </w:rPr>
        <w:t xml:space="preserve"> הכדורסל של העיר ניצחה.</w:t>
      </w:r>
    </w:p>
    <w:p>
      <w:pPr>
        <w:bidi/>
        <w:spacing w:before="80" w:after="120"/>
        <w:jc w:val="both"/>
      </w:pPr>
      <w:r>
        <w:rPr>
          <w:rtl/>
        </w:rPr>
        <w:t xml:space="preserve">ד. שלוש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  נושא  </w:t>
            </w:r>
          </w:rt>
          <w:rubyBase>
            <w:r>
              <w:rPr>
                <w:b/>
                <w:bCs/>
                <w:color w:val="1565C0"/>
                <w:sz w:val="25"/>
                <w:szCs w:val="25"/>
                <w:rtl/>
              </w:rPr>
              <w:t xml:space="preserve">בנות</w:t>
            </w:r>
          </w:rubyBase>
        </w:ruby>
      </w:r>
      <w:r>
        <w:rPr>
          <w:rtl/>
        </w:rPr>
        <w:t xml:space="preserve"> מן השכבה זכו בתחרות.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בחרו את הנשוא המתאים.</w:t>
      </w:r>
    </w:p>
    <w:p>
      <w:pPr>
        <w:bidi/>
        <w:spacing w:before="0" w:after="20"/>
        <w:jc w:val="both"/>
      </w:pPr>
      <w:r>
        <w:rPr>
          <w:rtl/>
        </w:rPr>
        <w:t>א. אתמול ___ במזכירות שתי הודעות חשובות.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התקבלו</w:t>
      </w:r>
    </w:p>
    <w:p>
      <w:pPr>
        <w:bidi/>
        <w:spacing w:before="0" w:after="20"/>
        <w:jc w:val="both"/>
      </w:pPr>
      <w:r>
        <w:rPr>
          <w:rtl/>
        </w:rPr>
        <w:t>ב. צוות המורים ___ על שינוי במערכת.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החליט</w:t>
      </w:r>
    </w:p>
    <w:p>
      <w:pPr>
        <w:bidi/>
        <w:spacing w:before="0" w:after="20"/>
        <w:jc w:val="both"/>
      </w:pPr>
      <w:r>
        <w:rPr>
          <w:rtl/>
        </w:rPr>
        <w:t>ג. אבא ואימא ___ לאסיפה.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הגיעו</w:t>
      </w:r>
    </w:p>
    <w:p>
      <w:pPr>
        <w:bidi/>
        <w:spacing w:before="0" w:after="20"/>
        <w:jc w:val="both"/>
      </w:pPr>
      <w:r>
        <w:rPr>
          <w:rtl/>
        </w:rPr>
        <w:t>ד. בכיתה ___ ריח של צבע.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היה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השלימו את הפועל שבסוגריים בזמן עבר, בהתאם לנושא.</w:t>
      </w:r>
    </w:p>
    <w:p>
      <w:pPr>
        <w:bidi/>
        <w:spacing w:before="0" w:after="40"/>
        <w:jc w:val="both"/>
      </w:pPr>
      <w:r>
        <w:rPr>
          <w:rtl/>
        </w:rPr>
        <w:t>א. לפני שבוע נגמרה תחרות הכתיבה. (נגמר)</w:t>
      </w:r>
    </w:p>
    <w:p>
      <w:pPr>
        <w:bidi/>
        <w:spacing w:before="0" w:after="40"/>
        <w:jc w:val="both"/>
      </w:pPr>
      <w:r>
        <w:rPr>
          <w:rtl/>
        </w:rPr>
        <w:t>ב. בחצר נשתלו שלושה עצים חדשים. (נשתל)</w:t>
      </w:r>
    </w:p>
    <w:p>
      <w:pPr>
        <w:bidi/>
        <w:spacing w:before="0" w:after="40"/>
        <w:jc w:val="both"/>
      </w:pPr>
      <w:r>
        <w:rPr>
          <w:rtl/>
        </w:rPr>
        <w:t>ג. הצעת התלמידים שכנעה את המנהלת. (שכנע)</w:t>
      </w:r>
    </w:p>
    <w:p>
      <w:pPr>
        <w:bidi/>
        <w:spacing w:before="0" w:after="40"/>
        <w:jc w:val="both"/>
      </w:pPr>
      <w:r>
        <w:rPr>
          <w:rtl/>
        </w:rPr>
        <w:t>ד. השמלה והחולצה נמכרו במבצע. (נמכר)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הנושא יכול לבוא אחרי מילת יחס, כמו «ב» או «על». – לא נכון – הנושא אינו בא אחרי מילת יחס</w:t>
      </w:r>
    </w:p>
    <w:p>
      <w:pPr>
        <w:bidi/>
        <w:spacing w:before="0" w:after="40"/>
        <w:jc w:val="both"/>
      </w:pPr>
      <w:r>
        <w:rPr>
          <w:rtl/>
        </w:rPr>
        <w:t>ב. בצירוף סמיכות, הנשוא מתאים למילה הראשונה בצירוף. – נכון</w:t>
      </w:r>
    </w:p>
    <w:p>
      <w:pPr>
        <w:bidi/>
        <w:spacing w:before="0" w:after="40"/>
        <w:jc w:val="both"/>
      </w:pPr>
      <w:r>
        <w:rPr>
          <w:rtl/>
        </w:rPr>
        <w:t>ג. «נגמר החופש» – יש כאן התאם תקין. – נכון</w:t>
      </w:r>
    </w:p>
    <w:p>
      <w:pPr>
        <w:bidi/>
        <w:spacing w:before="0" w:after="40"/>
        <w:jc w:val="both"/>
      </w:pPr>
      <w:r>
        <w:rPr>
          <w:rtl/>
        </w:rPr>
        <w:t>ד. «הגיע האורחים» – יש כאן התאם תקין. – לא נכון – «הגיעו האורחים»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קראו את «הודעה בלוח הכיתה». ליד כל נשוא כתבו את הנושא שלו.</w:t>
      </w:r>
    </w:p>
    <w:p>
      <w:pPr>
        <w:bidi/>
        <w:spacing w:before="0" w:after="100"/>
        <w:jc w:val="both"/>
      </w:pPr>
      <w:r>
        <w:rPr>
          <w:rtl/>
        </w:rPr>
        <w:t>א. נפתח  ← מועדון המדע</w:t>
      </w:r>
    </w:p>
    <w:p>
      <w:pPr>
        <w:bidi/>
        <w:spacing w:before="0" w:after="100"/>
        <w:jc w:val="both"/>
      </w:pPr>
      <w:r>
        <w:rPr>
          <w:rtl/>
        </w:rPr>
        <w:t>ב. יתקיים  ← מפגש</w:t>
      </w:r>
    </w:p>
    <w:p>
      <w:pPr>
        <w:bidi/>
        <w:spacing w:before="0" w:after="100"/>
        <w:jc w:val="both"/>
      </w:pPr>
      <w:r>
        <w:rPr>
          <w:rtl/>
        </w:rPr>
        <w:t>ג. הוצג  ← ניסוי</w:t>
      </w:r>
    </w:p>
    <w:p>
      <w:pPr>
        <w:bidi/>
        <w:spacing w:before="0" w:after="100"/>
        <w:jc w:val="both"/>
      </w:pPr>
      <w:r>
        <w:rPr>
          <w:rtl/>
        </w:rPr>
        <w:t>ד. בנו  ← תלמידי ח' 3</w:t>
      </w:r>
    </w:p>
    <w:p>
      <w:pPr>
        <w:bidi/>
        <w:spacing w:before="0" w:after="100"/>
        <w:jc w:val="both"/>
      </w:pPr>
      <w:r>
        <w:rPr>
          <w:rtl/>
        </w:rPr>
        <w:t>ה. יוצגו  ← הדגמים</w:t>
      </w:r>
    </w:p>
    <w:p>
      <w:pPr>
        <w:bidi/>
        <w:spacing w:before="0" w:after="100"/>
        <w:jc w:val="both"/>
      </w:pPr>
      <w:r>
        <w:rPr>
          <w:rtl/>
        </w:rPr>
        <w:t>ו. תיסגר  ← ההרשמה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מצאו את הטעות בהתאם וכתבו את הנשוא הנכון.</w:t>
      </w:r>
    </w:p>
    <w:p>
      <w:pPr>
        <w:bidi/>
        <w:spacing w:before="0" w:after="40"/>
        <w:jc w:val="both"/>
      </w:pPr>
      <w:r>
        <w:rPr>
          <w:rtl/>
        </w:rPr>
        <w:t>א. בשבוע שעבר התקיים בחירות למועצת התלמידים. – התקיימו</w:t>
      </w:r>
    </w:p>
    <w:p>
      <w:pPr>
        <w:bidi/>
        <w:spacing w:before="0" w:after="40"/>
        <w:jc w:val="both"/>
      </w:pPr>
      <w:r>
        <w:rPr>
          <w:rtl/>
        </w:rPr>
        <w:t>ב. קבוצת המתנדבים יצאו לעבודה. – יצאה</w:t>
      </w:r>
    </w:p>
    <w:p>
      <w:pPr>
        <w:bidi/>
        <w:spacing w:before="0" w:after="40"/>
        <w:jc w:val="both"/>
      </w:pPr>
      <w:r>
        <w:rPr>
          <w:rtl/>
        </w:rPr>
        <w:t>ג. בסוף הטיול חיכה לנו שני אוטובוסים. – חיכו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ארבעה משפטים שבכל אחד מהם הנשוא בא לפני הנושא (למשל אחרי תיאור זמן). הקפידו על התאם, ומתחו קו מתחת לנושא ולנשוא.</w:t>
      </w:r>
    </w:p>
    <w:p>
      <w:pPr>
        <w:bidi/>
        <w:spacing w:before="0" w:after="80"/>
        <w:jc w:val="both"/>
      </w:pPr>
      <w:r>
        <w:rPr>
          <w:color w:val="0F7A4F"/>
          <w:rtl/>
        </w:rPr>
        <w:t xml:space="preserve">תשובה אפשרית: למשל: אתמול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   נשוא   </w:t>
            </w:r>
          </w:rt>
          <w:rubyBase>
            <w:r>
              <w:rPr>
                <w:b/>
                <w:bCs/>
                <w:color w:val="C62828"/>
                <w:sz w:val="25"/>
                <w:szCs w:val="25"/>
                <w:rtl/>
              </w:rPr>
              <w:t xml:space="preserve">הגיעו</w:t>
            </w:r>
          </w:rubyBase>
        </w:ruby>
      </w:r>
      <w:r>
        <w:rPr>
          <w:color w:val="0F7A4F"/>
          <w:rtl/>
        </w:rPr>
        <w:t xml:space="preserve">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      נושא      </w:t>
            </w:r>
          </w:rt>
          <w:rubyBase>
            <w:r>
              <w:rPr>
                <w:b/>
                <w:bCs/>
                <w:color w:val="1565C0"/>
                <w:sz w:val="25"/>
                <w:szCs w:val="25"/>
                <w:rtl/>
              </w:rPr>
              <w:t xml:space="preserve">האורחים</w:t>
            </w:r>
          </w:rubyBase>
        </w:ruby>
      </w:r>
      <w:r>
        <w:rPr>
          <w:color w:val="0F7A4F"/>
          <w:rtl/>
        </w:rPr>
        <w:t xml:space="preserve">. בבוקר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   נשוא   </w:t>
            </w:r>
          </w:rt>
          <w:rubyBase>
            <w:r>
              <w:rPr>
                <w:b/>
                <w:bCs/>
                <w:color w:val="C62828"/>
                <w:sz w:val="25"/>
                <w:szCs w:val="25"/>
                <w:rtl/>
              </w:rPr>
              <w:t xml:space="preserve">נפתחה</w:t>
            </w:r>
          </w:rubyBase>
        </w:ruby>
      </w:r>
      <w:r>
        <w:rPr>
          <w:color w:val="0F7A4F"/>
          <w:rtl/>
        </w:rPr>
        <w:t xml:space="preserve">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   נושא   </w:t>
            </w:r>
          </w:rt>
          <w:rubyBase>
            <w:r>
              <w:rPr>
                <w:b/>
                <w:bCs/>
                <w:color w:val="1565C0"/>
                <w:sz w:val="25"/>
                <w:szCs w:val="25"/>
                <w:rtl/>
              </w:rPr>
              <w:t xml:space="preserve">הקופה</w:t>
            </w:r>
          </w:rubyBase>
        </w:ruby>
      </w:r>
      <w:r>
        <w:rPr>
          <w:color w:val="0F7A4F"/>
          <w:rtl/>
        </w:rPr>
        <w:t>. בסוף השנה יתקיים טקס. בחצר צמחו פרחים. בדקו התאם במין ובמספר.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מיינו את המשפטים: האם הנשוא בא לפני הנושא או אחריו?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הנושא לפני הנשוא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הנשוא לפני הנושא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הרכבת יצאה., האורות נדלקו., הילדים צחקו.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יצאה הרכבת., בערב נדלקו האורות., פתאום נשמעה צעקה.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התאימו לכל נושא את הנשוא המתאים.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ההורים של דנה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נכתב לפני מאה שנה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ועדת הקישוט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הכינה שלטים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השיר הזה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נסענו לסבתא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אני ואחי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הגיעו לאסיפה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«אני ואחי נסעו לסבתא» – תקין. – לא נכון – «אני ואחי נסענו» – כשאחד הנושאים הוא «אני», הנשוא בגוף «אנחנו»</w:t>
      </w:r>
    </w:p>
    <w:p>
      <w:pPr>
        <w:bidi/>
        <w:spacing w:before="0" w:after="40"/>
        <w:jc w:val="both"/>
      </w:pPr>
      <w:r>
        <w:rPr>
          <w:rtl/>
        </w:rPr>
        <w:t>ב. במשפט «נשמעה צעקה» הנושא הוא «צעקה». – נכון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