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המספר הסודר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המספר הסודר בזכר ובנקבה.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מונה או סודר?</w:t>
      </w:r>
    </w:p>
    <w:p>
      <w:pPr>
        <w:bidi/>
        <w:spacing w:before="0" w:after="20"/>
        <w:jc w:val="both"/>
      </w:pPr>
      <w:r>
        <w:rPr>
          <w:rtl/>
        </w:rPr>
        <w:t>א. קראתי שלושה ספרים בחופש.</w:t>
      </w:r>
    </w:p>
    <w:p>
      <w:pPr>
        <w:bidi/>
        <w:spacing w:before="0" w:after="80"/>
        <w:jc w:val="both"/>
      </w:pPr>
      <w:r>
        <w:rPr>
          <w:rtl/>
        </w:rPr>
        <w:t xml:space="preserve">   ○ מונה      ○ סודר</w:t>
      </w:r>
    </w:p>
    <w:p>
      <w:pPr>
        <w:bidi/>
        <w:spacing w:before="0" w:after="20"/>
        <w:jc w:val="both"/>
      </w:pPr>
      <w:r>
        <w:rPr>
          <w:rtl/>
        </w:rPr>
        <w:t>ב. הספר השלישי היה הכי מעניין.</w:t>
      </w:r>
    </w:p>
    <w:p>
      <w:pPr>
        <w:bidi/>
        <w:spacing w:before="0" w:after="80"/>
        <w:jc w:val="both"/>
      </w:pPr>
      <w:r>
        <w:rPr>
          <w:rtl/>
        </w:rPr>
        <w:t xml:space="preserve">   ○ מונה      ○ סודר</w:t>
      </w:r>
    </w:p>
    <w:p>
      <w:pPr>
        <w:bidi/>
        <w:spacing w:before="0" w:after="20"/>
        <w:jc w:val="both"/>
      </w:pPr>
      <w:r>
        <w:rPr>
          <w:rtl/>
        </w:rPr>
        <w:t>ג. ביום חמישי יש לנו טיול.</w:t>
      </w:r>
    </w:p>
    <w:p>
      <w:pPr>
        <w:bidi/>
        <w:spacing w:before="0" w:after="80"/>
        <w:jc w:val="both"/>
      </w:pPr>
      <w:r>
        <w:rPr>
          <w:rtl/>
        </w:rPr>
        <w:t xml:space="preserve">   ○ מונה      ○ סודר</w:t>
      </w:r>
    </w:p>
    <w:p>
      <w:pPr>
        <w:bidi/>
        <w:spacing w:before="0" w:after="20"/>
        <w:jc w:val="both"/>
      </w:pPr>
      <w:r>
        <w:rPr>
          <w:rtl/>
        </w:rPr>
        <w:t>ד. בכיתה יש עשרים ושמונה תלמידים.</w:t>
      </w:r>
    </w:p>
    <w:p>
      <w:pPr>
        <w:bidi/>
        <w:spacing w:before="0" w:after="80"/>
        <w:jc w:val="both"/>
      </w:pPr>
      <w:r>
        <w:rPr>
          <w:rtl/>
        </w:rPr>
        <w:t xml:space="preserve">   ○ מונה      ○ סודר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המספר הסודר במילים.</w:t>
      </w:r>
    </w:p>
    <w:p>
      <w:pPr>
        <w:bidi/>
        <w:spacing w:before="0" w:after="60"/>
        <w:jc w:val="both"/>
      </w:pPr>
      <w:r>
        <w:rPr>
          <w:rtl/>
        </w:rPr>
        <w:t>א. זה הניסיון __________ שלי. (5)</w:t>
      </w:r>
    </w:p>
    <w:p>
      <w:pPr>
        <w:bidi/>
        <w:spacing w:before="0" w:after="60"/>
        <w:jc w:val="both"/>
      </w:pPr>
      <w:r>
        <w:rPr>
          <w:rtl/>
        </w:rPr>
        <w:t>ב. הקבוצה שלנו הגיעה למקום __________. (3)</w:t>
      </w:r>
    </w:p>
    <w:p>
      <w:pPr>
        <w:bidi/>
        <w:spacing w:before="0" w:after="60"/>
        <w:jc w:val="both"/>
      </w:pPr>
      <w:r>
        <w:rPr>
          <w:rtl/>
        </w:rPr>
        <w:t>ג. קראו את הפסקה __________. (7)</w:t>
      </w:r>
    </w:p>
    <w:p>
      <w:pPr>
        <w:bidi/>
        <w:spacing w:before="0" w:after="60"/>
        <w:jc w:val="both"/>
      </w:pPr>
      <w:r>
        <w:rPr>
          <w:rtl/>
        </w:rPr>
        <w:t>ד. המשרד נמצא בקומה __________. (11)</w:t>
      </w:r>
    </w:p>
    <w:p>
      <w:pPr>
        <w:bidi/>
        <w:spacing w:before="0" w:after="60"/>
        <w:jc w:val="both"/>
      </w:pPr>
      <w:r>
        <w:rPr>
          <w:rtl/>
        </w:rPr>
        <w:t>ה. זו התחנה __________ בקו. (14)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הסודר המתאים לשם העצם (ה"א הידיעה כבר בתחילת השם).</w:t>
      </w:r>
    </w:p>
    <w:p>
      <w:pPr>
        <w:bidi/>
        <w:spacing w:before="0" w:after="60"/>
        <w:jc w:val="both"/>
      </w:pPr>
      <w:r>
        <w:rPr>
          <w:rtl/>
        </w:rPr>
        <w:t>א. הפרק __________ (12)</w:t>
      </w:r>
    </w:p>
    <w:p>
      <w:pPr>
        <w:bidi/>
        <w:spacing w:before="0" w:after="60"/>
        <w:jc w:val="both"/>
      </w:pPr>
      <w:r>
        <w:rPr>
          <w:rtl/>
        </w:rPr>
        <w:t>ב. השנה __________ (2)</w:t>
      </w:r>
    </w:p>
    <w:p>
      <w:pPr>
        <w:bidi/>
        <w:spacing w:before="0" w:after="60"/>
        <w:jc w:val="both"/>
      </w:pPr>
      <w:r>
        <w:rPr>
          <w:rtl/>
        </w:rPr>
        <w:t>ג. הדור __________ (4)</w:t>
      </w:r>
    </w:p>
    <w:p>
      <w:pPr>
        <w:bidi/>
        <w:spacing w:before="0" w:after="60"/>
        <w:jc w:val="both"/>
      </w:pPr>
      <w:r>
        <w:rPr>
          <w:rtl/>
        </w:rPr>
        <w:t>ד. השיר __________ (15)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«הפעם השתיים» – תקין.      נכון / לא נכון</w:t>
      </w:r>
    </w:p>
    <w:p>
      <w:pPr>
        <w:bidi/>
        <w:spacing w:before="0" w:after="60"/>
        <w:jc w:val="both"/>
      </w:pPr>
      <w:r>
        <w:rPr>
          <w:rtl/>
        </w:rPr>
        <w:t>ב. מ־11 ומעלה הסודר בא בצורת המספר המונה.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הסודר בא לפני שם העצם: «השלישי הפרק».      נכון / לא נכון</w:t>
      </w:r>
    </w:p>
    <w:p>
      <w:pPr>
        <w:bidi/>
        <w:spacing w:before="0" w:after="60"/>
        <w:jc w:val="both"/>
      </w:pPr>
      <w:r>
        <w:rPr>
          <w:rtl/>
        </w:rPr>
        <w:t>ד. שמות ימי השבוע הם מספרים סודרים.      נכון / לא נכון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יום הספורט*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ביום שלישי התקיים יום הספורט השנתי. בריצת מאה המטרים הגיעה מאיה במקום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הראשון, ויואב הגיע במקום השני. במקצה השלישי, קפיצה לרוחק, הייתה תחרות צמודה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במיוחד. כיתה ח' 2 זכתה בגביע בפעם השנייה ברציפות. זה היה יום הספורט האחד עשר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בתולדות בית הספר.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לימור טל-אור, 2017.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«יום הספורט». ליד כל צירוף כתבו «מונה» או «סודר».</w:t>
      </w:r>
    </w:p>
    <w:p>
      <w:pPr>
        <w:bidi/>
        <w:spacing w:before="0" w:after="100"/>
        <w:jc w:val="both"/>
      </w:pPr>
      <w:r>
        <w:rPr>
          <w:rtl/>
        </w:rPr>
        <w:t>א. ביום שלישי</w:t>
      </w:r>
    </w:p>
    <w:p>
      <w:pPr>
        <w:bidi/>
        <w:spacing w:before="0" w:after="100"/>
        <w:jc w:val="both"/>
      </w:pPr>
      <w:r>
        <w:rPr>
          <w:rtl/>
        </w:rPr>
        <w:t>ב. מאה המטרים</w:t>
      </w:r>
    </w:p>
    <w:p>
      <w:pPr>
        <w:bidi/>
        <w:spacing w:before="0" w:after="100"/>
        <w:jc w:val="both"/>
      </w:pPr>
      <w:r>
        <w:rPr>
          <w:rtl/>
        </w:rPr>
        <w:t>ג. במקום הראשון</w:t>
      </w:r>
    </w:p>
    <w:p>
      <w:pPr>
        <w:bidi/>
        <w:spacing w:before="0" w:after="100"/>
        <w:jc w:val="both"/>
      </w:pPr>
      <w:r>
        <w:rPr>
          <w:rtl/>
        </w:rPr>
        <w:t>ד. במקצה השלישי</w:t>
      </w:r>
    </w:p>
    <w:p>
      <w:pPr>
        <w:bidi/>
        <w:spacing w:before="0" w:after="100"/>
        <w:jc w:val="both"/>
      </w:pPr>
      <w:r>
        <w:rPr>
          <w:rtl/>
        </w:rPr>
        <w:t>ה. בפעם השנייה</w:t>
      </w:r>
    </w:p>
    <w:p>
      <w:pPr>
        <w:bidi/>
        <w:spacing w:before="0" w:after="100"/>
        <w:jc w:val="both"/>
      </w:pPr>
      <w:r>
        <w:rPr>
          <w:rtl/>
        </w:rPr>
        <w:t>ו. יום הספורט האחד עשר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כל צירוף לתיקון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השאלה השתיים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הפרק האחד עשר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הקומה החמישי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התחנה השישית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השישית התחנה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השאלה השנייה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הפרק האחת עשרה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הקומה החמישית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הוראות הגעה לביתכם או לבית הספר (4–5 משפטים) ובהן לפחות ארבעה מספרים סודרים (למשל «בצומת השני», «בקומה השלישית»).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הסודרים לפי מין.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השני  |  השנייה  |  העשירית  |  העשירי  |  האחד עשר  |  האחת עשרה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מונה וסודר: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ימים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השורה החמישית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שמונה פרקים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במילים את הסודר. שימו לב למין!</w:t>
      </w:r>
    </w:p>
    <w:p>
      <w:pPr>
        <w:bidi/>
        <w:spacing w:before="0" w:after="60"/>
        <w:jc w:val="both"/>
      </w:pPr>
      <w:r>
        <w:rPr>
          <w:rtl/>
        </w:rPr>
        <w:t>א. הבקשה __________ נדחתה. (3)</w:t>
      </w:r>
    </w:p>
    <w:p>
      <w:pPr>
        <w:bidi/>
        <w:spacing w:before="0" w:after="60"/>
        <w:jc w:val="both"/>
      </w:pPr>
      <w:r>
        <w:rPr>
          <w:rtl/>
        </w:rPr>
        <w:t>ב. זו המסיבה __________ שלי השנה. (2)</w:t>
      </w:r>
    </w:p>
    <w:p>
      <w:pPr>
        <w:bidi/>
        <w:spacing w:before="0" w:after="60"/>
        <w:jc w:val="both"/>
      </w:pPr>
      <w:r>
        <w:rPr>
          <w:rtl/>
        </w:rPr>
        <w:t>ג. הוא סיים במקום __________. (1)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המספר הסודר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המספר הסודר בזכר ובנקבה.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ראשונה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רביעי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רביעית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שמיני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שמינית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מונה או סודר?</w:t>
      </w:r>
    </w:p>
    <w:p>
      <w:pPr>
        <w:bidi/>
        <w:spacing w:before="0" w:after="20"/>
        <w:jc w:val="both"/>
      </w:pPr>
      <w:r>
        <w:rPr>
          <w:rtl/>
        </w:rPr>
        <w:t>א. קראתי שלושה ספרים בחופש.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מונה</w:t>
      </w:r>
    </w:p>
    <w:p>
      <w:pPr>
        <w:bidi/>
        <w:spacing w:before="0" w:after="20"/>
        <w:jc w:val="both"/>
      </w:pPr>
      <w:r>
        <w:rPr>
          <w:rtl/>
        </w:rPr>
        <w:t>ב. הספר השלישי היה הכי מעניין.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סודר</w:t>
      </w:r>
    </w:p>
    <w:p>
      <w:pPr>
        <w:bidi/>
        <w:spacing w:before="0" w:after="20"/>
        <w:jc w:val="both"/>
      </w:pPr>
      <w:r>
        <w:rPr>
          <w:rtl/>
        </w:rPr>
        <w:t>ג. ביום חמישי יש לנו טיול.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סודר</w:t>
      </w:r>
    </w:p>
    <w:p>
      <w:pPr>
        <w:bidi/>
        <w:spacing w:before="0" w:after="20"/>
        <w:jc w:val="both"/>
      </w:pPr>
      <w:r>
        <w:rPr>
          <w:rtl/>
        </w:rPr>
        <w:t>ד. בכיתה יש עשרים ושמונה תלמידים.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המספר הסודר במילים.</w:t>
      </w:r>
    </w:p>
    <w:p>
      <w:pPr>
        <w:bidi/>
        <w:spacing w:before="0" w:after="40"/>
        <w:jc w:val="both"/>
      </w:pPr>
      <w:r>
        <w:rPr>
          <w:rtl/>
        </w:rPr>
        <w:t>א. זה הניסיון החמישי שלי. (5)</w:t>
      </w:r>
    </w:p>
    <w:p>
      <w:pPr>
        <w:bidi/>
        <w:spacing w:before="0" w:after="40"/>
        <w:jc w:val="both"/>
      </w:pPr>
      <w:r>
        <w:rPr>
          <w:rtl/>
        </w:rPr>
        <w:t>ב. הקבוצה שלנו הגיעה למקום השלישי. (3)</w:t>
      </w:r>
    </w:p>
    <w:p>
      <w:pPr>
        <w:bidi/>
        <w:spacing w:before="0" w:after="40"/>
        <w:jc w:val="both"/>
      </w:pPr>
      <w:r>
        <w:rPr>
          <w:rtl/>
        </w:rPr>
        <w:t>ג. קראו את הפסקה השביעית. (7)</w:t>
      </w:r>
    </w:p>
    <w:p>
      <w:pPr>
        <w:bidi/>
        <w:spacing w:before="0" w:after="40"/>
        <w:jc w:val="both"/>
      </w:pPr>
      <w:r>
        <w:rPr>
          <w:rtl/>
        </w:rPr>
        <w:t>ד. המשרד נמצא בקומה האחת עשרה. (11)</w:t>
      </w:r>
    </w:p>
    <w:p>
      <w:pPr>
        <w:bidi/>
        <w:spacing w:before="0" w:after="40"/>
        <w:jc w:val="both"/>
      </w:pPr>
      <w:r>
        <w:rPr>
          <w:rtl/>
        </w:rPr>
        <w:t>ה. זו התחנה הארבע עשרה בקו. (14)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הסודר המתאים לשם העצם (ה"א הידיעה כבר בתחילת השם).</w:t>
      </w:r>
    </w:p>
    <w:p>
      <w:pPr>
        <w:bidi/>
        <w:spacing w:before="0" w:after="40"/>
        <w:jc w:val="both"/>
      </w:pPr>
      <w:r>
        <w:rPr>
          <w:rtl/>
        </w:rPr>
        <w:t>א. הפרק השנים עשר (12)</w:t>
      </w:r>
    </w:p>
    <w:p>
      <w:pPr>
        <w:bidi/>
        <w:spacing w:before="0" w:after="40"/>
        <w:jc w:val="both"/>
      </w:pPr>
      <w:r>
        <w:rPr>
          <w:rtl/>
        </w:rPr>
        <w:t>ב. השנה השנייה (2)</w:t>
      </w:r>
    </w:p>
    <w:p>
      <w:pPr>
        <w:bidi/>
        <w:spacing w:before="0" w:after="40"/>
        <w:jc w:val="both"/>
      </w:pPr>
      <w:r>
        <w:rPr>
          <w:rtl/>
        </w:rPr>
        <w:t>ג. הדור הרביעי (4)</w:t>
      </w:r>
    </w:p>
    <w:p>
      <w:pPr>
        <w:bidi/>
        <w:spacing w:before="0" w:after="40"/>
        <w:jc w:val="both"/>
      </w:pPr>
      <w:r>
        <w:rPr>
          <w:rtl/>
        </w:rPr>
        <w:t>ד. השיר החמישה עשר (15)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«הפעם השתיים» – תקין. – לא נכון – «הפעם השנייה»</w:t>
      </w:r>
    </w:p>
    <w:p>
      <w:pPr>
        <w:bidi/>
        <w:spacing w:before="0" w:after="40"/>
        <w:jc w:val="both"/>
      </w:pPr>
      <w:r>
        <w:rPr>
          <w:rtl/>
        </w:rPr>
        <w:t>ב. מ־11 ומעלה הסודר בא בצורת המספר המונה. – נכון</w:t>
      </w:r>
    </w:p>
    <w:p>
      <w:pPr>
        <w:bidi/>
        <w:spacing w:before="0" w:after="40"/>
        <w:jc w:val="both"/>
      </w:pPr>
      <w:r>
        <w:rPr>
          <w:rtl/>
        </w:rPr>
        <w:t>ג. הסודר בא לפני שם העצם: «השלישי הפרק». – לא נכון – הסודר בא אחרי שם העצם: «הפרק השלישי»</w:t>
      </w:r>
    </w:p>
    <w:p>
      <w:pPr>
        <w:bidi/>
        <w:spacing w:before="0" w:after="40"/>
        <w:jc w:val="both"/>
      </w:pPr>
      <w:r>
        <w:rPr>
          <w:rtl/>
        </w:rPr>
        <w:t>ד. שמות ימי השבוע הם מספרים סודרים.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«יום הספורט». ליד כל צירוף כתבו «מונה» או «סודר».</w:t>
      </w:r>
    </w:p>
    <w:p>
      <w:pPr>
        <w:bidi/>
        <w:spacing w:before="0" w:after="100"/>
        <w:jc w:val="both"/>
      </w:pPr>
      <w:r>
        <w:rPr>
          <w:rtl/>
        </w:rPr>
        <w:t>א. ביום שלישי  ← סודר</w:t>
      </w:r>
    </w:p>
    <w:p>
      <w:pPr>
        <w:bidi/>
        <w:spacing w:before="0" w:after="100"/>
        <w:jc w:val="both"/>
      </w:pPr>
      <w:r>
        <w:rPr>
          <w:rtl/>
        </w:rPr>
        <w:t>ב. מאה המטרים  ← מונה</w:t>
      </w:r>
    </w:p>
    <w:p>
      <w:pPr>
        <w:bidi/>
        <w:spacing w:before="0" w:after="100"/>
        <w:jc w:val="both"/>
      </w:pPr>
      <w:r>
        <w:rPr>
          <w:rtl/>
        </w:rPr>
        <w:t>ג. במקום הראשון  ← סודר</w:t>
      </w:r>
    </w:p>
    <w:p>
      <w:pPr>
        <w:bidi/>
        <w:spacing w:before="0" w:after="100"/>
        <w:jc w:val="both"/>
      </w:pPr>
      <w:r>
        <w:rPr>
          <w:rtl/>
        </w:rPr>
        <w:t>ד. במקצה השלישי  ← סודר</w:t>
      </w:r>
    </w:p>
    <w:p>
      <w:pPr>
        <w:bidi/>
        <w:spacing w:before="0" w:after="100"/>
        <w:jc w:val="both"/>
      </w:pPr>
      <w:r>
        <w:rPr>
          <w:rtl/>
        </w:rPr>
        <w:t>ה. בפעם השנייה  ← סודר</w:t>
      </w:r>
    </w:p>
    <w:p>
      <w:pPr>
        <w:bidi/>
        <w:spacing w:before="0" w:after="100"/>
        <w:jc w:val="both"/>
      </w:pPr>
      <w:r>
        <w:rPr>
          <w:rtl/>
        </w:rPr>
        <w:t>ו. יום הספורט האחד עשר  ← סודר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כל צירוף לתיקון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השאלה השתיים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הפרק האחד עשר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הקומה החמישי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התחנה השישית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השישית התחנה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השאלה השנייה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הפרק האחת עשרה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הקומה החמישית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הוראות הגעה לביתכם או לבית הספר (4–5 משפטים) ובהן לפחות ארבעה מספרים סודרים (למשל «בצומת השני», «בקומה השלישית»).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ארבעה סודרים לפחות; התאם במין לשם העצם; הסודר בא אחרי השם; ה"א הידיעה כשהשם מיודע.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הסודרים לפי מין.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השני, העשירי, האחד עשר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השנייה, העשירית, האחת עשרה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מונה וסודר: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ימים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היום השלישי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חמש שורות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השורה החמישית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שמונה פרקים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הפרק השמיני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במילים את הסודר. שימו לב למין!</w:t>
      </w:r>
    </w:p>
    <w:p>
      <w:pPr>
        <w:bidi/>
        <w:spacing w:before="0" w:after="40"/>
        <w:jc w:val="both"/>
      </w:pPr>
      <w:r>
        <w:rPr>
          <w:rtl/>
        </w:rPr>
        <w:t>א. הבקשה השלישית נדחתה. (3)</w:t>
      </w:r>
    </w:p>
    <w:p>
      <w:pPr>
        <w:bidi/>
        <w:spacing w:before="0" w:after="40"/>
        <w:jc w:val="both"/>
      </w:pPr>
      <w:r>
        <w:rPr>
          <w:rtl/>
        </w:rPr>
        <w:t>ב. זו המסיבה השנייה שלי השנה. (2)</w:t>
      </w:r>
    </w:p>
    <w:p>
      <w:pPr>
        <w:bidi/>
        <w:spacing w:before="0" w:after="40"/>
        <w:jc w:val="both"/>
      </w:pPr>
      <w:r>
        <w:rPr>
          <w:rtl/>
        </w:rPr>
        <w:t>ג. הוא סיים במקום הראשון. (1)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