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מילים ומשמעויות: הגדרה, מילון ויחסי משמעות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פרקו כל הגדרה למילה כוללת ולתכונה מבחינה.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מושג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כוללת (הכללה)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תכונה מבחינה (הבחנה)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מטרייה: כלי שמגן מפני גשם או שמש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ספרייה: מקום שבו שמורים ספרים להשאלה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כרוב: ירק עלים עגול וגדול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משפט שאלה: משפט שבו שואלים ומבקשים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איזו הגדרה מלאה ומדויקת?</w:t>
      </w:r>
    </w:p>
    <w:p>
      <w:pPr>
        <w:bidi/>
        <w:spacing w:before="0" w:after="20"/>
        <w:jc w:val="both"/>
      </w:pPr>
      <w:r>
        <w:rPr>
          <w:rtl/>
        </w:rPr>
        <w:t>א. «מחבת» היא:</w:t>
      </w:r>
    </w:p>
    <w:p>
      <w:pPr>
        <w:bidi/>
        <w:spacing w:before="0" w:after="80"/>
        <w:jc w:val="both"/>
      </w:pPr>
      <w:r>
        <w:rPr>
          <w:rtl/>
        </w:rPr>
        <w:t xml:space="preserve">   ○ משהו שיש במטבח      ○ כלי בישול שטוח עם ידית, שמטגנים בו      ○ כמו סיר      ○ מה שמשתמשים בו בבוקר</w:t>
      </w:r>
    </w:p>
    <w:p>
      <w:pPr>
        <w:bidi/>
        <w:spacing w:before="0" w:after="20"/>
        <w:jc w:val="both"/>
      </w:pPr>
      <w:r>
        <w:rPr>
          <w:rtl/>
        </w:rPr>
        <w:t>ב. «מגדלור» הוא:</w:t>
      </w:r>
    </w:p>
    <w:p>
      <w:pPr>
        <w:bidi/>
        <w:spacing w:before="0" w:after="80"/>
        <w:jc w:val="both"/>
      </w:pPr>
      <w:r>
        <w:rPr>
          <w:rtl/>
        </w:rPr>
        <w:t xml:space="preserve">   ○ מגדל ליד הים שמאיר את הדרך לאוניות בלילה      ○ מגדל גבוה      ○ בניין      ○ מקום שיש בו אור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קראו כל משפט וכתבו: «פירוש», «דוגמה» או «מובאה».</w:t>
      </w:r>
    </w:p>
    <w:p>
      <w:pPr>
        <w:bidi/>
        <w:spacing w:before="0" w:after="100"/>
        <w:jc w:val="both"/>
      </w:pPr>
      <w:r>
        <w:rPr>
          <w:rtl/>
        </w:rPr>
        <w:t>א. אנרגיה מתחדשת היא אנרגיה ממקור שאינו נגמר.</w:t>
      </w:r>
    </w:p>
    <w:p>
      <w:pPr>
        <w:bidi/>
        <w:spacing w:before="0" w:after="100"/>
        <w:jc w:val="both"/>
      </w:pPr>
      <w:r>
        <w:rPr>
          <w:rtl/>
        </w:rPr>
        <w:t>ב. למשל, לוחות סולאריים על גגות הבתים.</w:t>
      </w:r>
    </w:p>
    <w:p>
      <w:pPr>
        <w:bidi/>
        <w:spacing w:before="0" w:after="100"/>
        <w:jc w:val="both"/>
      </w:pPr>
      <w:r>
        <w:rPr>
          <w:rtl/>
        </w:rPr>
        <w:t>ג. «השמש היא תחנת הכוח הגדולה ביותר», כתב אחד המדענים.</w:t>
      </w:r>
    </w:p>
    <w:p>
      <w:pPr>
        <w:bidi/>
        <w:spacing w:before="0" w:after="100"/>
        <w:jc w:val="both"/>
      </w:pPr>
      <w:r>
        <w:rPr>
          <w:rtl/>
        </w:rPr>
        <w:t>ד. טורבינות רוח בגולן מייצרות חשמל.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זוגות המילים לפי היחס ביניהם.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חכם – נבון  |  עני – עשיר  |  רהיט – ארון  |  שקט – רעש  |  לשוטט – לנדוד  |  בעל חיים – צבי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נרדפות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ניגודיות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היכללות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ערך ממילון*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קשר ש״ע ז', ר' קשרים (ק־ש־ר): 1. חיבור של שני חוטים או חבלים זה לזה. 2.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יחסים בין אנשים: יש בינינו קשר חזק. 3. חיבור בין רעיונות: אין קשר בין הדברים.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4. תוכנית סודית נגד מישהו.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יעל גבאי, 2015.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«ערך ממילון» וענו.</w:t>
      </w:r>
    </w:p>
    <w:p>
      <w:pPr>
        <w:bidi/>
        <w:spacing w:before="0" w:after="20"/>
        <w:jc w:val="both"/>
      </w:pPr>
      <w:r>
        <w:rPr>
          <w:rtl/>
        </w:rPr>
        <w:t>א. מה המין הדקדוקי של «קשר»?</w:t>
      </w:r>
    </w:p>
    <w:p>
      <w:pPr>
        <w:bidi/>
        <w:spacing w:before="0" w:after="80"/>
        <w:jc w:val="both"/>
      </w:pPr>
      <w:r>
        <w:rPr>
          <w:rtl/>
        </w:rPr>
        <w:t xml:space="preserve">   ○ נקבה      ○ זכר      ○ גם וגם</w:t>
      </w:r>
    </w:p>
    <w:p>
      <w:pPr>
        <w:bidi/>
        <w:spacing w:before="0" w:after="20"/>
        <w:jc w:val="both"/>
      </w:pPr>
      <w:r>
        <w:rPr>
          <w:rtl/>
        </w:rPr>
        <w:t>ב. מה צורת הרבים?</w:t>
      </w:r>
    </w:p>
    <w:p>
      <w:pPr>
        <w:bidi/>
        <w:spacing w:before="0" w:after="80"/>
        <w:jc w:val="both"/>
      </w:pPr>
      <w:r>
        <w:rPr>
          <w:rtl/>
        </w:rPr>
        <w:t xml:space="preserve">   ○ קשרות      ○ קשרים      ○ קשרים וקשרות</w:t>
      </w:r>
    </w:p>
    <w:p>
      <w:pPr>
        <w:bidi/>
        <w:spacing w:before="0" w:after="20"/>
        <w:jc w:val="both"/>
      </w:pPr>
      <w:r>
        <w:rPr>
          <w:rtl/>
        </w:rPr>
        <w:t>ג. איזו משמעות מתאימה למשפט «אחרי המעבר שמרנו על קשר בטלפון»?</w:t>
      </w:r>
    </w:p>
    <w:p>
      <w:pPr>
        <w:bidi/>
        <w:spacing w:before="0" w:after="80"/>
        <w:jc w:val="both"/>
      </w:pPr>
      <w:r>
        <w:rPr>
          <w:rtl/>
        </w:rPr>
        <w:t xml:space="preserve">   ○ 1      ○ 2      ○ 3      ○ 4</w:t>
      </w:r>
    </w:p>
    <w:p>
      <w:pPr>
        <w:bidi/>
        <w:spacing w:before="0" w:after="20"/>
        <w:jc w:val="both"/>
      </w:pPr>
      <w:r>
        <w:rPr>
          <w:rtl/>
        </w:rPr>
        <w:t>ד. איזו משמעות מתאימה למשפט «הצופים קשרו קשר חזק בחבל»?</w:t>
      </w:r>
    </w:p>
    <w:p>
      <w:pPr>
        <w:bidi/>
        <w:spacing w:before="0" w:after="80"/>
        <w:jc w:val="both"/>
      </w:pPr>
      <w:r>
        <w:rPr>
          <w:rtl/>
        </w:rPr>
        <w:t xml:space="preserve">   ○ 1      ○ 2      ○ 3      ○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מילה מתאימה לפי היחס המבוקש.</w:t>
      </w:r>
    </w:p>
    <w:p>
      <w:pPr>
        <w:bidi/>
        <w:spacing w:before="0" w:after="60"/>
        <w:jc w:val="both"/>
      </w:pPr>
      <w:r>
        <w:rPr>
          <w:rtl/>
        </w:rPr>
        <w:t>א. מילה כוללת: כינור, חליל, תוף – __________</w:t>
      </w:r>
    </w:p>
    <w:p>
      <w:pPr>
        <w:bidi/>
        <w:spacing w:before="0" w:after="60"/>
        <w:jc w:val="both"/>
      </w:pPr>
      <w:r>
        <w:rPr>
          <w:rtl/>
        </w:rPr>
        <w:t>ב. ניגוד: קבוע – __________</w:t>
      </w:r>
    </w:p>
    <w:p>
      <w:pPr>
        <w:bidi/>
        <w:spacing w:before="0" w:after="60"/>
        <w:jc w:val="both"/>
      </w:pPr>
      <w:r>
        <w:rPr>
          <w:rtl/>
        </w:rPr>
        <w:t>ג. נרדפת: מהיר – __________</w:t>
      </w:r>
    </w:p>
    <w:p>
      <w:pPr>
        <w:bidi/>
        <w:spacing w:before="0" w:after="60"/>
        <w:jc w:val="both"/>
      </w:pPr>
      <w:r>
        <w:rPr>
          <w:rtl/>
        </w:rPr>
        <w:t>ד. מילה כוללת: אדום, כחול, צהוב –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דוגמה יכולה לשמש הגדרה מלאה.      נכון / לא נכון</w:t>
      </w:r>
    </w:p>
    <w:p>
      <w:pPr>
        <w:bidi/>
        <w:spacing w:before="0" w:after="60"/>
        <w:jc w:val="both"/>
      </w:pPr>
      <w:r>
        <w:rPr>
          <w:rtl/>
        </w:rPr>
        <w:t>ב. במילון, משמעויות שונות של מילה ממוספרות.      נכון / לא נכון</w:t>
      </w:r>
    </w:p>
    <w:p>
      <w:pPr>
        <w:bidi/>
        <w:spacing w:before="0" w:after="60"/>
        <w:jc w:val="both"/>
      </w:pPr>
      <w:r>
        <w:rPr>
          <w:rtl/>
        </w:rPr>
        <w:t>ג. «רהיט» ו«כיסא» הם מילים נרדפות.      נכון / לא נכון</w:t>
      </w:r>
    </w:p>
    <w:p>
      <w:pPr>
        <w:bidi/>
        <w:spacing w:before="0" w:after="60"/>
        <w:jc w:val="both"/>
      </w:pPr>
      <w:r>
        <w:rPr>
          <w:rtl/>
        </w:rPr>
        <w:t>ד. המילה הכוללת בהגדרה היא ההכללה.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הגדרה מלאה (מילה כוללת + תכונה מבחינה) לשלוש מילים: «אוטובוס», «מספריים», «בריכה». אחר כך בדקו כל הגדרה במבחן ההחלפה.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מילה את ההגדרה המלאה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משקפת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מכשיר אופטי שמגדיל עצמים רחוקים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ספרן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כלי נגינה בעל מקשים שחורים ולבנים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מדבר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אזור יבש שיורד בו מעט גשם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פסנתר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אדם שעובד בספרייה ומטפל בספרים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את התכונה המבחינה בהגדרה.</w:t>
      </w:r>
    </w:p>
    <w:p>
      <w:pPr>
        <w:bidi/>
        <w:spacing w:before="0" w:after="60"/>
        <w:jc w:val="both"/>
      </w:pPr>
      <w:r>
        <w:rPr>
          <w:rtl/>
        </w:rPr>
        <w:t>א. מספריים הם כלי חיתוך __________.</w:t>
      </w:r>
    </w:p>
    <w:p>
      <w:pPr>
        <w:bidi/>
        <w:spacing w:before="0" w:after="60"/>
        <w:jc w:val="both"/>
      </w:pPr>
      <w:r>
        <w:rPr>
          <w:rtl/>
        </w:rPr>
        <w:t>ב. כפית היא כלי אוכל __________.</w:t>
      </w:r>
    </w:p>
    <w:p>
      <w:pPr>
        <w:bidi/>
        <w:spacing w:before="0" w:after="60"/>
        <w:jc w:val="both"/>
      </w:pPr>
      <w:r>
        <w:rPr>
          <w:rtl/>
        </w:rPr>
        <w:t>ג. אגם הוא גוף מים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לכל מילה מילה נרדפת ומילה מנוגדת.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נרדפת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מנוגדת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גדול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מילים ומשמעויות: הגדרה, מילון ויחסי משמעות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פרקו כל הגדרה למילה כוללת ולתכונה מבחינה.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מושג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כוללת (הכללה)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תכונה מבחינה (הבחנה)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מטרייה: כלי שמגן מפני גשם או שמש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כלי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מגן מפני גשם או שמש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ספרייה: מקום שבו שמורים ספרים להשאלה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מקום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שבו שמורים ספרים להשאלה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כרוב: ירק עלים עגול וגדול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ירק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ירק עלים, עגול וגדול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משפט שאלה: משפט שבו שואלים ומבקשים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משפט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שבו שואלים ומבקשים מידע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איזו הגדרה מלאה ומדויקת?</w:t>
      </w:r>
    </w:p>
    <w:p>
      <w:pPr>
        <w:bidi/>
        <w:spacing w:before="0" w:after="20"/>
        <w:jc w:val="both"/>
      </w:pPr>
      <w:r>
        <w:rPr>
          <w:rtl/>
        </w:rPr>
        <w:t>א. «מחבת» היא: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כלי בישול שטוח עם ידית, שמטגנים בו</w:t>
      </w:r>
    </w:p>
    <w:p>
      <w:pPr>
        <w:bidi/>
        <w:spacing w:before="0" w:after="20"/>
        <w:jc w:val="both"/>
      </w:pPr>
      <w:r>
        <w:rPr>
          <w:rtl/>
        </w:rPr>
        <w:t>ב. «מגדלור» הוא: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מגדל ליד הים שמאיר את הדרך לאוניות בלילה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קראו כל משפט וכתבו: «פירוש», «דוגמה» או «מובאה».</w:t>
      </w:r>
    </w:p>
    <w:p>
      <w:pPr>
        <w:bidi/>
        <w:spacing w:before="0" w:after="100"/>
        <w:jc w:val="both"/>
      </w:pPr>
      <w:r>
        <w:rPr>
          <w:rtl/>
        </w:rPr>
        <w:t>א. אנרגיה מתחדשת היא אנרגיה ממקור שאינו נגמר.  ← פירוש</w:t>
      </w:r>
    </w:p>
    <w:p>
      <w:pPr>
        <w:bidi/>
        <w:spacing w:before="0" w:after="100"/>
        <w:jc w:val="both"/>
      </w:pPr>
      <w:r>
        <w:rPr>
          <w:rtl/>
        </w:rPr>
        <w:t>ב. למשל, לוחות סולאריים על גגות הבתים.  ← דוגמה</w:t>
      </w:r>
    </w:p>
    <w:p>
      <w:pPr>
        <w:bidi/>
        <w:spacing w:before="0" w:after="100"/>
        <w:jc w:val="both"/>
      </w:pPr>
      <w:r>
        <w:rPr>
          <w:rtl/>
        </w:rPr>
        <w:t>ג. «השמש היא תחנת הכוח הגדולה ביותר», כתב אחד המדענים.  ← מובאה</w:t>
      </w:r>
    </w:p>
    <w:p>
      <w:pPr>
        <w:bidi/>
        <w:spacing w:before="0" w:after="100"/>
        <w:jc w:val="both"/>
      </w:pPr>
      <w:r>
        <w:rPr>
          <w:rtl/>
        </w:rPr>
        <w:t>ד. טורבינות רוח בגולן מייצרות חשמל.  ← דוגמה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זוגות המילים לפי היחס ביניהם.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נרדפות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ניגודיות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היכללות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חכם – נבון, לשוטט – לנדוד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עני – עשיר, שקט – רעש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רהיט – ארון, בעל חיים – צבי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«ערך ממילון» וענו.</w:t>
      </w:r>
    </w:p>
    <w:p>
      <w:pPr>
        <w:bidi/>
        <w:spacing w:before="0" w:after="20"/>
        <w:jc w:val="both"/>
      </w:pPr>
      <w:r>
        <w:rPr>
          <w:rtl/>
        </w:rPr>
        <w:t>א. מה המין הדקדוקי של «קשר»?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זכר</w:t>
      </w:r>
    </w:p>
    <w:p>
      <w:pPr>
        <w:bidi/>
        <w:spacing w:before="0" w:after="20"/>
        <w:jc w:val="both"/>
      </w:pPr>
      <w:r>
        <w:rPr>
          <w:rtl/>
        </w:rPr>
        <w:t>ב. מה צורת הרבים?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קשרים</w:t>
      </w:r>
    </w:p>
    <w:p>
      <w:pPr>
        <w:bidi/>
        <w:spacing w:before="0" w:after="20"/>
        <w:jc w:val="both"/>
      </w:pPr>
      <w:r>
        <w:rPr>
          <w:rtl/>
        </w:rPr>
        <w:t>ג. איזו משמעות מתאימה למשפט «אחרי המעבר שמרנו על קשר בטלפון»?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</w:t>
      </w:r>
    </w:p>
    <w:p>
      <w:pPr>
        <w:bidi/>
        <w:spacing w:before="0" w:after="20"/>
        <w:jc w:val="both"/>
      </w:pPr>
      <w:r>
        <w:rPr>
          <w:rtl/>
        </w:rPr>
        <w:t>ד. איזו משמעות מתאימה למשפט «הצופים קשרו קשר חזק בחבל»?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מילה מתאימה לפי היחס המבוקש.</w:t>
      </w:r>
    </w:p>
    <w:p>
      <w:pPr>
        <w:bidi/>
        <w:spacing w:before="0" w:after="40"/>
        <w:jc w:val="both"/>
      </w:pPr>
      <w:r>
        <w:rPr>
          <w:rtl/>
        </w:rPr>
        <w:t>א. מילה כוללת: כינור, חליל, תוף – כלי נגינה</w:t>
      </w:r>
    </w:p>
    <w:p>
      <w:pPr>
        <w:bidi/>
        <w:spacing w:before="0" w:after="40"/>
        <w:jc w:val="both"/>
      </w:pPr>
      <w:r>
        <w:rPr>
          <w:rtl/>
        </w:rPr>
        <w:t>ב. ניגוד: קבוע – זמני</w:t>
      </w:r>
    </w:p>
    <w:p>
      <w:pPr>
        <w:bidi/>
        <w:spacing w:before="0" w:after="40"/>
        <w:jc w:val="both"/>
      </w:pPr>
      <w:r>
        <w:rPr>
          <w:rtl/>
        </w:rPr>
        <w:t>ג. נרדפת: מהיר – זריז</w:t>
      </w:r>
    </w:p>
    <w:p>
      <w:pPr>
        <w:bidi/>
        <w:spacing w:before="0" w:after="40"/>
        <w:jc w:val="both"/>
      </w:pPr>
      <w:r>
        <w:rPr>
          <w:rtl/>
        </w:rPr>
        <w:t>ד. מילה כוללת: אדום, כחול, צהוב – צבעים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דוגמה יכולה לשמש הגדרה מלאה. – לא נכון – דוגמה רק מדגימה; הגדרה צריכה מילה כוללת ותכונה מבחינה</w:t>
      </w:r>
    </w:p>
    <w:p>
      <w:pPr>
        <w:bidi/>
        <w:spacing w:before="0" w:after="40"/>
        <w:jc w:val="both"/>
      </w:pPr>
      <w:r>
        <w:rPr>
          <w:rtl/>
        </w:rPr>
        <w:t>ב. במילון, משמעויות שונות של מילה ממוספרות. – נכון</w:t>
      </w:r>
    </w:p>
    <w:p>
      <w:pPr>
        <w:bidi/>
        <w:spacing w:before="0" w:after="40"/>
        <w:jc w:val="both"/>
      </w:pPr>
      <w:r>
        <w:rPr>
          <w:rtl/>
        </w:rPr>
        <w:t>ג. «רהיט» ו«כיסא» הם מילים נרדפות. – לא נכון – זהו יחס של היכללות: כיסא הוא סוג של רהיט</w:t>
      </w:r>
    </w:p>
    <w:p>
      <w:pPr>
        <w:bidi/>
        <w:spacing w:before="0" w:after="40"/>
        <w:jc w:val="both"/>
      </w:pPr>
      <w:r>
        <w:rPr>
          <w:rtl/>
        </w:rPr>
        <w:t>ד. המילה הכוללת בהגדרה היא ההכללה.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הגדרה מלאה (מילה כוללת + תכונה מבחינה) לשלוש מילים: «אוטובוס», «מספריים», «בריכה». אחר כך בדקו כל הגדרה במבחן ההחלפה.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אוטובוס – כלי רכב ציבורי גדול שמסיע נוסעים רבים בקווים קבועים. מספריים – כלי חיתוך בעל שני להבים שמחוברים בציר. בריכה – מקום מלא מים שבנו כדי לשחות בו.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מילה את ההגדרה המלאה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משקפת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מכשיר אופטי שמגדיל עצמים רחוקים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ספרן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כלי נגינה בעל מקשים שחורים ולבנים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מדבר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אזור יבש שיורד בו מעט גשם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פסנתר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אדם שעובד בספרייה ומטפל בספרים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את התכונה המבחינה בהגדרה.</w:t>
      </w:r>
    </w:p>
    <w:p>
      <w:pPr>
        <w:bidi/>
        <w:spacing w:before="0" w:after="40"/>
        <w:jc w:val="both"/>
      </w:pPr>
      <w:r>
        <w:rPr>
          <w:rtl/>
        </w:rPr>
        <w:t>א. מספריים הם כלי חיתוך בעל שני להבים.</w:t>
      </w:r>
    </w:p>
    <w:p>
      <w:pPr>
        <w:bidi/>
        <w:spacing w:before="0" w:after="40"/>
        <w:jc w:val="both"/>
      </w:pPr>
      <w:r>
        <w:rPr>
          <w:rtl/>
        </w:rPr>
        <w:t>ב. כפית היא כלי אוכל קטן שאוכלים בו נוזלים ומאכלים רכים.</w:t>
      </w:r>
    </w:p>
    <w:p>
      <w:pPr>
        <w:bidi/>
        <w:spacing w:before="0" w:after="40"/>
        <w:jc w:val="both"/>
      </w:pPr>
      <w:r>
        <w:rPr>
          <w:rtl/>
        </w:rPr>
        <w:t>ג. אגם הוא גוף מים שמוקף יבשה מכל צדדיו.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לכל מילה מילה נרדפת ומילה מנוגדת.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נרדפת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מנוגדת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עליז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עצוב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במהירות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לאט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גדול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ענק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קטן</w:t>
            </w:r>
          </w:p>
        </w:tc>
      </w:tr>
    </w:tbl>
    <w:p>
      <w:pPr>
        <w:bidi/>
        <w:spacing w:before="0" w:after="4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