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כתיבה: עמדה מנומקת, מיזוג מקורות ומכתב רשמי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את מילות הקישור לפי היחס הלוגי.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נוסף על כך  |  לכן  |  אומנם  |  משום ש־  |  לעומת זאת  |  לפיכך  |  ראשית  |  עם זאת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הוספה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סיבה ותוצאה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 וויתור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מילת קישור מתאימה מן המחסן.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ראשית  |  מאחר ש־  |  אומנם  |  לסיכום  |  נוסף על כך</w:t>
      </w:r>
    </w:p>
    <w:p>
      <w:pPr>
        <w:bidi/>
        <w:spacing w:before="0" w:after="60"/>
        <w:jc w:val="both"/>
      </w:pPr>
      <w:r>
        <w:rPr>
          <w:rtl/>
        </w:rPr>
        <w:t>א. __________, הטיול מחזק את הקשר בין התלמידים.</w:t>
      </w:r>
    </w:p>
    <w:p>
      <w:pPr>
        <w:bidi/>
        <w:spacing w:before="0" w:after="60"/>
        <w:jc w:val="both"/>
      </w:pPr>
      <w:r>
        <w:rPr>
          <w:rtl/>
        </w:rPr>
        <w:t>ב. __________, הוא מאפשר ללמוד על הארץ מקרוב.</w:t>
      </w:r>
    </w:p>
    <w:p>
      <w:pPr>
        <w:bidi/>
        <w:spacing w:before="0" w:after="60"/>
        <w:jc w:val="both"/>
      </w:pPr>
      <w:r>
        <w:rPr>
          <w:rtl/>
        </w:rPr>
        <w:t>ג. __________ הטיול עולה כסף, אך אפשר לחסוך בעזרת הסעה משותפת.</w:t>
      </w:r>
    </w:p>
    <w:p>
      <w:pPr>
        <w:bidi/>
        <w:spacing w:before="0" w:after="60"/>
        <w:jc w:val="both"/>
      </w:pPr>
      <w:r>
        <w:rPr>
          <w:rtl/>
        </w:rPr>
        <w:t>ד. __________ הטיול מתקיים בחורף, צריך להצטייד במעילים.</w:t>
      </w:r>
    </w:p>
    <w:p>
      <w:pPr>
        <w:bidi/>
        <w:spacing w:before="0" w:after="60"/>
        <w:jc w:val="both"/>
      </w:pPr>
      <w:r>
        <w:rPr>
          <w:rtl/>
        </w:rPr>
        <w:t>ה. __________, הטיול הוא חלק חשוב משנת הלימודים.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כל משפט לחלק במאמר העמדה.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«בשנים האחרונות מתווכחים על משך ההפסקה. לדעתי, צריך להאריך אותה.»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סיום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«ראשית, הפסקה ארוכה מאפשרת לנוח ולחזור רעננים.»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גוף – נימוק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«יש הטוענים שזה יאריך את יום הלימודים. אך מספיקות עשר דקות.»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גוף – טענת נגד והפרכה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«לכן אני מציע לנסות זאת בחודש הקרוב.»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פתיחה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שני מקורות על גינה בבית הספר*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מקור א (מתוך כתבה): בבתי ספר שבהם יש גינה לימודית, התלמידים לומדים על צמחים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ועל עונות השנה בדרך מעשית. מורים מספרים שתלמידים שמתקשים בכיתה מצליחים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בגינה ומרגישים שייכות.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מקור ב (מתוך עלון של עמותה): גינה בבית הספר מעודדת אכילה של ירקות, כי ילדים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אוהבים לטעום את מה שגידלו בעצמם. עם זאת, הגינה דורשת השקיה קבועה, גם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בחופשות, ולכן צריך צוות אחראי.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חן פרידמן, 2021. מתוך: «מסלולים» – מגזין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לפני שממזגים: מלאו את הטבלה לפי שני המקורות.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א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יתרון לימודי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יתרון חברתי או בריאותי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פסקה ממזגת אחת (4–5 משפטים) על היתרונות והקשיים של גינה בבית הספר, לפי שני המקורות. אל תסכמו כל מקור בנפרד; השתמשו במילה כוללת ובמילת קישור של ניגוד.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מכתב רשמי: בחרו את האפשרות המתאימה.</w:t>
      </w:r>
    </w:p>
    <w:p>
      <w:pPr>
        <w:bidi/>
        <w:spacing w:before="0" w:after="20"/>
        <w:jc w:val="both"/>
      </w:pPr>
      <w:r>
        <w:rPr>
          <w:rtl/>
        </w:rPr>
        <w:t>א. איזו שורת הנדון מתאימה?</w:t>
      </w:r>
    </w:p>
    <w:p>
      <w:pPr>
        <w:bidi/>
        <w:spacing w:before="0" w:after="80"/>
        <w:jc w:val="both"/>
      </w:pPr>
      <w:r>
        <w:rPr>
          <w:rtl/>
        </w:rPr>
        <w:t xml:space="preserve">   ○ הנדון: שלום, מה שלומך?      ○ הנדון: בקשה להצבת ספסלים בחצר      ○ הנדון: מכתב      ○ הנדון: אנחנו כועסים מאוד!!!</w:t>
      </w:r>
    </w:p>
    <w:p>
      <w:pPr>
        <w:bidi/>
        <w:spacing w:before="0" w:after="20"/>
        <w:jc w:val="both"/>
      </w:pPr>
      <w:r>
        <w:rPr>
          <w:rtl/>
        </w:rPr>
        <w:t>ב. איזו פנייה מתאימה לראש העירייה?</w:t>
      </w:r>
    </w:p>
    <w:p>
      <w:pPr>
        <w:bidi/>
        <w:spacing w:before="0" w:after="80"/>
        <w:jc w:val="both"/>
      </w:pPr>
      <w:r>
        <w:rPr>
          <w:rtl/>
        </w:rPr>
        <w:t xml:space="preserve">   ○ היי, מה קורה?      ○ שלום רב,      ○ יא חבר,      ○ תקשיב טוב,</w:t>
      </w:r>
    </w:p>
    <w:p>
      <w:pPr>
        <w:bidi/>
        <w:spacing w:before="0" w:after="20"/>
        <w:jc w:val="both"/>
      </w:pPr>
      <w:r>
        <w:rPr>
          <w:rtl/>
        </w:rPr>
        <w:t>ג. איזה סיום מתאים?</w:t>
      </w:r>
    </w:p>
    <w:p>
      <w:pPr>
        <w:bidi/>
        <w:spacing w:before="0" w:after="80"/>
        <w:jc w:val="both"/>
      </w:pPr>
      <w:r>
        <w:rPr>
          <w:rtl/>
        </w:rPr>
        <w:t xml:space="preserve">   ○ ביי!      ○ בברכה,      ○ נתראה      ○ זהו.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במאמר עמדה מציגים את העמדה רק בסוף.      נכון / לא נכון</w:t>
      </w:r>
    </w:p>
    <w:p>
      <w:pPr>
        <w:bidi/>
        <w:spacing w:before="0" w:after="60"/>
        <w:jc w:val="both"/>
      </w:pPr>
      <w:r>
        <w:rPr>
          <w:rtl/>
        </w:rPr>
        <w:t>ב. בכתיבה ממזגת כדאי לסכם קודם את מקור א ואחר כך את מקור ב.      נכון / לא נכון</w:t>
      </w:r>
    </w:p>
    <w:p>
      <w:pPr>
        <w:bidi/>
        <w:spacing w:before="0" w:after="60"/>
        <w:jc w:val="both"/>
      </w:pPr>
      <w:r>
        <w:rPr>
          <w:rtl/>
        </w:rPr>
        <w:t>ג. בדוא״ל רשמי שורת הנושא מחליפה את «הנדון».      נכון / לא נכון</w:t>
      </w:r>
    </w:p>
    <w:p>
      <w:pPr>
        <w:bidi/>
        <w:spacing w:before="0" w:after="60"/>
        <w:jc w:val="both"/>
      </w:pPr>
      <w:r>
        <w:rPr>
          <w:rtl/>
        </w:rPr>
        <w:t>ד. שכתוב הוא חלק חשוב בתהליך הכתיבה.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מכתב רשמי (8–10 שורות) למנהלת בית הספר, ובו בקשה לשינוי שחשוב לכם (למשל פינת ישיבה מוצלת בחצר). הקפידו על כל רכיבי המכתב הרשמי ועל שני נימוקים לפחות.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קראו את פסקת הפתיחה וכתבו מה חסר בה (נושא, עמדה או שניהם).</w:t>
      </w:r>
    </w:p>
    <w:p>
      <w:pPr>
        <w:bidi/>
        <w:spacing w:before="0" w:after="100"/>
        <w:jc w:val="both"/>
      </w:pPr>
      <w:r>
        <w:rPr>
          <w:rtl/>
        </w:rPr>
        <w:t>א. «יש הרבה דברים בעולם.»</w:t>
      </w:r>
    </w:p>
    <w:p>
      <w:pPr>
        <w:bidi/>
        <w:spacing w:before="0" w:after="100"/>
        <w:jc w:val="both"/>
      </w:pPr>
      <w:r>
        <w:rPr>
          <w:rtl/>
        </w:rPr>
        <w:t>ב. «השנה יש ויכוח על משך החופש הגדול.»</w:t>
      </w:r>
    </w:p>
    <w:p>
      <w:pPr>
        <w:bidi/>
        <w:spacing w:before="0" w:after="100"/>
        <w:jc w:val="both"/>
      </w:pPr>
      <w:r>
        <w:rPr>
          <w:rtl/>
        </w:rPr>
        <w:t>ג. «לדעתי, חובה להוסיף שיעורי בישול.»</w:t>
      </w:r>
    </w:p>
    <w:p>
      <w:pPr>
        <w:bidi/>
        <w:spacing w:before="0" w:after="100"/>
        <w:jc w:val="both"/>
      </w:pPr>
      <w:r>
        <w:rPr>
          <w:rtl/>
        </w:rPr>
        <w:t>ד. «רבים שואלים אם להחזיר את התלבושת האחידה. לדעתי, כדאי לעשות זאת.»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שכתוב: החליפו את הניסוח הדיבורי בניסוח רשמי.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דיבורי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רשמי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היי, מה נשמע?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תעשו משהו עם הרעש הזה!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ביי!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מילת קישור של סיכום או מסקנה.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לסיכום  |  מכאן ש־  |  לפיכך</w:t>
      </w:r>
    </w:p>
    <w:p>
      <w:pPr>
        <w:bidi/>
        <w:spacing w:before="0" w:after="60"/>
        <w:jc w:val="both"/>
      </w:pPr>
      <w:r>
        <w:rPr>
          <w:rtl/>
        </w:rPr>
        <w:t>א. __________, היתרונות של הטיול גדולים מן החסרונות.</w:t>
      </w:r>
    </w:p>
    <w:p>
      <w:pPr>
        <w:bidi/>
        <w:spacing w:before="0" w:after="60"/>
        <w:jc w:val="both"/>
      </w:pPr>
      <w:r>
        <w:rPr>
          <w:rtl/>
        </w:rPr>
        <w:t>ב. הנתונים מראים שרוב התלמידים מרוצים; __________ התוכנית הצליחה.</w:t>
      </w:r>
    </w:p>
    <w:p>
      <w:pPr>
        <w:bidi/>
        <w:spacing w:before="0" w:after="60"/>
        <w:jc w:val="both"/>
      </w:pPr>
      <w:r>
        <w:rPr>
          <w:rtl/>
        </w:rPr>
        <w:t>ג. ההוצאה קטנה והתועלת גדולה; __________ כדאי ליישם את ההצעה.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כתיבה: עמדה מנומקת, מיזוג מקורות ומכתב רשמי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את מילות הקישור לפי היחס הלוגי.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הוספה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סיבה ותוצאה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 וויתור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נוסף על כך, ראשית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לכן, משום ש־, לפיכך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אומנם, לעומת זאת, עם זאת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מילת קישור מתאימה מן המחסן.</w:t>
      </w:r>
    </w:p>
    <w:p>
      <w:pPr>
        <w:bidi/>
        <w:spacing w:before="0" w:after="40"/>
        <w:jc w:val="both"/>
      </w:pPr>
      <w:r>
        <w:rPr>
          <w:rtl/>
        </w:rPr>
        <w:t>א. ראשית, הטיול מחזק את הקשר בין התלמידים.</w:t>
      </w:r>
    </w:p>
    <w:p>
      <w:pPr>
        <w:bidi/>
        <w:spacing w:before="0" w:after="40"/>
        <w:jc w:val="both"/>
      </w:pPr>
      <w:r>
        <w:rPr>
          <w:rtl/>
        </w:rPr>
        <w:t>ב. נוסף על כך, הוא מאפשר ללמוד על הארץ מקרוב.</w:t>
      </w:r>
    </w:p>
    <w:p>
      <w:pPr>
        <w:bidi/>
        <w:spacing w:before="0" w:after="40"/>
        <w:jc w:val="both"/>
      </w:pPr>
      <w:r>
        <w:rPr>
          <w:rtl/>
        </w:rPr>
        <w:t>ג. אומנם הטיול עולה כסף, אך אפשר לחסוך בעזרת הסעה משותפת.</w:t>
      </w:r>
    </w:p>
    <w:p>
      <w:pPr>
        <w:bidi/>
        <w:spacing w:before="0" w:after="40"/>
        <w:jc w:val="both"/>
      </w:pPr>
      <w:r>
        <w:rPr>
          <w:rtl/>
        </w:rPr>
        <w:t>ד. מאחר ש־ הטיול מתקיים בחורף, צריך להצטייד במעילים.</w:t>
      </w:r>
    </w:p>
    <w:p>
      <w:pPr>
        <w:bidi/>
        <w:spacing w:before="0" w:after="40"/>
        <w:jc w:val="both"/>
      </w:pPr>
      <w:r>
        <w:rPr>
          <w:rtl/>
        </w:rPr>
        <w:t>ה. לסיכום, הטיול הוא חלק חשוב משנת הלימודים.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כל משפט לחלק במאמר העמדה.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«בשנים האחרונות מתווכחים על משך ההפסקה. לדעתי, צריך להאריך אותה.»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סיום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«ראשית, הפסקה ארוכה מאפשרת לנוח ולחזור רעננים.»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גוף – נימוק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«יש הטוענים שזה יאריך את יום הלימודים. אך מספיקות עשר דקות.»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גוף – טענת נגד והפרכה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«לכן אני מציע לנסות זאת בחודש הקרוב.»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פתיחה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לפני שממזגים: מלאו את הטבלה לפי שני המקורות.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א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מקור 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יתרון לימודי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לומדים על צמחים ועונות בדרך מעשית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 מוזכר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יתרון חברתי או בריאותי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תלמידים מתקשים מצליחים ומרגישים שייכות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מעודדת אכילת ירקות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 מוזכר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צריך השקיה קבועה וצוות אחראי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כתבו פסקה ממזגת אחת (4–5 משפטים) על היתרונות והקשיים של גינה בבית הספר, לפי שני המקורות. אל תסכמו כל מקור בנפרד; השתמשו במילה כוללת ובמילת קישור של ניגוד.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מיזוג לפי נושאים ולא לפי מקורות (2); כל המידע המרכזי – יתרון לימודי, חברתי ובריאותי, והקושי (2); מילה כוללת כמו «יתרונות» (1); מילת ניגוד כמו «עם זאת» (1); ניסוח במילים שלנו (1). דוגמה: לגינה בבית הספר יתרונות רבים: התלמידים לומדים על הטבע בדרך מעשית, גם תלמידים שמתקשים בכיתה מצליחים בה, והיא מעודדת אכילת ירקות. עם זאת, היא דורשת השקיה קבועה, ולכן צריך צוות שיהיה אחראי 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מכתב רשמי: בחרו את האפשרות המתאימה.</w:t>
      </w:r>
    </w:p>
    <w:p>
      <w:pPr>
        <w:bidi/>
        <w:spacing w:before="0" w:after="20"/>
        <w:jc w:val="both"/>
      </w:pPr>
      <w:r>
        <w:rPr>
          <w:rtl/>
        </w:rPr>
        <w:t>א. איזו שורת הנדון מתאימה?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הנדון: בקשה להצבת ספסלים בחצר</w:t>
      </w:r>
    </w:p>
    <w:p>
      <w:pPr>
        <w:bidi/>
        <w:spacing w:before="0" w:after="20"/>
        <w:jc w:val="both"/>
      </w:pPr>
      <w:r>
        <w:rPr>
          <w:rtl/>
        </w:rPr>
        <w:t>ב. איזו פנייה מתאימה לראש העירייה?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שלום רב,</w:t>
      </w:r>
    </w:p>
    <w:p>
      <w:pPr>
        <w:bidi/>
        <w:spacing w:before="0" w:after="20"/>
        <w:jc w:val="both"/>
      </w:pPr>
      <w:r>
        <w:rPr>
          <w:rtl/>
        </w:rPr>
        <w:t>ג. איזה סיום מתאים?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בברכה,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במאמר עמדה מציגים את העמדה רק בסוף. – לא נכון – מציגים אותה כבר בפתיחה וחוזרים אליה בסיום</w:t>
      </w:r>
    </w:p>
    <w:p>
      <w:pPr>
        <w:bidi/>
        <w:spacing w:before="0" w:after="40"/>
        <w:jc w:val="both"/>
      </w:pPr>
      <w:r>
        <w:rPr>
          <w:rtl/>
        </w:rPr>
        <w:t>ב. בכתיבה ממזגת כדאי לסכם קודם את מקור א ואחר כך את מקור ב. – לא נכון – ממזגים לפי נושאים, ולא לפי מקורות</w:t>
      </w:r>
    </w:p>
    <w:p>
      <w:pPr>
        <w:bidi/>
        <w:spacing w:before="0" w:after="40"/>
        <w:jc w:val="both"/>
      </w:pPr>
      <w:r>
        <w:rPr>
          <w:rtl/>
        </w:rPr>
        <w:t>ג. בדוא״ל רשמי שורת הנושא מחליפה את «הנדון». – נכון</w:t>
      </w:r>
    </w:p>
    <w:p>
      <w:pPr>
        <w:bidi/>
        <w:spacing w:before="0" w:after="40"/>
        <w:jc w:val="both"/>
      </w:pPr>
      <w:r>
        <w:rPr>
          <w:rtl/>
        </w:rPr>
        <w:t>ד. שכתוב הוא חלק חשוב בתהליך הכתיבה.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מכתב רשמי (8–10 שורות) למנהלת בית הספר, ובו בקשה לשינוי שחשוב לכם (למשל פינת ישיבה מוצלת בחצר). הקפידו על כל רכיבי המכתב הרשמי ועל שני נימוקים לפחות.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רכיבים – מקום ותאריך, לכבוד, הנדון, פנייה, סיום וחתימה (3); מטרה ובקשה ברורות (2); שני נימוקים לפחות (2); לשון מנומסת ועניינית (2); כתיב ופיסוק (1).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קראו את פסקת הפתיחה וכתבו מה חסר בה (נושא, עמדה או שניהם).</w:t>
      </w:r>
    </w:p>
    <w:p>
      <w:pPr>
        <w:bidi/>
        <w:spacing w:before="0" w:after="100"/>
        <w:jc w:val="both"/>
      </w:pPr>
      <w:r>
        <w:rPr>
          <w:rtl/>
        </w:rPr>
        <w:t>א. «יש הרבה דברים בעולם.»  ← חסרים נושא ועמדה</w:t>
      </w:r>
    </w:p>
    <w:p>
      <w:pPr>
        <w:bidi/>
        <w:spacing w:before="0" w:after="100"/>
        <w:jc w:val="both"/>
      </w:pPr>
      <w:r>
        <w:rPr>
          <w:rtl/>
        </w:rPr>
        <w:t>ב. «השנה יש ויכוח על משך החופש הגדול.»  ← חסרה עמדה</w:t>
      </w:r>
    </w:p>
    <w:p>
      <w:pPr>
        <w:bidi/>
        <w:spacing w:before="0" w:after="100"/>
        <w:jc w:val="both"/>
      </w:pPr>
      <w:r>
        <w:rPr>
          <w:rtl/>
        </w:rPr>
        <w:t>ג. «לדעתי, חובה להוסיף שיעורי בישול.»  ← חסר רקע על הנושא</w:t>
      </w:r>
    </w:p>
    <w:p>
      <w:pPr>
        <w:bidi/>
        <w:spacing w:before="0" w:after="100"/>
        <w:jc w:val="both"/>
      </w:pPr>
      <w:r>
        <w:rPr>
          <w:rtl/>
        </w:rPr>
        <w:t>ד. «רבים שואלים אם להחזיר את התלבושת האחידה. לדעתי, כדאי לעשות זאת.»  ← לא חסר דבר – יש נושא ועמדה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שכתוב: החליפו את הניסוח הדיבורי בניסוח רשמי.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דיבורי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רשמי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היי, מה נשמע?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שלום רב,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תעשו משהו עם הרעש הזה!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אבקש לפעול להפחתת הרעש.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ביי!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בברכה,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מילת קישור של סיכום או מסקנה.</w:t>
      </w:r>
    </w:p>
    <w:p>
      <w:pPr>
        <w:bidi/>
        <w:spacing w:before="0" w:after="40"/>
        <w:jc w:val="both"/>
      </w:pPr>
      <w:r>
        <w:rPr>
          <w:rtl/>
        </w:rPr>
        <w:t>א. לסיכום, היתרונות של הטיול גדולים מן החסרונות.</w:t>
      </w:r>
    </w:p>
    <w:p>
      <w:pPr>
        <w:bidi/>
        <w:spacing w:before="0" w:after="40"/>
        <w:jc w:val="both"/>
      </w:pPr>
      <w:r>
        <w:rPr>
          <w:rtl/>
        </w:rPr>
        <w:t>ב. הנתונים מראים שרוב התלמידים מרוצים; מכאן ש־ התוכנית הצליחה.</w:t>
      </w:r>
    </w:p>
    <w:p>
      <w:pPr>
        <w:bidi/>
        <w:spacing w:before="0" w:after="40"/>
        <w:jc w:val="both"/>
      </w:pPr>
      <w:r>
        <w:rPr>
          <w:rtl/>
        </w:rPr>
        <w:t>ג. ההוצאה קטנה והתועלת גדולה; לפיכך כדאי ליישם את ההצעה.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