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600000" cy="24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8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240" w:after="80"/>
        <w:jc w:val="center"/>
      </w:pPr>
      <w:r>
        <w:rPr>
          <w:rFonts w:ascii="Arial" w:hAnsi="Arial" w:cs="Arial"/>
          <w:color w:val="14532D"/>
          <w:sz w:val="36"/>
          <w:szCs w:val="36"/>
          <w:rtl/>
        </w:rPr>
        <w:t>חוברת עבודה</w:t>
      </w:r>
    </w:p>
    <w:p>
      <w:pPr>
        <w:bidi/>
        <w:spacing w:before="0" w:after="80"/>
        <w:jc w:val="center"/>
      </w:pPr>
      <w:r>
        <w:rPr>
          <w:rFonts w:ascii="David" w:hAnsi="David" w:cs="David"/>
          <w:b/>
          <w:bCs/>
          <w:color w:val="14532D"/>
          <w:sz w:val="88"/>
          <w:szCs w:val="88"/>
          <w:rtl/>
        </w:rPr>
        <w:t>לשון ועברית</w:t>
      </w:r>
    </w:p>
    <w:p>
      <w:pPr>
        <w:bidi/>
        <w:spacing w:before="0" w:after="80"/>
        <w:jc w:val="center"/>
      </w:pPr>
      <w:r>
        <w:rPr>
          <w:sz w:val="44"/>
          <w:szCs w:val="44"/>
          <w:rtl/>
        </w:rPr>
        <w:t>כיתה ח'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4532D"/>
          <w:sz w:val="48"/>
          <w:szCs w:val="48"/>
          <w:rtl/>
        </w:rPr>
        <w:t>תוכן העניינים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978"/>
      </w:tblGrid>
      <w:tr>
        <w:tc>
          <w:tcPr>
            <w:tcW w:type="dxa" w:w="9978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מבוא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1: מערכת הפועל בגזרת השלמים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2: פעיל וסביל: המרה ותפקיד בטקסט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3: גרעין המשפט: נושא, נשוא והתאם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4: המספר הסודר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5: מילים ומשמעויות: הגדרה, מילון ויחסי משמעות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6: קריאת טקסט טיעון: טענה, נימוקים וטענת נגד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7: כתיבה: עמדה מנומקת, מיזוג מקורות ומכתב רשמי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חזרה – מה למדנו?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תשובות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4532D"/>
          <w:sz w:val="48"/>
          <w:szCs w:val="48"/>
          <w:rtl/>
        </w:rPr>
        <w:t>מבוא</w:t>
      </w:r>
    </w:p>
    <w:p>
      <w:pPr>
        <w:bidi/>
        <w:spacing w:before="0" w:after="120"/>
        <w:jc w:val="both"/>
      </w:pPr>
      <w:r>
        <w:rPr>
          <w:rtl/>
        </w:rPr>
        <w:t>שלום לתלמידות ולתלמידי כיתה ח'!</w:t>
      </w:r>
    </w:p>
    <w:p>
      <w:pPr>
        <w:bidi/>
        <w:spacing w:before="0" w:after="120"/>
        <w:jc w:val="both"/>
      </w:pPr>
      <w:r>
        <w:rPr>
          <w:rtl/>
        </w:rPr>
        <w:t>בחוברת הזאת נעמיק בשני עולמות: הלשון – מערכת הפועל בגזרת השלמים, פעיל וסביל, גרעין המשפט וההתאם, המספר הסודר ומילים ומשמעויות; והטקסט – קריאה ביקורתית של טקסט טיעון וכתיבה של מאמר עמדה, סיכום משני מקורות ומכתב רשמי.</w:t>
      </w:r>
    </w:p>
    <w:p>
      <w:pPr>
        <w:bidi/>
        <w:spacing w:before="0" w:after="120"/>
        <w:jc w:val="both"/>
      </w:pPr>
      <w:r>
        <w:rPr>
          <w:rtl/>
        </w:rPr>
        <w:t>בכל פרק תמצאו הסבר קצר, דוגמאות, כלל «זכרו!», דף סיכום ותרגול מגוון. בסוף החוברת – חזרה ושני מבחנים מסכמים, ברמה בסיסית וברמה גבוהה.</w:t>
      </w:r>
    </w:p>
    <w:p>
      <w:pPr>
        <w:bidi/>
        <w:spacing w:before="0" w:after="120"/>
        <w:jc w:val="both"/>
      </w:pPr>
      <w:r>
        <w:rPr>
          <w:rtl/>
        </w:rPr>
        <w:t>לשון מדויקת וטיעון מסודר יעזרו לכם בכל המקצועות, וגם מחוץ לבית הספר. בהצלחה!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פרק 1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4532D"/>
          <w:sz w:val="44"/>
          <w:szCs w:val="44"/>
          <w:rtl/>
        </w:rPr>
        <w:t>פרק 1: מערכת הפועל בגזרת השלמים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8_t0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שבעת הבניינים</w:t>
      </w:r>
    </w:p>
    <w:p>
      <w:pPr>
        <w:bidi/>
        <w:spacing w:before="0" w:after="40"/>
        <w:jc w:val="both"/>
      </w:pPr>
      <w:r>
        <w:rPr>
          <w:rtl/>
        </w:rPr>
        <w:t>מזהים בניין לפי צורת העבר בגוף «הוא».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 (הוא)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 (הוא)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פעל (קל)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כותב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יכתוב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נכתב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נכתב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ייכתב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סידר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מסדר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יסדר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פֻּעל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סודר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מסודר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יסודר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הפעיל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הדליק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מדליק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ידליק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הֻפעל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הודלק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מודלק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יודלק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יתלבש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איך מוצאים את השורש?</w:t>
      </w:r>
    </w:p>
    <w:p>
      <w:pPr>
        <w:bidi/>
        <w:spacing w:before="0" w:after="20"/>
        <w:jc w:val="both"/>
      </w:pPr>
      <w:r>
        <w:rPr>
          <w:rtl/>
        </w:rPr>
        <w:t>1. מורידים אותיות של זמן וגוף בהתחלה ובסוף (י, ת, נ, א, ־תי, ־נו, ־ים).</w:t>
      </w:r>
    </w:p>
    <w:p>
      <w:pPr>
        <w:bidi/>
        <w:spacing w:before="0" w:after="20"/>
        <w:jc w:val="both"/>
      </w:pPr>
      <w:r>
        <w:rPr>
          <w:rtl/>
        </w:rPr>
        <w:t>2. מורידים את אותיות הבניין (נ, ה, הת, מ).</w:t>
      </w:r>
    </w:p>
    <w:p>
      <w:pPr>
        <w:bidi/>
        <w:spacing w:before="0" w:after="20"/>
        <w:jc w:val="both"/>
      </w:pPr>
      <w:r>
        <w:rPr>
          <w:rtl/>
        </w:rPr>
        <w:t>3. מורידים ו או י שנוספו רק בגלל הכתיב המלא.</w:t>
      </w:r>
    </w:p>
    <w:p>
      <w:pPr>
        <w:bidi/>
        <w:spacing w:before="0" w:after="20"/>
        <w:jc w:val="both"/>
      </w:pPr>
      <w:r>
        <w:rPr>
          <w:rtl/>
        </w:rPr>
        <w:t>4. בודקים שנשארו שלושה (או ארבעה) עיצורים.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התכתבנו: מורידים הת־ ו־נו, נשאר כ־ת־ב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שיכול בבניין התפעל</w:t>
      </w:r>
    </w:p>
    <w:p>
      <w:pPr>
        <w:bidi/>
        <w:spacing w:before="0" w:after="40"/>
        <w:jc w:val="both"/>
      </w:pPr>
      <w:r>
        <w:rPr>
          <w:rtl/>
        </w:rPr>
        <w:t>כשהעיצור הראשון של השורש הוא ס, ש, צ או ז, הוא מחליף מקום עם הת' (ועם צ' התי"ו נהפכת לט', עם ז' – לד').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בבניין התפעל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ס־ד־ר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הסתדר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ש־מ־ש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השתמש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צ־ל־מ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הצטלם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ז־ק־נ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הזדקן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הטו את הפועל באותו בניין.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 (הוא)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 (הוא)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 (הוא)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הפועל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פקד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ביקר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הרגיש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התקדם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הפועל בבניין התפעל. שימו לב לשיכול!</w:t>
      </w:r>
    </w:p>
    <w:p>
      <w:pPr>
        <w:bidi/>
        <w:spacing w:before="0" w:after="60"/>
        <w:jc w:val="both"/>
      </w:pPr>
      <w:r>
        <w:rPr>
          <w:rtl/>
        </w:rPr>
        <w:t>א. אתמול אני __________ עם הכלב בפארק. (טייל)</w:t>
      </w:r>
    </w:p>
    <w:p>
      <w:pPr>
        <w:bidi/>
        <w:spacing w:before="0" w:after="60"/>
        <w:jc w:val="both"/>
      </w:pPr>
      <w:r>
        <w:rPr>
          <w:rtl/>
        </w:rPr>
        <w:t>ב. (ש־מ־ש) הם __________ במילון כדי לבדוק את המילה.</w:t>
      </w:r>
    </w:p>
    <w:p>
      <w:pPr>
        <w:bidi/>
        <w:spacing w:before="0" w:after="60"/>
        <w:jc w:val="both"/>
      </w:pPr>
      <w:r>
        <w:rPr>
          <w:rtl/>
        </w:rPr>
        <w:t>ג. (צ־ל־מ) אתמול __________ כל הכיתה לתמונה המחזורית.</w:t>
      </w:r>
    </w:p>
    <w:p>
      <w:pPr>
        <w:bidi/>
        <w:spacing w:before="0" w:after="60"/>
        <w:jc w:val="both"/>
      </w:pPr>
      <w:r>
        <w:rPr>
          <w:rtl/>
        </w:rPr>
        <w:t>ד. (ז־ק־נ) הסבא שלי __________ מאוד בשנים האחרונות.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בחרו את הצורה הנכונה.</w:t>
      </w:r>
    </w:p>
    <w:p>
      <w:pPr>
        <w:bidi/>
        <w:spacing w:before="0" w:after="20"/>
        <w:jc w:val="both"/>
      </w:pPr>
      <w:r>
        <w:rPr>
          <w:rtl/>
        </w:rPr>
        <w:t>א. מחר אנחנו ___ את הפרויקט.</w:t>
      </w:r>
    </w:p>
    <w:p>
      <w:pPr>
        <w:bidi/>
        <w:spacing w:before="0" w:after="80"/>
        <w:jc w:val="both"/>
      </w:pPr>
      <w:r>
        <w:rPr>
          <w:rtl/>
        </w:rPr>
        <w:t xml:space="preserve">   ○ נגמור      ○ נגמר      ○ גמרנו      ○ גומרים</w:t>
      </w:r>
    </w:p>
    <w:p>
      <w:pPr>
        <w:bidi/>
        <w:spacing w:before="0" w:after="20"/>
        <w:jc w:val="both"/>
      </w:pPr>
      <w:r>
        <w:rPr>
          <w:rtl/>
        </w:rPr>
        <w:t>ב. הדלת ___ ברוח חזקה.</w:t>
      </w:r>
    </w:p>
    <w:p>
      <w:pPr>
        <w:bidi/>
        <w:spacing w:before="0" w:after="80"/>
        <w:jc w:val="both"/>
      </w:pPr>
      <w:r>
        <w:rPr>
          <w:rtl/>
        </w:rPr>
        <w:t xml:space="preserve">   ○ סגרה      ○ נסגרה      ○ הסגירה      ○ סוגרת את</w:t>
      </w:r>
    </w:p>
    <w:p>
      <w:pPr>
        <w:bidi/>
        <w:spacing w:before="0" w:after="20"/>
        <w:jc w:val="both"/>
      </w:pPr>
      <w:r>
        <w:rPr>
          <w:rtl/>
        </w:rPr>
        <w:t>ג. השורש של «התכתבנו» הוא:</w:t>
      </w:r>
    </w:p>
    <w:p>
      <w:pPr>
        <w:bidi/>
        <w:spacing w:before="0" w:after="80"/>
        <w:jc w:val="both"/>
      </w:pPr>
      <w:r>
        <w:rPr>
          <w:rtl/>
        </w:rPr>
        <w:t xml:space="preserve">   ○ ת־כ־ב      ○ כ־ת־ב      ○ ה־כ־ת      ○ כ־ת־נ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בחרו שורש אחד מגזרת השלמים (למשל ל־מ־ד או ס־פ־ר) וכתבו ממנו שלושה פעלים בשלושה בניינים שונים, כל אחד במשפט.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לפי הזמן.</w:t>
      </w:r>
    </w:p>
    <w:p>
      <w:pPr>
        <w:bidi/>
        <w:spacing w:before="0" w:after="80"/>
        <w:jc w:val="both"/>
      </w:pPr>
      <w:r>
        <w:rPr>
          <w:color w:val="14532D"/>
          <w:sz w:val="24"/>
          <w:szCs w:val="24"/>
          <w:rtl/>
        </w:rPr>
        <w:t>המילים: סגרנו  |  סוגרת  |  נסגור  |  כתבו  |  כותבים  |  תכתבי  |  ביקרתי  |  אבקר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הפועל בעבר, בגוף המתאים.</w:t>
      </w:r>
    </w:p>
    <w:p>
      <w:pPr>
        <w:bidi/>
        <w:spacing w:before="0" w:after="60"/>
        <w:jc w:val="both"/>
      </w:pPr>
      <w:r>
        <w:rPr>
          <w:rtl/>
        </w:rPr>
        <w:t>א. אתמול אני __________ את הכלב לטיול. (הוציא? לא – לקח? לא – טייל עם)</w:t>
      </w:r>
    </w:p>
    <w:p>
      <w:pPr>
        <w:bidi/>
        <w:spacing w:before="0" w:after="60"/>
        <w:jc w:val="both"/>
      </w:pPr>
      <w:r>
        <w:rPr>
          <w:rtl/>
        </w:rPr>
        <w:t>ב. השבוע הן __________ שיר חדש. (למד)</w:t>
      </w:r>
    </w:p>
    <w:p>
      <w:pPr>
        <w:bidi/>
        <w:spacing w:before="0" w:after="60"/>
        <w:jc w:val="both"/>
      </w:pPr>
      <w:r>
        <w:rPr>
          <w:rtl/>
        </w:rPr>
        <w:t>ג. בבוקר אתם __________ את המחברות. (שכח)</w:t>
      </w:r>
    </w:p>
    <w:p>
      <w:pPr>
        <w:bidi/>
        <w:spacing w:before="0" w:after="60"/>
        <w:jc w:val="both"/>
      </w:pPr>
      <w:r>
        <w:rPr>
          <w:rtl/>
        </w:rPr>
        <w:t>ד. בחופש היא __________ ציור גדול. (צייר)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התאימו כל פועל לבניין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נפגשנו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מדברת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פיעל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הזמינו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התכתבו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התפעל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שבר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הפעיל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 את הנטייה בעתיד (בניין פיעל).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את השורש של כל פועל.</w:t>
      </w:r>
    </w:p>
    <w:p>
      <w:pPr>
        <w:bidi/>
        <w:spacing w:before="0" w:after="100"/>
        <w:jc w:val="both"/>
      </w:pPr>
      <w:r>
        <w:rPr>
          <w:rtl/>
        </w:rPr>
        <w:t>א. מתרגשים</w:t>
      </w:r>
    </w:p>
    <w:p>
      <w:pPr>
        <w:bidi/>
        <w:spacing w:before="0" w:after="100"/>
        <w:jc w:val="both"/>
      </w:pPr>
      <w:r>
        <w:rPr>
          <w:rtl/>
        </w:rPr>
        <w:t>ב. הסתכלנו</w:t>
      </w:r>
    </w:p>
    <w:p>
      <w:pPr>
        <w:bidi/>
        <w:spacing w:before="0" w:after="100"/>
        <w:jc w:val="both"/>
      </w:pPr>
      <w:r>
        <w:rPr>
          <w:rtl/>
        </w:rPr>
        <w:t>ג. יגדילו</w:t>
      </w:r>
    </w:p>
    <w:p>
      <w:pPr>
        <w:bidi/>
        <w:spacing w:before="0" w:after="100"/>
        <w:jc w:val="both"/>
      </w:pPr>
      <w:r>
        <w:rPr>
          <w:rtl/>
        </w:rPr>
        <w:t>ד. נשמרו</w:t>
      </w:r>
    </w:p>
    <w:p>
      <w:pPr>
        <w:bidi/>
        <w:spacing w:before="0" w:after="100"/>
        <w:jc w:val="both"/>
      </w:pPr>
      <w:r>
        <w:rPr>
          <w:rtl/>
        </w:rPr>
        <w:t>ה. מבשלת</w:t>
      </w:r>
    </w:p>
    <w:p>
      <w:pPr>
        <w:bidi/>
        <w:spacing w:before="0" w:after="100"/>
        <w:jc w:val="both"/>
      </w:pPr>
      <w:r>
        <w:rPr>
          <w:rtl/>
        </w:rPr>
        <w:t>ו. השתלמו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«הצטלם» הוא מן השורש צ־ל־מ.      נכון / לא נכון</w:t>
      </w:r>
    </w:p>
    <w:p>
      <w:pPr>
        <w:bidi/>
        <w:spacing w:before="0" w:after="60"/>
        <w:jc w:val="both"/>
      </w:pPr>
      <w:r>
        <w:rPr>
          <w:rtl/>
        </w:rPr>
        <w:t>ב. «מגדל» (הוא מגדל עגבניות) הוא בבניין הפעיל.      נכון / לא נכון</w:t>
      </w:r>
    </w:p>
    <w:p>
      <w:pPr>
        <w:bidi/>
        <w:spacing w:before="0" w:after="60"/>
        <w:jc w:val="both"/>
      </w:pPr>
      <w:r>
        <w:rPr>
          <w:rtl/>
        </w:rPr>
        <w:t>ג. בכל נטיות «כתב» נשמרות שלוש אותיות השורש.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צרו פועל בבניין התפעל מן השורש (עבר, הוא).</w:t>
      </w:r>
    </w:p>
    <w:p>
      <w:pPr>
        <w:bidi/>
        <w:spacing w:before="0" w:after="60"/>
        <w:jc w:val="both"/>
      </w:pPr>
      <w:r>
        <w:rPr>
          <w:rtl/>
        </w:rPr>
        <w:t>א. ש־ל־ב: __________</w:t>
      </w:r>
    </w:p>
    <w:p>
      <w:pPr>
        <w:bidi/>
        <w:spacing w:before="0" w:after="60"/>
        <w:jc w:val="both"/>
      </w:pPr>
      <w:r>
        <w:rPr>
          <w:rtl/>
        </w:rPr>
        <w:t>ב. ס־פ־ר: __________</w:t>
      </w:r>
    </w:p>
    <w:p>
      <w:pPr>
        <w:bidi/>
        <w:spacing w:before="0" w:after="60"/>
        <w:jc w:val="both"/>
      </w:pPr>
      <w:r>
        <w:rPr>
          <w:rtl/>
        </w:rPr>
        <w:t>ג. צ־ר־פ: __________</w:t>
      </w:r>
    </w:p>
    <w:p>
      <w:pPr>
        <w:bidi/>
        <w:spacing w:before="0" w:after="60"/>
        <w:jc w:val="both"/>
      </w:pPr>
      <w:r>
        <w:rPr>
          <w:rtl/>
        </w:rPr>
        <w:t>ד. ל־ב־ש: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מיינו: שורש של שלושה עיצורים או שורש מרובע?</w:t>
      </w:r>
    </w:p>
    <w:p>
      <w:pPr>
        <w:bidi/>
        <w:spacing w:before="0" w:after="80"/>
        <w:jc w:val="both"/>
      </w:pPr>
      <w:r>
        <w:rPr>
          <w:color w:val="14532D"/>
          <w:sz w:val="24"/>
          <w:szCs w:val="24"/>
          <w:rtl/>
        </w:rPr>
        <w:t>המילים: תרגם  |  שמר  |  צלצל  |  גידל  |  שכנע  |  הדליק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שלושה עיצורים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ארבעה עיצורים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שלוש הוראות (ציווי) לחבר שמכין את הכיתה למסיבה, בשלושה בניינים שונים, וציינו את הבניין של כל פועל.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פרק 2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4532D"/>
          <w:sz w:val="44"/>
          <w:szCs w:val="44"/>
          <w:rtl/>
        </w:rPr>
        <w:t>פרק 2: פעיל וסביל: המרה ותפקיד בטקסט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8_t0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הזוגות: בניין פעיל ובניין סביל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 פעיל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 סביל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כתב, נכתב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פֻּעל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סידר, סודר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הפעיל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הֻפעל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הזמין, הוזמן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שלושה צעדים בהמרה לסביל</w:t>
      </w:r>
    </w:p>
    <w:p>
      <w:pPr>
        <w:bidi/>
        <w:spacing w:before="0" w:after="20"/>
        <w:jc w:val="both"/>
      </w:pPr>
      <w:r>
        <w:rPr>
          <w:rtl/>
        </w:rPr>
        <w:t>1. המושא הישיר נעשה לנושא (ו«את» נעלמת).</w:t>
      </w:r>
    </w:p>
    <w:p>
      <w:pPr>
        <w:bidi/>
        <w:spacing w:before="0" w:after="20"/>
        <w:jc w:val="both"/>
      </w:pPr>
      <w:r>
        <w:rPr>
          <w:rtl/>
        </w:rPr>
        <w:t>2. הפועל עובר לבניין הסביל ונשאר באותו זמן.</w:t>
      </w:r>
    </w:p>
    <w:p>
      <w:pPr>
        <w:bidi/>
        <w:spacing w:before="0" w:after="20"/>
        <w:jc w:val="both"/>
      </w:pPr>
      <w:r>
        <w:rPr>
          <w:rtl/>
        </w:rPr>
        <w:t>3. הפועל מתאים לנושא החדש; מבצע הפעולה בא אחרי «על ידי» או מושמט.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 xml:space="preserve">דוגמה: פעיל: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    נושא    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הוועדה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בחרה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2E7D32"/>
                <w:u w:val="single" w:color="2E7D32"/>
                <w:sz w:val="14"/>
                <w:szCs w:val="14"/>
                <w:rtl/>
              </w:rPr>
              <w:t xml:space="preserve">   מושא ישיר   </w:t>
            </w:r>
          </w:rt>
          <w:rubyBase>
            <w:r>
              <w:rPr>
                <w:b/>
                <w:bCs/>
                <w:color w:val="2E7D32"/>
                <w:sz w:val="24"/>
                <w:szCs w:val="24"/>
                <w:rtl/>
              </w:rPr>
              <w:t xml:space="preserve">את השיר</w:t>
            </w:r>
          </w:rubyBase>
        </w:ruby>
      </w:r>
      <w:r>
        <w:rPr>
          <w:color w:val="334055"/>
          <w:sz w:val="24"/>
          <w:szCs w:val="24"/>
          <w:rtl/>
        </w:rPr>
        <w:t xml:space="preserve">. · סביל: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  נושא  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השיר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נבחר</w:t>
            </w:r>
          </w:rubyBase>
        </w:ruby>
      </w:r>
      <w:r>
        <w:rPr>
          <w:color w:val="334055"/>
          <w:sz w:val="24"/>
          <w:szCs w:val="24"/>
          <w:rtl/>
        </w:rPr>
        <w:t xml:space="preserve"> על ידי הוועדה.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פעיל או סביל – מה מתאים?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סביל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פעיל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במרכז: מה קרה והתוצאה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במרכז: מי עשה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כשמבצע הפעולה לא ידוע או לא חשוב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כשרוצים להראות מי אחראי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נפוץ בחדשות ובכתיבה רשמית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 וישיר, מתאים להתנצלות ולתודה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המירו לסביל. כתבו רק את הפועל.</w:t>
      </w:r>
    </w:p>
    <w:p>
      <w:pPr>
        <w:bidi/>
        <w:spacing w:before="0" w:after="60"/>
        <w:jc w:val="both"/>
      </w:pPr>
      <w:r>
        <w:rPr>
          <w:rtl/>
        </w:rPr>
        <w:t>א. הטבח בישל ארוחה. – ארוחה __________ על ידי הטבח.</w:t>
      </w:r>
    </w:p>
    <w:p>
      <w:pPr>
        <w:bidi/>
        <w:spacing w:before="0" w:after="60"/>
        <w:jc w:val="both"/>
      </w:pPr>
      <w:r>
        <w:rPr>
          <w:rtl/>
        </w:rPr>
        <w:t>ב. החברים הפתיעו את דנה. – דנה __________ על ידי החברים.</w:t>
      </w:r>
    </w:p>
    <w:p>
      <w:pPr>
        <w:bidi/>
        <w:spacing w:before="0" w:after="60"/>
        <w:jc w:val="both"/>
      </w:pPr>
      <w:r>
        <w:rPr>
          <w:rtl/>
        </w:rPr>
        <w:t>ג. הרוח שברה את הענף. – הענף __________ ברוח.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מה תפקיד הסביל במשפט?</w:t>
      </w:r>
    </w:p>
    <w:p>
      <w:pPr>
        <w:bidi/>
        <w:spacing w:before="0" w:after="20"/>
        <w:jc w:val="both"/>
      </w:pPr>
      <w:r>
        <w:rPr>
          <w:rtl/>
        </w:rPr>
        <w:t>א. «החלון נופץ בלילה.»</w:t>
      </w:r>
    </w:p>
    <w:p>
      <w:pPr>
        <w:bidi/>
        <w:spacing w:before="0" w:after="80"/>
        <w:jc w:val="both"/>
      </w:pPr>
      <w:r>
        <w:rPr>
          <w:rtl/>
        </w:rPr>
        <w:t xml:space="preserve">   ○ לא ידוע מי עשה את הפעולה      ○ הדגשת מי עשה את הפעולה      ○ פנייה לקורא</w:t>
      </w:r>
    </w:p>
    <w:p>
      <w:pPr>
        <w:bidi/>
        <w:spacing w:before="0" w:after="20"/>
        <w:jc w:val="both"/>
      </w:pPr>
      <w:r>
        <w:rPr>
          <w:rtl/>
        </w:rPr>
        <w:t>ב. «הפרויקט הושלם בזמן.»</w:t>
      </w:r>
    </w:p>
    <w:p>
      <w:pPr>
        <w:bidi/>
        <w:spacing w:before="0" w:after="80"/>
        <w:jc w:val="both"/>
      </w:pPr>
      <w:r>
        <w:rPr>
          <w:rtl/>
        </w:rPr>
        <w:t xml:space="preserve">   ○ הסתרת אשמה      ○ הדגשת התוצאה      ○ תיאור רגש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המשפטים.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פעיל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סביל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השופטים בחרו את הזוכה.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המכתב נשלח על ידי ההורים.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הגננת סיפרה סיפור.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ידיעה קצרה (3–4 משפטים) על אירוע בבית הספר. השתמשו בשני משפטים סבילים ובשני משפטים פעילים, וסמנו אותם.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הפעלים: פעיל או סביל?</w:t>
      </w:r>
    </w:p>
    <w:p>
      <w:pPr>
        <w:bidi/>
        <w:spacing w:before="0" w:after="80"/>
        <w:jc w:val="both"/>
      </w:pPr>
      <w:r>
        <w:rPr>
          <w:color w:val="14532D"/>
          <w:sz w:val="24"/>
          <w:szCs w:val="24"/>
          <w:rtl/>
        </w:rPr>
        <w:t>המילים: נשבר  |  שבר  |  סודר  |  סידר  |  הוזמן  |  הזמין  |  נכתב  |  כתב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פעיל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סביל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התאימו פועל פעיל לסביל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פרסם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תוקן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השליך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הושלך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גנב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נגנב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תיקן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הוגדל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הגדיל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פורסם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המירו לסביל בזמן עתיד.</w:t>
      </w:r>
    </w:p>
    <w:p>
      <w:pPr>
        <w:bidi/>
        <w:spacing w:before="0" w:after="60"/>
        <w:jc w:val="both"/>
      </w:pPr>
      <w:r>
        <w:rPr>
          <w:rtl/>
        </w:rPr>
        <w:t>א. העירייה תשפץ את הגן. – הגן __________.</w:t>
      </w:r>
    </w:p>
    <w:p>
      <w:pPr>
        <w:bidi/>
        <w:spacing w:before="0" w:after="60"/>
        <w:jc w:val="both"/>
      </w:pPr>
      <w:r>
        <w:rPr>
          <w:rtl/>
        </w:rPr>
        <w:t>ב. המורים יבדקו את המבחנים. – המבחנים __________.</w:t>
      </w:r>
    </w:p>
    <w:p>
      <w:pPr>
        <w:bidi/>
        <w:spacing w:before="0" w:after="60"/>
        <w:jc w:val="both"/>
      </w:pPr>
      <w:r>
        <w:rPr>
          <w:rtl/>
        </w:rPr>
        <w:t>ג. ההנהלה תזמין את ההורים. – ההורים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«שופץ» הוא הסביל של «שיפץ».      נכון / לא נכון</w:t>
      </w:r>
    </w:p>
    <w:p>
      <w:pPr>
        <w:bidi/>
        <w:spacing w:before="0" w:after="60"/>
        <w:jc w:val="both"/>
      </w:pPr>
      <w:r>
        <w:rPr>
          <w:rtl/>
        </w:rPr>
        <w:t>ב. בבניין הֻפעל יש משמעות פעילה.      נכון / לא נכון</w:t>
      </w:r>
    </w:p>
    <w:p>
      <w:pPr>
        <w:bidi/>
        <w:spacing w:before="0" w:after="60"/>
        <w:jc w:val="both"/>
      </w:pPr>
      <w:r>
        <w:rPr>
          <w:rtl/>
        </w:rPr>
        <w:t>ג. «הוא נבחר לנציג» – משפט סביל.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ליד כל משפט כתבו «פעיל» או «סביל».</w:t>
      </w:r>
    </w:p>
    <w:p>
      <w:pPr>
        <w:bidi/>
        <w:spacing w:before="0" w:after="100"/>
        <w:jc w:val="both"/>
      </w:pPr>
      <w:r>
        <w:rPr>
          <w:rtl/>
        </w:rPr>
        <w:t>א. הספרים נאספו לקרטונים.</w:t>
      </w:r>
    </w:p>
    <w:p>
      <w:pPr>
        <w:bidi/>
        <w:spacing w:before="0" w:after="100"/>
        <w:jc w:val="both"/>
      </w:pPr>
      <w:r>
        <w:rPr>
          <w:rtl/>
        </w:rPr>
        <w:t>ב. התלמידים אספו ספרים.</w:t>
      </w:r>
    </w:p>
    <w:p>
      <w:pPr>
        <w:bidi/>
        <w:spacing w:before="0" w:after="100"/>
        <w:jc w:val="both"/>
      </w:pPr>
      <w:r>
        <w:rPr>
          <w:rtl/>
        </w:rPr>
        <w:t>ג. התרומה הועברה לבית החולים.</w:t>
      </w:r>
    </w:p>
    <w:p>
      <w:pPr>
        <w:bidi/>
        <w:spacing w:before="0" w:after="100"/>
        <w:jc w:val="both"/>
      </w:pPr>
      <w:r>
        <w:rPr>
          <w:rtl/>
        </w:rPr>
        <w:t>ד. ההורים העבירו את התרומה.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המירו מסביל לפעיל. כתבו את הפועל.</w:t>
      </w:r>
    </w:p>
    <w:p>
      <w:pPr>
        <w:bidi/>
        <w:spacing w:before="0" w:after="60"/>
        <w:jc w:val="both"/>
      </w:pPr>
      <w:r>
        <w:rPr>
          <w:rtl/>
        </w:rPr>
        <w:t>א. השולחן נצבע על ידי אבא. – אבא __________ את השולחן.</w:t>
      </w:r>
    </w:p>
    <w:p>
      <w:pPr>
        <w:bidi/>
        <w:spacing w:before="0" w:after="60"/>
        <w:jc w:val="both"/>
      </w:pPr>
      <w:r>
        <w:rPr>
          <w:rtl/>
        </w:rPr>
        <w:t>ב. הכרטיסים הוזמנו על ידי סבתא. – סבתא __________ את הכרטיסים.</w:t>
      </w:r>
    </w:p>
    <w:p>
      <w:pPr>
        <w:bidi/>
        <w:spacing w:before="0" w:after="60"/>
        <w:jc w:val="both"/>
      </w:pPr>
      <w:r>
        <w:rPr>
          <w:rtl/>
        </w:rPr>
        <w:t>ג. הדלת תוקנה על ידי השרברב. – השרברב __________ את הדלת.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את המשפט בפעיל ובסביל.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פעיל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סביל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הכלב נשך את הדוור.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הפרס הוענק על ידי השופטים.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לפניכם כותרת: «חלונות נופצו בבית הספר». כתבו מחדש את הכותרת בפעיל, והסבירו מה הקורא יודע או אינו יודע בכל אחת מהן.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הודעה רשמית קצרה ללוח המודעות של בית הספר (3 משפטים), ובה שני פעלים סבילים שמתאימים ללשון רשמית (למשל «התלמידים מתבקשים»).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פרק 3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4532D"/>
          <w:sz w:val="44"/>
          <w:szCs w:val="44"/>
          <w:rtl/>
        </w:rPr>
        <w:t>פרק 3: גרעין המשפט: נושא, נשוא והתאם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8_t0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מוצאים את הגרעין בשני צעדים</w:t>
      </w:r>
    </w:p>
    <w:p>
      <w:pPr>
        <w:bidi/>
        <w:spacing w:before="0" w:after="20"/>
        <w:jc w:val="both"/>
      </w:pPr>
      <w:r>
        <w:rPr>
          <w:rtl/>
        </w:rPr>
        <w:t>1. מוצאים את הפועל המוטה – זה הנשוא.</w:t>
      </w:r>
    </w:p>
    <w:p>
      <w:pPr>
        <w:bidi/>
        <w:spacing w:before="0" w:after="20"/>
        <w:jc w:val="both"/>
      </w:pPr>
      <w:r>
        <w:rPr>
          <w:rtl/>
        </w:rPr>
        <w:t>2. שואלים «מי?» או «מה?» לפני הפועל – התשובה היא הנושא.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 xml:space="preserve">דוגמה: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E65100"/>
                <w:u w:val="single" w:color="E65100"/>
                <w:sz w:val="14"/>
                <w:szCs w:val="14"/>
                <w:rtl/>
              </w:rPr>
              <w:t xml:space="preserve"> תיאור זמן </w:t>
            </w:r>
          </w:rt>
          <w:rubyBase>
            <w:r>
              <w:rPr>
                <w:b/>
                <w:bCs/>
                <w:color w:val="E65100"/>
                <w:sz w:val="24"/>
                <w:szCs w:val="24"/>
                <w:rtl/>
              </w:rPr>
              <w:t xml:space="preserve">בבוקר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יצאה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   נושא   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הרכבת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E65100"/>
                <w:u w:val="single" w:color="E65100"/>
                <w:sz w:val="14"/>
                <w:szCs w:val="14"/>
                <w:rtl/>
              </w:rPr>
              <w:t xml:space="preserve">   תיאור מקום   </w:t>
            </w:r>
          </w:rt>
          <w:rubyBase>
            <w:r>
              <w:rPr>
                <w:b/>
                <w:bCs/>
                <w:color w:val="E65100"/>
                <w:sz w:val="24"/>
                <w:szCs w:val="24"/>
                <w:rtl/>
              </w:rPr>
              <w:t xml:space="preserve">מן התחנה</w:t>
            </w:r>
          </w:rubyBase>
        </w:ruby>
      </w:r>
      <w:r>
        <w:rPr>
          <w:color w:val="334055"/>
          <w:sz w:val="24"/>
          <w:szCs w:val="24"/>
          <w:rtl/>
        </w:rPr>
        <w:t>. · הנשוא: יצאה. הנושא: הרכבת.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גרעין הנושא</w:t>
      </w:r>
    </w:p>
    <w:p>
      <w:pPr>
        <w:bidi/>
        <w:spacing w:before="0" w:after="40"/>
        <w:jc w:val="both"/>
      </w:pPr>
      <w:r>
        <w:rPr>
          <w:rtl/>
        </w:rPr>
        <w:t>כשהנושא הוא צירוף, הנשוא מתאים למילה המרכזית 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גרעין הנושא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הספרים של אחי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הספרים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נמכרו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ועדת הקישוט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ועדת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החליטה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קבוצת המתנדבים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קבוצת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יצאה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כללי ההתאם</w:t>
      </w:r>
    </w:p>
    <w:p>
      <w:pPr>
        <w:bidi/>
        <w:spacing w:before="0" w:after="20"/>
        <w:jc w:val="both"/>
      </w:pPr>
      <w:r>
        <w:rPr>
          <w:rtl/>
        </w:rPr>
        <w:t>1. הנשוא מתאים לנושא במין, במספר ובגוף.</w:t>
      </w:r>
    </w:p>
    <w:p>
      <w:pPr>
        <w:bidi/>
        <w:spacing w:before="0" w:after="20"/>
        <w:jc w:val="both"/>
      </w:pPr>
      <w:r>
        <w:rPr>
          <w:rtl/>
        </w:rPr>
        <w:t>2. שני נושאים מחוברים: נשוא ברבים; אם אחד מהם זכר – בזכר.</w:t>
      </w:r>
    </w:p>
    <w:p>
      <w:pPr>
        <w:bidi/>
        <w:spacing w:before="0" w:after="20"/>
        <w:jc w:val="both"/>
      </w:pPr>
      <w:r>
        <w:rPr>
          <w:rtl/>
        </w:rPr>
        <w:t>3. גם כשהנשוא בא לפני הנושא, הוא מתאים לו.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 xml:space="preserve">דוגמאות: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        נושא        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נועה ודני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   נשוא   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הגיעו</w:t>
            </w:r>
          </w:rubyBase>
        </w:ruby>
      </w:r>
      <w:r>
        <w:rPr>
          <w:color w:val="334055"/>
          <w:sz w:val="24"/>
          <w:szCs w:val="24"/>
          <w:rtl/>
        </w:rPr>
        <w:t xml:space="preserve">. · בשבוע שעבר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   נשוא   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נפתחה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      נושא      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התערוכה</w:t>
            </w:r>
          </w:rubyBase>
        </w:ruby>
      </w:r>
      <w:r>
        <w:rPr>
          <w:color w:val="334055"/>
          <w:sz w:val="24"/>
          <w:szCs w:val="24"/>
          <w:rtl/>
        </w:rPr>
        <w:t>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נושא ונשוא.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ליד הים נבנו בתים חדשים.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 בני המשפחה ישבו סביב השולחן.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בערב חזרה אחותי מן הצבא.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איזה משפט תקין?</w:t>
      </w:r>
    </w:p>
    <w:p>
      <w:pPr>
        <w:bidi/>
        <w:spacing w:before="0" w:after="20"/>
        <w:jc w:val="both"/>
      </w:pPr>
      <w:r>
        <w:rPr>
          <w:rtl/>
        </w:rPr>
        <w:t>א. בחרו:</w:t>
      </w:r>
    </w:p>
    <w:p>
      <w:pPr>
        <w:bidi/>
        <w:spacing w:before="0" w:after="80"/>
        <w:jc w:val="both"/>
      </w:pPr>
      <w:r>
        <w:rPr>
          <w:rtl/>
        </w:rPr>
        <w:t xml:space="preserve">   ○ נשאר לנו עוד שתי שאלות.      ○ נשארו לנו עוד שתי שאלות.      ○ נשארה לנו עוד שתי שאלות.</w:t>
      </w:r>
    </w:p>
    <w:p>
      <w:pPr>
        <w:bidi/>
        <w:spacing w:before="0" w:after="20"/>
        <w:jc w:val="both"/>
      </w:pPr>
      <w:r>
        <w:rPr>
          <w:rtl/>
        </w:rPr>
        <w:t>ב. בחרו:</w:t>
      </w:r>
    </w:p>
    <w:p>
      <w:pPr>
        <w:bidi/>
        <w:spacing w:before="0" w:after="80"/>
        <w:jc w:val="both"/>
      </w:pPr>
      <w:r>
        <w:rPr>
          <w:rtl/>
        </w:rPr>
        <w:t xml:space="preserve">   ○ ועדת הטיול החליטו לצאת לצפון.      ○ ועדת הטיול החליט לצאת לצפון.      ○ ועדת הטיול החליטה לצאת לצפון.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הפועל בעבר.</w:t>
      </w:r>
    </w:p>
    <w:p>
      <w:pPr>
        <w:bidi/>
        <w:spacing w:before="0" w:after="60"/>
        <w:jc w:val="both"/>
      </w:pPr>
      <w:r>
        <w:rPr>
          <w:rtl/>
        </w:rPr>
        <w:t>א. בבוקר __________ הגשם. (פסק)</w:t>
      </w:r>
    </w:p>
    <w:p>
      <w:pPr>
        <w:bidi/>
        <w:spacing w:before="0" w:after="60"/>
        <w:jc w:val="both"/>
      </w:pPr>
      <w:r>
        <w:rPr>
          <w:rtl/>
        </w:rPr>
        <w:t>ב. בעיתון __________ כתבה על בית הספר. (התפרסם)</w:t>
      </w:r>
    </w:p>
    <w:p>
      <w:pPr>
        <w:bidi/>
        <w:spacing w:before="0" w:after="60"/>
        <w:jc w:val="both"/>
      </w:pPr>
      <w:r>
        <w:rPr>
          <w:rtl/>
        </w:rPr>
        <w:t>ג. הספרים והמחברת __________ בתיק. (נשאר)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הודעה קצרה (3–4 משפטים) להורי הכיתה על אירוע קרוב. ודאו שבכל משפט יש התאם בין הנושא לנשוא.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מצאו את הנשוא בכל משפט: מתחו קו מעליו, וכתבו מעל הקו «נשוא».</w:t>
      </w:r>
    </w:p>
    <w:p>
      <w:pPr>
        <w:bidi/>
        <w:spacing w:before="320" w:after="100"/>
        <w:jc w:val="both"/>
      </w:pPr>
      <w:r>
        <w:rPr>
          <w:rtl/>
        </w:rPr>
        <w:t>א. בחצר שיחקו ילדים.</w:t>
      </w:r>
    </w:p>
    <w:p>
      <w:pPr>
        <w:bidi/>
        <w:spacing w:before="320" w:after="100"/>
        <w:jc w:val="both"/>
      </w:pPr>
      <w:r>
        <w:rPr>
          <w:rtl/>
        </w:rPr>
        <w:t>ב. המורה שלנו נסעה לכנס.</w:t>
      </w:r>
    </w:p>
    <w:p>
      <w:pPr>
        <w:bidi/>
        <w:spacing w:before="320" w:after="100"/>
        <w:jc w:val="both"/>
      </w:pPr>
      <w:r>
        <w:rPr>
          <w:rtl/>
        </w:rPr>
        <w:t>ג. מחר ייפתח הקיוסק.</w:t>
      </w:r>
    </w:p>
    <w:p>
      <w:pPr>
        <w:bidi/>
        <w:spacing w:before="320" w:after="100"/>
        <w:jc w:val="both"/>
      </w:pPr>
      <w:r>
        <w:rPr>
          <w:rtl/>
        </w:rPr>
        <w:t>ד. כולם צחקו מן הבדיחה.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מצאו את גרעין הנושא: מתחו קו מעליו, וכתבו מעל הקו «נושא».</w:t>
      </w:r>
    </w:p>
    <w:p>
      <w:pPr>
        <w:bidi/>
        <w:spacing w:before="320" w:after="100"/>
        <w:jc w:val="both"/>
      </w:pPr>
      <w:r>
        <w:rPr>
          <w:rtl/>
        </w:rPr>
        <w:t>א. בני הדודים שלי הגיעו מחיפה.</w:t>
      </w:r>
    </w:p>
    <w:p>
      <w:pPr>
        <w:bidi/>
        <w:spacing w:before="320" w:after="100"/>
        <w:jc w:val="both"/>
      </w:pPr>
      <w:r>
        <w:rPr>
          <w:rtl/>
        </w:rPr>
        <w:t>ב. הכלב של השכנים נבח כל הלילה.</w:t>
      </w:r>
    </w:p>
    <w:p>
      <w:pPr>
        <w:bidi/>
        <w:spacing w:before="320" w:after="100"/>
        <w:jc w:val="both"/>
      </w:pPr>
      <w:r>
        <w:rPr>
          <w:rtl/>
        </w:rPr>
        <w:t>ג. מנהלת בית הספר נאמה בטקס.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השלימו את הפועל בעבר בהתאם לנושא.</w:t>
      </w:r>
    </w:p>
    <w:p>
      <w:pPr>
        <w:bidi/>
        <w:spacing w:before="0" w:after="60"/>
        <w:jc w:val="both"/>
      </w:pPr>
      <w:r>
        <w:rPr>
          <w:rtl/>
        </w:rPr>
        <w:t>א. אתמול __________ גשם חזק. (ירד)</w:t>
      </w:r>
    </w:p>
    <w:p>
      <w:pPr>
        <w:bidi/>
        <w:spacing w:before="0" w:after="60"/>
        <w:jc w:val="both"/>
      </w:pPr>
      <w:r>
        <w:rPr>
          <w:rtl/>
        </w:rPr>
        <w:t>ב. בטקס __________ שתי תלמידות. (נאם)</w:t>
      </w:r>
    </w:p>
    <w:p>
      <w:pPr>
        <w:bidi/>
        <w:spacing w:before="0" w:after="60"/>
        <w:jc w:val="both"/>
      </w:pPr>
      <w:r>
        <w:rPr>
          <w:rtl/>
        </w:rPr>
        <w:t>ג. ההחלטות של המועצה __________ לכולם. (הוסבר)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מיינו לפי התאם: תקין או לא תקין?</w:t>
      </w:r>
    </w:p>
    <w:p>
      <w:pPr>
        <w:bidi/>
        <w:spacing w:before="0" w:after="80"/>
        <w:jc w:val="both"/>
      </w:pPr>
      <w:r>
        <w:rPr>
          <w:color w:val="14532D"/>
          <w:sz w:val="24"/>
          <w:szCs w:val="24"/>
          <w:rtl/>
        </w:rPr>
        <w:t>המילים: נגמרו החופשות.  |  נגמר החופשות.  |  הגיעה החבילה.  |  הגיע החבילה.  |  צוות השחקנים התאמן.  |  צוות השחקנים התאמנו.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תקין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תקין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«שירה ועמית יצאו» – הנשוא ברבים, בזכר.      נכון / לא נכון</w:t>
      </w:r>
    </w:p>
    <w:p>
      <w:pPr>
        <w:bidi/>
        <w:spacing w:before="0" w:after="60"/>
        <w:jc w:val="both"/>
      </w:pPr>
      <w:r>
        <w:rPr>
          <w:rtl/>
        </w:rPr>
        <w:t>ב. הנשוא תמיד בא אחרי הנושא.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התאימו לכל משפט שגוי את התיקון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נשאר רק שני כרטיסים.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חברי המועצה החליטו.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חברי המועצה החליטה.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אתה ודני תגיעו מחר.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אתה ודני תגיע מחר.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נשארו רק שני כרטיסים.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שנו את הנושא, והתאימו את הנשוא.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 חדש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חדש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הילד רץ לחצר.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הילדות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השיעור נגמר.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ההפסקה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התלמידה הצליחה במבחן.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 ואתה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נשוא בעבר שיתאים לנושא (כל פועל מתאים).</w:t>
      </w:r>
    </w:p>
    <w:p>
      <w:pPr>
        <w:bidi/>
        <w:spacing w:before="0" w:after="60"/>
        <w:jc w:val="both"/>
      </w:pPr>
      <w:r>
        <w:rPr>
          <w:rtl/>
        </w:rPr>
        <w:t>א. בערב __________ הכוכבים.</w:t>
      </w:r>
    </w:p>
    <w:p>
      <w:pPr>
        <w:bidi/>
        <w:spacing w:before="0" w:after="60"/>
        <w:jc w:val="both"/>
      </w:pPr>
      <w:r>
        <w:rPr>
          <w:rtl/>
        </w:rPr>
        <w:t>ב. ועדת הטיול __________ על המסלול.</w:t>
      </w:r>
    </w:p>
    <w:p>
      <w:pPr>
        <w:bidi/>
        <w:spacing w:before="0" w:after="60"/>
        <w:jc w:val="both"/>
      </w:pPr>
      <w:r>
        <w:rPr>
          <w:rtl/>
        </w:rPr>
        <w:t>ג. אני וחברתי __________ יחד לבית הספר.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מצאו בעיתון או באתר חדשות שלושה משפטים שהנשוא בהם בא לפני הנושא. העתיקו אותם, וסמנו נושא ונשוא.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פרק 4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4532D"/>
          <w:sz w:val="44"/>
          <w:szCs w:val="44"/>
          <w:rtl/>
        </w:rPr>
        <w:t>פרק 4: המספר הסודר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8_t0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מונה לעומת סודר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 שאלות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סודר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איזה במספר?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השאלה השלישית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הסודרים מ־1 עד 10</w:t>
      </w:r>
    </w:p>
    <w:p>
      <w:pPr>
        <w:bidi/>
        <w:spacing w:before="0" w:after="40"/>
        <w:jc w:val="both"/>
      </w:pPr>
      <w:r>
        <w:rPr>
          <w:rtl/>
        </w:rPr>
        <w:t>באים אחרי שם העצם ומתאימים לו במין, כמו שם תואר.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ראשונה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שלישי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שלישית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רביעי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רביעית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חמישי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חמישית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6–10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שישי, שביעי, שמיני, תשיעי, עשירי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שישית, שביעית, שמינית, תשיעית, עשירית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מ־11 ומעלה</w:t>
      </w:r>
    </w:p>
    <w:p>
      <w:pPr>
        <w:bidi/>
        <w:spacing w:before="0" w:after="20"/>
        <w:jc w:val="both"/>
      </w:pPr>
      <w:r>
        <w:rPr>
          <w:rtl/>
        </w:rPr>
        <w:t>1. משתמשים בצורת המספר המונה במין המתאים.</w:t>
      </w:r>
    </w:p>
    <w:p>
      <w:pPr>
        <w:bidi/>
        <w:spacing w:before="0" w:after="20"/>
        <w:jc w:val="both"/>
      </w:pPr>
      <w:r>
        <w:rPr>
          <w:rtl/>
        </w:rPr>
        <w:t>2. המספר בא אחרי שם העצם.</w:t>
      </w:r>
    </w:p>
    <w:p>
      <w:pPr>
        <w:bidi/>
        <w:spacing w:before="0" w:after="20"/>
        <w:jc w:val="both"/>
      </w:pPr>
      <w:r>
        <w:rPr>
          <w:rtl/>
        </w:rPr>
        <w:t>3. כשהשם מיודע, גם המספר מקבל ה"א הידיעה.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הפרק האחד עשר · השורה השתים עשרה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הסודר במילים.</w:t>
      </w:r>
    </w:p>
    <w:p>
      <w:pPr>
        <w:bidi/>
        <w:spacing w:before="0" w:after="60"/>
        <w:jc w:val="both"/>
      </w:pPr>
      <w:r>
        <w:rPr>
          <w:rtl/>
        </w:rPr>
        <w:t>א. הבית __________ ברחוב (3)</w:t>
      </w:r>
    </w:p>
    <w:p>
      <w:pPr>
        <w:bidi/>
        <w:spacing w:before="0" w:after="60"/>
        <w:jc w:val="both"/>
      </w:pPr>
      <w:r>
        <w:rPr>
          <w:rtl/>
        </w:rPr>
        <w:t>ב. המשפט __________ בפסקה (2)</w:t>
      </w:r>
    </w:p>
    <w:p>
      <w:pPr>
        <w:bidi/>
        <w:spacing w:before="0" w:after="60"/>
        <w:jc w:val="both"/>
      </w:pPr>
      <w:r>
        <w:rPr>
          <w:rtl/>
        </w:rPr>
        <w:t>ג. השורה __________ בשיר (9)</w:t>
      </w:r>
    </w:p>
    <w:p>
      <w:pPr>
        <w:bidi/>
        <w:spacing w:before="0" w:after="60"/>
        <w:jc w:val="both"/>
      </w:pPr>
      <w:r>
        <w:rPr>
          <w:rtl/>
        </w:rPr>
        <w:t>ד. הקומה __________ (13)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בחרו את הצורה התקינה.</w:t>
      </w:r>
    </w:p>
    <w:p>
      <w:pPr>
        <w:bidi/>
        <w:spacing w:before="0" w:after="20"/>
        <w:jc w:val="both"/>
      </w:pPr>
      <w:r>
        <w:rPr>
          <w:rtl/>
        </w:rPr>
        <w:t>א. זה המכתב ___ שאני כותב.</w:t>
      </w:r>
    </w:p>
    <w:p>
      <w:pPr>
        <w:bidi/>
        <w:spacing w:before="0" w:after="80"/>
        <w:jc w:val="both"/>
      </w:pPr>
      <w:r>
        <w:rPr>
          <w:rtl/>
        </w:rPr>
        <w:t xml:space="preserve">   ○ העשירית      ○ העשירי      ○ העשר</w:t>
      </w:r>
    </w:p>
    <w:p>
      <w:pPr>
        <w:bidi/>
        <w:spacing w:before="0" w:after="20"/>
        <w:jc w:val="both"/>
      </w:pPr>
      <w:r>
        <w:rPr>
          <w:rtl/>
        </w:rPr>
        <w:t>ב. היא ישבה בשורה ___.</w:t>
      </w:r>
    </w:p>
    <w:p>
      <w:pPr>
        <w:bidi/>
        <w:spacing w:before="0" w:after="80"/>
        <w:jc w:val="both"/>
      </w:pPr>
      <w:r>
        <w:rPr>
          <w:rtl/>
        </w:rPr>
        <w:t xml:space="preserve">   ○ השתים עשרה      ○ השנים עשר      ○ השתיים עשרה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 את הצירופים.</w:t>
      </w:r>
    </w:p>
    <w:p>
      <w:pPr>
        <w:bidi/>
        <w:spacing w:before="0" w:after="80"/>
        <w:jc w:val="both"/>
      </w:pPr>
      <w:r>
        <w:rPr>
          <w:color w:val="14532D"/>
          <w:sz w:val="24"/>
          <w:szCs w:val="24"/>
          <w:rtl/>
        </w:rPr>
        <w:t>המילים: שלוש שאלות  |  השאלה השלישית  |  ארבעה ימים  |  היום הרביעי  |  עשרה עמודים  |  העמוד העשירי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מונה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תארו את סדר היום שלכם ביום לימודים בעזרת המספרים הסודרים (השיעור הראשון, השני...).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מספר לסודר בנקבה.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תשיעית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שביעית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3. 7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שלישית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4. 9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חמישית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שנייה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כתבו את הסודר בזכר.</w:t>
      </w:r>
    </w:p>
    <w:p>
      <w:pPr>
        <w:bidi/>
        <w:spacing w:before="0" w:after="60"/>
        <w:jc w:val="both"/>
      </w:pPr>
      <w:r>
        <w:rPr>
          <w:rtl/>
        </w:rPr>
        <w:t>א. היום __________ בשבוע (4)</w:t>
      </w:r>
    </w:p>
    <w:p>
      <w:pPr>
        <w:bidi/>
        <w:spacing w:before="0" w:after="60"/>
        <w:jc w:val="both"/>
      </w:pPr>
      <w:r>
        <w:rPr>
          <w:rtl/>
        </w:rPr>
        <w:t>ב. הבניין __________ ברחוב (6)</w:t>
      </w:r>
    </w:p>
    <w:p>
      <w:pPr>
        <w:bidi/>
        <w:spacing w:before="0" w:after="60"/>
        <w:jc w:val="both"/>
      </w:pPr>
      <w:r>
        <w:rPr>
          <w:rtl/>
        </w:rPr>
        <w:t>ג. החודש __________ בשנה (8)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«השורה העשירית» – תקין.      נכון / לא נכון</w:t>
      </w:r>
    </w:p>
    <w:p>
      <w:pPr>
        <w:bidi/>
        <w:spacing w:before="0" w:after="60"/>
        <w:jc w:val="both"/>
      </w:pPr>
      <w:r>
        <w:rPr>
          <w:rtl/>
        </w:rPr>
        <w:t>ב. «הפרק השתים עשרה» – תקין.      נכון / לא נכון</w:t>
      </w:r>
    </w:p>
    <w:p>
      <w:pPr>
        <w:bidi/>
        <w:spacing w:before="0" w:after="60"/>
        <w:jc w:val="both"/>
      </w:pPr>
      <w:r>
        <w:rPr>
          <w:rtl/>
        </w:rPr>
        <w:t>ג. «יום חמישי» הוא מספר סודר.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תקנו את הטעות בכל צירוף.</w:t>
      </w:r>
    </w:p>
    <w:p>
      <w:pPr>
        <w:bidi/>
        <w:spacing w:before="0" w:after="100"/>
        <w:jc w:val="both"/>
      </w:pPr>
      <w:r>
        <w:rPr>
          <w:rtl/>
        </w:rPr>
        <w:t>א. הקומה השלישי</w:t>
      </w:r>
    </w:p>
    <w:p>
      <w:pPr>
        <w:bidi/>
        <w:spacing w:before="0" w:after="100"/>
        <w:jc w:val="both"/>
      </w:pPr>
      <w:r>
        <w:rPr>
          <w:rtl/>
        </w:rPr>
        <w:t>ב. הפעם השתיים</w:t>
      </w:r>
    </w:p>
    <w:p>
      <w:pPr>
        <w:bidi/>
        <w:spacing w:before="0" w:after="100"/>
        <w:jc w:val="both"/>
      </w:pPr>
      <w:r>
        <w:rPr>
          <w:rtl/>
        </w:rPr>
        <w:t>ג. השיר השנייה</w:t>
      </w:r>
    </w:p>
    <w:p>
      <w:pPr>
        <w:bidi/>
        <w:spacing w:before="0" w:after="100"/>
        <w:jc w:val="both"/>
      </w:pPr>
      <w:r>
        <w:rPr>
          <w:rtl/>
        </w:rPr>
        <w:t>ד. השני הבית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מיינו: מונה או סודר?</w:t>
      </w:r>
    </w:p>
    <w:p>
      <w:pPr>
        <w:bidi/>
        <w:spacing w:before="0" w:after="80"/>
        <w:jc w:val="both"/>
      </w:pPr>
      <w:r>
        <w:rPr>
          <w:color w:val="14532D"/>
          <w:sz w:val="24"/>
          <w:szCs w:val="24"/>
          <w:rtl/>
        </w:rPr>
        <w:t>המילים: ביום שישי  |  שישה ימים  |  בפעם הרביעית  |  ארבע פעמים  |  הכיתה השמינית  |  שמונה כיתות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מונה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הסודר מעל 10.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11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הפרק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השורה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את הסודר במילים.</w:t>
      </w:r>
    </w:p>
    <w:p>
      <w:pPr>
        <w:bidi/>
        <w:spacing w:before="0" w:after="60"/>
        <w:jc w:val="both"/>
      </w:pPr>
      <w:r>
        <w:rPr>
          <w:rtl/>
        </w:rPr>
        <w:t>א. בקומה __________ גר רופא. (14)</w:t>
      </w:r>
    </w:p>
    <w:p>
      <w:pPr>
        <w:bidi/>
        <w:spacing w:before="0" w:after="60"/>
        <w:jc w:val="both"/>
      </w:pPr>
      <w:r>
        <w:rPr>
          <w:rtl/>
        </w:rPr>
        <w:t>ב. השאלה __________ קשה. (13)</w:t>
      </w:r>
    </w:p>
    <w:p>
      <w:pPr>
        <w:bidi/>
        <w:spacing w:before="0" w:after="60"/>
        <w:jc w:val="both"/>
      </w:pPr>
      <w:r>
        <w:rPr>
          <w:rtl/>
        </w:rPr>
        <w:t>ג. התחנה __________ היא שלנו. (5)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מתכון קצר (4 שלבים) למאכל שאתם אוהבים, ופתחו כל שלב בסודר: «בשלב הראשון...», «בשלב השני...».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ארבעה משפטים על תחרות שצפיתם בה, ובהם הסודרים: ראשון, שנייה, שלישי ועשירית (עם שם עצם מתאים במין).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פרק 5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4532D"/>
          <w:sz w:val="44"/>
          <w:szCs w:val="44"/>
          <w:rtl/>
        </w:rPr>
        <w:t>פרק 5: מילים ומשמעויות: הגדרה, מילון ויחסי משמעות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8_t0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הגדרה מלאה: הכללה והבחנה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מושג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כוללת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תכונה מבחינה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כינור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כלי נגינה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בעל ארבעה מיתרים, מנגנים עליו בקשת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מגדלור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ליד הים, מאיר את הדרך לאוניות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פירוש, דוגמה ומובאה</w:t>
      </w:r>
    </w:p>
    <w:p>
      <w:pPr>
        <w:bidi/>
        <w:spacing w:before="0" w:after="20"/>
        <w:jc w:val="both"/>
      </w:pPr>
      <w:r>
        <w:rPr>
          <w:rtl/>
        </w:rPr>
        <w:t>1. פירוש – מסביר מה המושג.</w:t>
      </w:r>
    </w:p>
    <w:p>
      <w:pPr>
        <w:bidi/>
        <w:spacing w:before="0" w:after="20"/>
        <w:jc w:val="both"/>
      </w:pPr>
      <w:r>
        <w:rPr>
          <w:rtl/>
        </w:rPr>
        <w:t>2. דוגמה – מקרה מסוים שמדגים את המושג.</w:t>
      </w:r>
    </w:p>
    <w:p>
      <w:pPr>
        <w:bidi/>
        <w:spacing w:before="0" w:after="20"/>
        <w:jc w:val="both"/>
      </w:pPr>
      <w:r>
        <w:rPr>
          <w:rtl/>
        </w:rPr>
        <w:t>3. מובאה – דברי מישהו אחר, במירכאות.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יחסי משמעות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יחס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זה?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נרדפות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משמעות קרובה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ענק, עצום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ניגודיות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משמעות הפוכה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זמני, קבוע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היכללות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מילה כוללת ופרטים 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פירות: תפוח, בננה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בערך מילון</w:t>
      </w:r>
    </w:p>
    <w:p>
      <w:pPr>
        <w:bidi/>
        <w:spacing w:before="0" w:after="40"/>
        <w:jc w:val="both"/>
      </w:pPr>
      <w:r>
        <w:rPr>
          <w:rtl/>
        </w:rPr>
        <w:t>חלק דיבר, מין (ז'/נ'), רבים, שורש, ומשמעויות ממוספרות. בוחרים את המשמעות שמתאימה להקשר.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התאימו זוג מילים ליחס ביניהן.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אומץ – גבורה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ניגודיות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פתיחה – סגירה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נרדפות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כלי תחבורה – רכבת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היכללות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המילה הכוללת בהגדרה.</w:t>
      </w:r>
    </w:p>
    <w:p>
      <w:pPr>
        <w:bidi/>
        <w:spacing w:before="0" w:after="60"/>
        <w:jc w:val="both"/>
      </w:pPr>
      <w:r>
        <w:rPr>
          <w:rtl/>
        </w:rPr>
        <w:t>א. פטיש הוא __________ שבעזרתו תוקעים מסמרים.</w:t>
      </w:r>
    </w:p>
    <w:p>
      <w:pPr>
        <w:bidi/>
        <w:spacing w:before="0" w:after="60"/>
        <w:jc w:val="both"/>
      </w:pPr>
      <w:r>
        <w:rPr>
          <w:rtl/>
        </w:rPr>
        <w:t>ב. ורד הוא __________ ריחני שיש לו קוצים בגבעול.</w:t>
      </w:r>
    </w:p>
    <w:p>
      <w:pPr>
        <w:bidi/>
        <w:spacing w:before="0" w:after="60"/>
        <w:jc w:val="both"/>
      </w:pPr>
      <w:r>
        <w:rPr>
          <w:rtl/>
        </w:rPr>
        <w:t>ג. דולפין הוא __________ ימי שנושם אוויר.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מה חסר בהגדרה?</w:t>
      </w:r>
    </w:p>
    <w:p>
      <w:pPr>
        <w:bidi/>
        <w:spacing w:before="0" w:after="20"/>
        <w:jc w:val="both"/>
      </w:pPr>
      <w:r>
        <w:rPr>
          <w:rtl/>
        </w:rPr>
        <w:t>א. «מקרר הוא מכשיר חשמלי.»</w:t>
      </w:r>
    </w:p>
    <w:p>
      <w:pPr>
        <w:bidi/>
        <w:spacing w:before="0" w:after="80"/>
        <w:jc w:val="both"/>
      </w:pPr>
      <w:r>
        <w:rPr>
          <w:rtl/>
        </w:rPr>
        <w:t xml:space="preserve">   ○ המילה הכוללת      ○ התכונה המבחינה      ○ שום דבר</w:t>
      </w:r>
    </w:p>
    <w:p>
      <w:pPr>
        <w:bidi/>
        <w:spacing w:before="0" w:after="20"/>
        <w:jc w:val="both"/>
      </w:pPr>
      <w:r>
        <w:rPr>
          <w:rtl/>
        </w:rPr>
        <w:t>ב. «מקרר: ששומר על מזון קר.»</w:t>
      </w:r>
    </w:p>
    <w:p>
      <w:pPr>
        <w:bidi/>
        <w:spacing w:before="0" w:after="80"/>
        <w:jc w:val="both"/>
      </w:pPr>
      <w:r>
        <w:rPr>
          <w:rtl/>
        </w:rPr>
        <w:t xml:space="preserve">   ○ המילה הכוללת      ○ התכונה המבחינה      ○ שום דבר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בחרו מילה בעלת שתי משמעויות (למשל «עין», «כנף», «מפתח»), וכתבו לה ערך מילון קצר: חלק דיבר, מין, רבים ושתי משמעויות עם משפט לכל אחת.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לפי היחס.</w:t>
      </w:r>
    </w:p>
    <w:p>
      <w:pPr>
        <w:bidi/>
        <w:spacing w:before="0" w:after="80"/>
        <w:jc w:val="both"/>
      </w:pPr>
      <w:r>
        <w:rPr>
          <w:color w:val="14532D"/>
          <w:sz w:val="24"/>
          <w:szCs w:val="24"/>
          <w:rtl/>
        </w:rPr>
        <w:t>המילים: יפה – נאה  |  חושך – אור  |  ירק – גזר  |  קר – חם  |  לרוץ – לדהור  |  כלי מטבח – מחבת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נרדפות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ניגודיות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היכללות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כתבו מילה מנוגדת.</w:t>
      </w:r>
    </w:p>
    <w:p>
      <w:pPr>
        <w:bidi/>
        <w:spacing w:before="0" w:after="60"/>
        <w:jc w:val="both"/>
      </w:pPr>
      <w:r>
        <w:rPr>
          <w:rtl/>
        </w:rPr>
        <w:t>א. עלייה – __________</w:t>
      </w:r>
    </w:p>
    <w:p>
      <w:pPr>
        <w:bidi/>
        <w:spacing w:before="0" w:after="60"/>
        <w:jc w:val="both"/>
      </w:pPr>
      <w:r>
        <w:rPr>
          <w:rtl/>
        </w:rPr>
        <w:t>ב. פתוח – __________</w:t>
      </w:r>
    </w:p>
    <w:p>
      <w:pPr>
        <w:bidi/>
        <w:spacing w:before="0" w:after="60"/>
        <w:jc w:val="both"/>
      </w:pPr>
      <w:r>
        <w:rPr>
          <w:rtl/>
        </w:rPr>
        <w:t>ג. להתחיל – __________</w:t>
      </w:r>
    </w:p>
    <w:p>
      <w:pPr>
        <w:bidi/>
        <w:spacing w:before="0" w:after="60"/>
        <w:jc w:val="both"/>
      </w:pPr>
      <w:r>
        <w:rPr>
          <w:rtl/>
        </w:rPr>
        <w:t>ד. אמת –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שלוש מילים שהמילה הכוללת כוללת (הפרידו בפסיקים).</w:t>
      </w:r>
    </w:p>
    <w:p>
      <w:pPr>
        <w:bidi/>
        <w:spacing w:before="0" w:after="60"/>
        <w:jc w:val="both"/>
      </w:pPr>
      <w:r>
        <w:rPr>
          <w:rtl/>
        </w:rPr>
        <w:t>א. כלי תחבורה: __________</w:t>
      </w:r>
    </w:p>
    <w:p>
      <w:pPr>
        <w:bidi/>
        <w:spacing w:before="0" w:after="60"/>
        <w:jc w:val="both"/>
      </w:pPr>
      <w:r>
        <w:rPr>
          <w:rtl/>
        </w:rPr>
        <w:t>ב. בעלי חיים ימיים: __________</w:t>
      </w:r>
    </w:p>
    <w:p>
      <w:pPr>
        <w:bidi/>
        <w:spacing w:before="0" w:after="60"/>
        <w:jc w:val="both"/>
      </w:pPr>
      <w:r>
        <w:rPr>
          <w:rtl/>
        </w:rPr>
        <w:t>ג. מקצועות לימוד: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קראו כל משפט וכתבו: «פירוש», «דוגמה» או «מובאה».</w:t>
      </w:r>
    </w:p>
    <w:p>
      <w:pPr>
        <w:bidi/>
        <w:spacing w:before="0" w:after="100"/>
        <w:jc w:val="both"/>
      </w:pPr>
      <w:r>
        <w:rPr>
          <w:rtl/>
        </w:rPr>
        <w:t>א. אי הוא שטח יבשה שמוקף מים.</w:t>
      </w:r>
    </w:p>
    <w:p>
      <w:pPr>
        <w:bidi/>
        <w:spacing w:before="0" w:after="100"/>
        <w:jc w:val="both"/>
      </w:pPr>
      <w:r>
        <w:rPr>
          <w:rtl/>
        </w:rPr>
        <w:t>ב. קפריסין, למשל, היא אי בים התיכון.</w:t>
      </w:r>
    </w:p>
    <w:p>
      <w:pPr>
        <w:bidi/>
        <w:spacing w:before="0" w:after="100"/>
        <w:jc w:val="both"/>
      </w:pPr>
      <w:r>
        <w:rPr>
          <w:rtl/>
        </w:rPr>
        <w:t>ג. «איש אינו אי», כתב משורר אנגלי.</w:t>
      </w:r>
    </w:p>
    <w:p>
      <w:pPr>
        <w:bidi/>
        <w:spacing w:before="0" w:after="100"/>
        <w:jc w:val="both"/>
      </w:pPr>
      <w:r>
        <w:rPr>
          <w:rtl/>
        </w:rPr>
        <w:t>ד. מדבר הוא אזור צחיח שיורד בו מעט גשם.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מלאו לפי ערך המילון.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 דיבר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עוגה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מחברת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«חם – קר» הם זוג מילים נרדפות.      נכון / לא נכון</w:t>
      </w:r>
    </w:p>
    <w:p>
      <w:pPr>
        <w:bidi/>
        <w:spacing w:before="0" w:after="60"/>
        <w:jc w:val="both"/>
      </w:pPr>
      <w:r>
        <w:rPr>
          <w:rtl/>
        </w:rPr>
        <w:t>ב. «ציפור» היא מילה כוללת ל«יונה» ול«דרור».      נכון / לא נכון</w:t>
      </w:r>
    </w:p>
    <w:p>
      <w:pPr>
        <w:bidi/>
        <w:spacing w:before="0" w:after="60"/>
        <w:jc w:val="both"/>
      </w:pPr>
      <w:r>
        <w:rPr>
          <w:rtl/>
        </w:rPr>
        <w:t>ג. מובאה נכתבת במירכאות.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הכללה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יחס בין מילים בעלות משמעות קרובה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הבחנה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המילה הכוללת בהגדרה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ניגודיות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יחס בין מילים בעלות משמעות הפוכה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נרדפות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מה שמבדיל את המושג מאחרים בקבוצה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איזו משמעות של «עין» מתאימה להקשר?</w:t>
      </w:r>
    </w:p>
    <w:p>
      <w:pPr>
        <w:bidi/>
        <w:spacing w:before="0" w:after="20"/>
        <w:jc w:val="both"/>
      </w:pPr>
      <w:r>
        <w:rPr>
          <w:rtl/>
        </w:rPr>
        <w:t>א. «מצאנו עין מים בין הסלעים.»</w:t>
      </w:r>
    </w:p>
    <w:p>
      <w:pPr>
        <w:bidi/>
        <w:spacing w:before="0" w:after="80"/>
        <w:jc w:val="both"/>
      </w:pPr>
      <w:r>
        <w:rPr>
          <w:rtl/>
        </w:rPr>
        <w:t xml:space="preserve">   ○ איבר הראייה      ○ מעיין, מקור מים      ○ חור במחט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הגדרה מלאה לחפץ שנמצא בתיק שלכם, בלי לכתוב את שמו. תנו לחבר לנחש מה החפץ. אם לא הצליח – מה היה חסר בהגדרה?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פרק 6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4532D"/>
          <w:sz w:val="44"/>
          <w:szCs w:val="44"/>
          <w:rtl/>
        </w:rPr>
        <w:t>פרק 6: קריאת טקסט טיעון: טענה, נימוקים וטענת נגד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8_t06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רכיבי הטיעון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רכיב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 שעוזרת לזהות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מילות סימן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הכותב רוצה שנחשוב?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לדעתי, יש ל..., לכן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נימוק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למה?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כי, מאחר ש־, הסיבה היא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הוכחה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איך יודעים שזה נכון?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לפי מחקר, נמצא ש־, לדברי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דוגמה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איפה רואים את זה?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למשל, לדוגמה, כך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טענת נגד והפרכה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אומר הצד השני, ולמה הוא טועה?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יש הטוענים, אומנם... אך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קריאה ביקורתית</w:t>
      </w:r>
    </w:p>
    <w:p>
      <w:pPr>
        <w:bidi/>
        <w:spacing w:before="0" w:after="20"/>
        <w:jc w:val="both"/>
      </w:pPr>
      <w:r>
        <w:rPr>
          <w:rtl/>
        </w:rPr>
        <w:t>1. האם הנימוקים קשורים לטענה?</w:t>
      </w:r>
    </w:p>
    <w:p>
      <w:pPr>
        <w:bidi/>
        <w:spacing w:before="0" w:after="20"/>
        <w:jc w:val="both"/>
      </w:pPr>
      <w:r>
        <w:rPr>
          <w:rtl/>
        </w:rPr>
        <w:t>2. האם ההוכחות אמינות (מקור, נתון, מומחה)?</w:t>
      </w:r>
    </w:p>
    <w:p>
      <w:pPr>
        <w:bidi/>
        <w:spacing w:before="0" w:after="20"/>
        <w:jc w:val="both"/>
      </w:pPr>
      <w:r>
        <w:rPr>
          <w:rtl/>
        </w:rPr>
        <w:t>3. האם יש פנייה לרגש או הגזמה במקום נימוק?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 לאמצעי רגשי: «כולם כבר קנו, ומה איתך?»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ליד כל משפט כתבו: טענה, נימוק, הוכחה, דוגמה או טענת נגד.</w:t>
      </w:r>
    </w:p>
    <w:p>
      <w:pPr>
        <w:bidi/>
        <w:spacing w:before="0" w:after="100"/>
        <w:jc w:val="both"/>
      </w:pPr>
      <w:r>
        <w:rPr>
          <w:rtl/>
        </w:rPr>
        <w:t>א. צריך לפתוח את הספרייה גם אחר הצוהריים.</w:t>
      </w:r>
    </w:p>
    <w:p>
      <w:pPr>
        <w:bidi/>
        <w:spacing w:before="0" w:after="100"/>
        <w:jc w:val="both"/>
      </w:pPr>
      <w:r>
        <w:rPr>
          <w:rtl/>
        </w:rPr>
        <w:t>ב. הרבה תלמידים צריכים מקום שקט להכין שיעורים.</w:t>
      </w:r>
    </w:p>
    <w:p>
      <w:pPr>
        <w:bidi/>
        <w:spacing w:before="0" w:after="100"/>
        <w:jc w:val="both"/>
      </w:pPr>
      <w:r>
        <w:rPr>
          <w:rtl/>
        </w:rPr>
        <w:t>ג. בסקר שערכנו, 60 תלמידים אמרו שהיו מגיעים.</w:t>
      </w:r>
    </w:p>
    <w:p>
      <w:pPr>
        <w:bidi/>
        <w:spacing w:before="0" w:after="100"/>
        <w:jc w:val="both"/>
      </w:pPr>
      <w:r>
        <w:rPr>
          <w:rtl/>
        </w:rPr>
        <w:t>ד. למשל, תלמידים שאין להם מחשב בבית.</w:t>
      </w:r>
    </w:p>
    <w:p>
      <w:pPr>
        <w:bidi/>
        <w:spacing w:before="0" w:after="100"/>
        <w:jc w:val="both"/>
      </w:pPr>
      <w:r>
        <w:rPr>
          <w:rtl/>
        </w:rPr>
        <w:t>ה. יש שיאמרו שאין מספיק עובדים.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בחרו את ההפרכה המתאימה לטענת הנגד «אין מספיק עובדים בספרייה».</w:t>
      </w:r>
    </w:p>
    <w:p>
      <w:pPr>
        <w:bidi/>
        <w:spacing w:before="0" w:after="20"/>
        <w:jc w:val="both"/>
      </w:pPr>
      <w:r>
        <w:rPr>
          <w:rtl/>
        </w:rPr>
        <w:t>א. ההפרכה:</w:t>
      </w:r>
    </w:p>
    <w:p>
      <w:pPr>
        <w:bidi/>
        <w:spacing w:before="0" w:after="80"/>
        <w:jc w:val="both"/>
      </w:pPr>
      <w:r>
        <w:rPr>
          <w:rtl/>
        </w:rPr>
        <w:t xml:space="preserve">   ○ הספרייה יפה מאוד.      ○ תלמידי השכבה יכולים להתנדב ולעזור בתורות.      ○ אני אוהבת לקרוא ספרים.      ○ יש הרבה ספרים חדשים.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לכל נימוק כתבו דוגמה 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נימוק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ספורט מחזק את החברות בכיתה.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טלפון בשיעור מסיח את הדעת.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מצאו (או המציאו) פרסומת למוצר. כתבו שני אמצעי שכנוע שיש בה, וקבעו לגבי כל אחד אם הוא נימוק עובדתי או פנייה לרגש.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המשפטים: טענה או נימוק?</w:t>
      </w:r>
    </w:p>
    <w:p>
      <w:pPr>
        <w:bidi/>
        <w:spacing w:before="0" w:after="80"/>
        <w:jc w:val="both"/>
      </w:pPr>
      <w:r>
        <w:rPr>
          <w:color w:val="14532D"/>
          <w:sz w:val="24"/>
          <w:szCs w:val="24"/>
          <w:rtl/>
        </w:rPr>
        <w:t>המילים: צריך להוסיף ספסלים בחצר.  |  כי תלמידים רבים יושבים על הרצפה.  |  יש לפתוח חוג שחמט.  |  מאחר ששחמט מפתח חשיבה.  |  כדאי לשתול עצים ליד המגרש.  |  משום שאין שם צל בקיץ.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טענה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נימוק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התאימו לכל סוג הוכחה דוגמה.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נתון מסקר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«80% מן התלמידים הצביעו בעד.»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דברי מומחה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«במחקר נמצא שתנועה משפרת את הזיכרון.»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מחקר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«בשנה שעברה ניסיתי זאת בעצמי.»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ניסיון אישי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«לדברי רופאת הילדים, שינה חיונית לגדילה.»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השלימו מילת קישור מתאימה.</w:t>
      </w:r>
    </w:p>
    <w:p>
      <w:pPr>
        <w:bidi/>
        <w:spacing w:before="0" w:after="80"/>
        <w:jc w:val="both"/>
      </w:pPr>
      <w:r>
        <w:rPr>
          <w:color w:val="14532D"/>
          <w:sz w:val="24"/>
          <w:szCs w:val="24"/>
          <w:rtl/>
        </w:rPr>
        <w:t>מחסן מילים: כי  |  לכן  |  אומנם  |  למשל</w:t>
      </w:r>
    </w:p>
    <w:p>
      <w:pPr>
        <w:bidi/>
        <w:spacing w:before="0" w:after="60"/>
        <w:jc w:val="both"/>
      </w:pPr>
      <w:r>
        <w:rPr>
          <w:rtl/>
        </w:rPr>
        <w:t>א. יש להאריך את שעות הספרייה, __________ תלמידים רבים לומדים בה.</w:t>
      </w:r>
    </w:p>
    <w:p>
      <w:pPr>
        <w:bidi/>
        <w:spacing w:before="0" w:after="60"/>
        <w:jc w:val="both"/>
      </w:pPr>
      <w:r>
        <w:rPr>
          <w:rtl/>
        </w:rPr>
        <w:t>ב. __________ ההארכה תעלה כסף, אך היא תועיל לרבים.</w:t>
      </w:r>
    </w:p>
    <w:p>
      <w:pPr>
        <w:bidi/>
        <w:spacing w:before="0" w:after="60"/>
        <w:jc w:val="both"/>
      </w:pPr>
      <w:r>
        <w:rPr>
          <w:rtl/>
        </w:rPr>
        <w:t>ג. __________, תלמידים שאין להם שקט בבית.</w:t>
      </w:r>
    </w:p>
    <w:p>
      <w:pPr>
        <w:bidi/>
        <w:spacing w:before="0" w:after="60"/>
        <w:jc w:val="both"/>
      </w:pPr>
      <w:r>
        <w:rPr>
          <w:rtl/>
        </w:rPr>
        <w:t>ד. __________ אנחנו מבקשים להאריך את שעות הפתיחה.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נימוק עונה על השאלה «למה?».      נכון / לא נכון</w:t>
      </w:r>
    </w:p>
    <w:p>
      <w:pPr>
        <w:bidi/>
        <w:spacing w:before="0" w:after="60"/>
        <w:jc w:val="both"/>
      </w:pPr>
      <w:r>
        <w:rPr>
          <w:rtl/>
        </w:rPr>
        <w:t>ב. «הכי טעים בעולם!» הוא הוכחה.      נכון / לא נכון</w:t>
      </w:r>
    </w:p>
    <w:p>
      <w:pPr>
        <w:bidi/>
        <w:spacing w:before="0" w:after="60"/>
        <w:jc w:val="both"/>
      </w:pPr>
      <w:r>
        <w:rPr>
          <w:rtl/>
        </w:rPr>
        <w:t>ג. בתגובית אפשר להציג טענה ונימוק בקצרה.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הפרכה לכל טענת נגד.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טענת נגד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הפרכה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חוג נוסף יעייף את התלמידים.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גינה בבית הספר תתייבש בחופש.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לכל משפט פרסומת את אמצעי השכנוע: נתון, מומחה, רגש, הגזמה או לחץ חברתי.</w:t>
      </w:r>
    </w:p>
    <w:p>
      <w:pPr>
        <w:bidi/>
        <w:spacing w:before="0" w:after="100"/>
        <w:jc w:val="both"/>
      </w:pPr>
      <w:r>
        <w:rPr>
          <w:rtl/>
        </w:rPr>
        <w:t>א. «רופאי שיניים ממליצים על המברשת שלנו.»</w:t>
      </w:r>
    </w:p>
    <w:p>
      <w:pPr>
        <w:bidi/>
        <w:spacing w:before="0" w:after="100"/>
        <w:jc w:val="both"/>
      </w:pPr>
      <w:r>
        <w:rPr>
          <w:rtl/>
        </w:rPr>
        <w:t>ב. «כל הכיתה כבר שם – בואו גם אתם!»</w:t>
      </w:r>
    </w:p>
    <w:p>
      <w:pPr>
        <w:bidi/>
        <w:spacing w:before="0" w:after="100"/>
        <w:jc w:val="both"/>
      </w:pPr>
      <w:r>
        <w:rPr>
          <w:rtl/>
        </w:rPr>
        <w:t>ג. «חוסך 30% מן החשמל.»</w:t>
      </w:r>
    </w:p>
    <w:p>
      <w:pPr>
        <w:bidi/>
        <w:spacing w:before="0" w:after="100"/>
        <w:jc w:val="both"/>
      </w:pPr>
      <w:r>
        <w:rPr>
          <w:rtl/>
        </w:rPr>
        <w:t>ד. «המשקה הכי מרענן ביקום!»</w:t>
      </w:r>
    </w:p>
    <w:p>
      <w:pPr>
        <w:bidi/>
        <w:spacing w:before="0" w:after="100"/>
        <w:jc w:val="both"/>
      </w:pPr>
      <w:r>
        <w:rPr>
          <w:rtl/>
        </w:rPr>
        <w:t>ה. «תנו לילדים שלכם את מה שמגיע להם.»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איזה משפט הוא טענת נגד?</w:t>
      </w:r>
    </w:p>
    <w:p>
      <w:pPr>
        <w:bidi/>
        <w:spacing w:before="0" w:after="20"/>
        <w:jc w:val="both"/>
      </w:pPr>
      <w:r>
        <w:rPr>
          <w:rtl/>
        </w:rPr>
        <w:t>א. בחרו:</w:t>
      </w:r>
    </w:p>
    <w:p>
      <w:pPr>
        <w:bidi/>
        <w:spacing w:before="0" w:after="80"/>
        <w:jc w:val="both"/>
      </w:pPr>
      <w:r>
        <w:rPr>
          <w:rtl/>
        </w:rPr>
        <w:t xml:space="preserve">   ○ לכן צריך להוסיף הפסקה.      ○ יש הטוענים שהפסקה נוספת תאריך את היום.      ○ ראשית, ההפסקה מרעננת.      ○ לפי סקר, רוב התלמידים בעד.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את רכיב הטיעון החסר.</w:t>
      </w:r>
    </w:p>
    <w:p>
      <w:pPr>
        <w:bidi/>
        <w:spacing w:before="0" w:after="60"/>
        <w:jc w:val="both"/>
      </w:pPr>
      <w:r>
        <w:rPr>
          <w:rtl/>
        </w:rPr>
        <w:t>א. טענה: יש לפתוח מזנון בריא. נימוק: __________.</w:t>
      </w:r>
    </w:p>
    <w:p>
      <w:pPr>
        <w:bidi/>
        <w:spacing w:before="0" w:after="60"/>
        <w:jc w:val="both"/>
      </w:pPr>
      <w:r>
        <w:rPr>
          <w:rtl/>
        </w:rPr>
        <w:t>ב. נימוק: אוטובוס הבוקר צפוף מאוד. טענה: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פסקת טיעון (4–5 משפטים) בעד או נגד הצעה להוסיף שיעור ספורט שני בשבוע. כללו טענה, נימוק, הוכחה או דוגמה, טענת נגד והפרכה.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פרק 7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4532D"/>
          <w:sz w:val="44"/>
          <w:szCs w:val="44"/>
          <w:rtl/>
        </w:rPr>
        <w:t>פרק 7: כתיבה: עמדה מנומקת, מיזוג מקורות ומכתב רשמי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8_t07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מבנה מאמר עמדה (כ־250 מילים)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כותבים?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פתיחה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הנושא והעמדה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פסקה לכל נימוק: הסבר ודוגמה או הוכחה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טענת נגד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הצד השני והפרכה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העמדה במילים אחרות וקריאה לפעולה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כתיבה ממזגת</w:t>
      </w:r>
    </w:p>
    <w:p>
      <w:pPr>
        <w:bidi/>
        <w:spacing w:before="0" w:after="20"/>
        <w:jc w:val="both"/>
      </w:pPr>
      <w:r>
        <w:rPr>
          <w:rtl/>
        </w:rPr>
        <w:t>1. מוצאים מה משותף ומה שונה בשני המקורות (בטבלה).</w:t>
      </w:r>
    </w:p>
    <w:p>
      <w:pPr>
        <w:bidi/>
        <w:spacing w:before="0" w:after="20"/>
        <w:jc w:val="both"/>
      </w:pPr>
      <w:r>
        <w:rPr>
          <w:rtl/>
        </w:rPr>
        <w:t>2. מארגנים לפי נושאים, לא לפי מקורות.</w:t>
      </w:r>
    </w:p>
    <w:p>
      <w:pPr>
        <w:bidi/>
        <w:spacing w:before="0" w:after="20"/>
        <w:jc w:val="both"/>
      </w:pPr>
      <w:r>
        <w:rPr>
          <w:rtl/>
        </w:rPr>
        <w:t>3. כותבים במילים שלנו, עם מילה כוללת.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14532D"/>
          <w:sz w:val="28"/>
          <w:szCs w:val="28"/>
          <w:rtl/>
        </w:rPr>
        <w:t>◆ מכתב רשמי</w:t>
      </w:r>
    </w:p>
    <w:p>
      <w:pPr>
        <w:bidi/>
        <w:spacing w:before="0" w:after="40"/>
        <w:jc w:val="both"/>
      </w:pPr>
      <w:r>
        <w:rPr>
          <w:rtl/>
        </w:rPr>
        <w:t>הסדר הקבוע:</w:t>
      </w:r>
    </w:p>
    <w:p>
      <w:pPr>
        <w:bidi/>
        <w:spacing w:before="0" w:after="20"/>
        <w:jc w:val="both"/>
      </w:pPr>
      <w:r>
        <w:rPr>
          <w:rtl/>
        </w:rPr>
        <w:t>1. מקום ותאריך</w:t>
      </w:r>
    </w:p>
    <w:p>
      <w:pPr>
        <w:bidi/>
        <w:spacing w:before="0" w:after="20"/>
        <w:jc w:val="both"/>
      </w:pPr>
      <w:r>
        <w:rPr>
          <w:rtl/>
        </w:rPr>
        <w:t>2. «לכבוד» ושם הנמען ותפקידו</w:t>
      </w:r>
    </w:p>
    <w:p>
      <w:pPr>
        <w:bidi/>
        <w:spacing w:before="0" w:after="20"/>
        <w:jc w:val="both"/>
      </w:pPr>
      <w:r>
        <w:rPr>
          <w:rtl/>
        </w:rPr>
        <w:t>3. «הנדון» – הנושא בקצרה</w:t>
      </w:r>
    </w:p>
    <w:p>
      <w:pPr>
        <w:bidi/>
        <w:spacing w:before="0" w:after="20"/>
        <w:jc w:val="both"/>
      </w:pPr>
      <w:r>
        <w:rPr>
          <w:rtl/>
        </w:rPr>
        <w:t>4. פנייה, גוף המכתב ובקשה</w:t>
      </w:r>
    </w:p>
    <w:p>
      <w:pPr>
        <w:bidi/>
        <w:spacing w:before="0" w:after="20"/>
        <w:jc w:val="both"/>
      </w:pPr>
      <w:r>
        <w:rPr>
          <w:rtl/>
        </w:rPr>
        <w:t>5. «בברכה» וחתימה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תכננו מאמר עמדה בנושא «האם להנהיג תלבושת אחידה בחטיבה?».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תכתבו?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עמדה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נימוק 1 + דוגמה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נימוק 2 + דוגמה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טענת נגד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הפרכה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רכיבי המכתב הרשמי.</w:t>
      </w:r>
    </w:p>
    <w:p>
      <w:pPr>
        <w:bidi/>
        <w:spacing w:before="0" w:after="60"/>
        <w:jc w:val="both"/>
      </w:pPr>
      <w:r>
        <w:rPr>
          <w:rtl/>
        </w:rPr>
        <w:t>א. __________ מנהלת בית הספר</w:t>
      </w:r>
    </w:p>
    <w:p>
      <w:pPr>
        <w:bidi/>
        <w:spacing w:before="0" w:after="60"/>
        <w:jc w:val="both"/>
      </w:pPr>
      <w:r>
        <w:rPr>
          <w:rtl/>
        </w:rPr>
        <w:t>ב. __________: בקשה להוספת חוג רובוטיקה</w:t>
      </w:r>
    </w:p>
    <w:p>
      <w:pPr>
        <w:bidi/>
        <w:spacing w:before="0" w:after="60"/>
        <w:jc w:val="both"/>
      </w:pPr>
      <w:r>
        <w:rPr>
          <w:rtl/>
        </w:rPr>
        <w:t>ג. __________ רב,</w:t>
      </w:r>
    </w:p>
    <w:p>
      <w:pPr>
        <w:bidi/>
        <w:spacing w:before="0" w:after="60"/>
        <w:jc w:val="both"/>
      </w:pPr>
      <w:r>
        <w:rPr>
          <w:rtl/>
        </w:rPr>
        <w:t>ד. __________, ועד כיתה ח' 1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איזה משפט מתאים לפתיחה של מאמר עמדה?</w:t>
      </w:r>
    </w:p>
    <w:p>
      <w:pPr>
        <w:bidi/>
        <w:spacing w:before="0" w:after="20"/>
        <w:jc w:val="both"/>
      </w:pPr>
      <w:r>
        <w:rPr>
          <w:rtl/>
        </w:rPr>
        <w:t>א. בחרו:</w:t>
      </w:r>
    </w:p>
    <w:p>
      <w:pPr>
        <w:bidi/>
        <w:spacing w:before="0" w:after="80"/>
        <w:jc w:val="both"/>
      </w:pPr>
      <w:r>
        <w:rPr>
          <w:rtl/>
        </w:rPr>
        <w:t xml:space="preserve">   ○ בבוקר קמתי מאוחר.      ○ רבים מתווכחים אם להנהיג תלבושת אחידה בחטיבה. לדעתי, יש בה יותר יתרונות מחסרונות.      ○ לסיכום, זה מה שאני חושב.      ○ היה יום יפה.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מאמר עמדה (כ־250 מילים) בנושא «האם להנהיג תלבושת אחידה בחטיבה?». השתמשו בתכנון שבטבלה, ואחר כך שכתבו פסקה אחת אחרי שחבר קרא אותה.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המשפטים לפי החלק במאמר.</w:t>
      </w:r>
    </w:p>
    <w:p>
      <w:pPr>
        <w:bidi/>
        <w:spacing w:before="0" w:after="80"/>
        <w:jc w:val="both"/>
      </w:pPr>
      <w:r>
        <w:rPr>
          <w:color w:val="14532D"/>
          <w:sz w:val="24"/>
          <w:szCs w:val="24"/>
          <w:rtl/>
        </w:rPr>
        <w:t>המילים: רבים מתווכחים אם לאסור טלפונים. לדעתי, אין לאסור.  |  ראשית, הטלפון עוזר בלמידה.  |  יש הטוענים שהטלפון מסיח את הדעת.  |  לכן מוטב לקבוע כללים במקום לאסור.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פתיחה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התאימו מילת קישור ליחס הלוגי.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נוסף על כך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הוספה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משום ש־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לפיכך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תוצאה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לעומת זאת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ויתור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אומנם... אך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ניגוד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שורת «הנדון» מופיעה בסוף המכתב.      נכון / לא נכון</w:t>
      </w:r>
    </w:p>
    <w:p>
      <w:pPr>
        <w:bidi/>
        <w:spacing w:before="0" w:after="60"/>
        <w:jc w:val="both"/>
      </w:pPr>
      <w:r>
        <w:rPr>
          <w:rtl/>
        </w:rPr>
        <w:t>ב. במכתב רשמי כותבים בלשון מנומסת ועניינית.      נכון / לא נכון</w:t>
      </w:r>
    </w:p>
    <w:p>
      <w:pPr>
        <w:bidi/>
        <w:spacing w:before="0" w:after="60"/>
        <w:jc w:val="both"/>
      </w:pPr>
      <w:r>
        <w:rPr>
          <w:rtl/>
        </w:rPr>
        <w:t>ג. בטיוטה הראשונה אסור לעשות שינויים.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לפני מיזוג: השוו בין שני מקורות על תחבורה ציבורית.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מקור א: «האוטובוס חוסך זמן בנתיב תחבורה ציבורית»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מקור ב: «האוטובוס זול מנסיעה במכונית, אך יש בו עומס בשעות הבוקר»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יתרון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חיסרון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את המשפט הממזג על פי הטבלה.</w:t>
      </w:r>
    </w:p>
    <w:p>
      <w:pPr>
        <w:bidi/>
        <w:spacing w:before="0" w:after="60"/>
        <w:jc w:val="both"/>
      </w:pPr>
      <w:r>
        <w:rPr>
          <w:rtl/>
        </w:rPr>
        <w:t>א. שני המקורות מציגים יתרונות של האוטובוס: הוא חוסך __________ וזול מנסיעה במכונית; עם זאת, יש בו עומס בבוקר.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לכל שורה במכתב את שם הרכיב.</w:t>
      </w:r>
    </w:p>
    <w:p>
      <w:pPr>
        <w:bidi/>
        <w:spacing w:before="0" w:after="100"/>
        <w:jc w:val="both"/>
      </w:pPr>
      <w:r>
        <w:rPr>
          <w:rtl/>
        </w:rPr>
        <w:t>א. רחובות, י״ב בחשוון</w:t>
      </w:r>
    </w:p>
    <w:p>
      <w:pPr>
        <w:bidi/>
        <w:spacing w:before="0" w:after="100"/>
        <w:jc w:val="both"/>
      </w:pPr>
      <w:r>
        <w:rPr>
          <w:rtl/>
        </w:rPr>
        <w:t>ב. לכבוד מנהל מחלקת החינוך</w:t>
      </w:r>
    </w:p>
    <w:p>
      <w:pPr>
        <w:bidi/>
        <w:spacing w:before="0" w:after="100"/>
        <w:jc w:val="both"/>
      </w:pPr>
      <w:r>
        <w:rPr>
          <w:rtl/>
        </w:rPr>
        <w:t>ג. הנדון: הוספת מעבר חצייה ליד בית הספר</w:t>
      </w:r>
    </w:p>
    <w:p>
      <w:pPr>
        <w:bidi/>
        <w:spacing w:before="0" w:after="100"/>
        <w:jc w:val="both"/>
      </w:pPr>
      <w:r>
        <w:rPr>
          <w:rtl/>
        </w:rPr>
        <w:t>ד. שלום רב,</w:t>
      </w:r>
    </w:p>
    <w:p>
      <w:pPr>
        <w:bidi/>
        <w:spacing w:before="0" w:after="100"/>
        <w:jc w:val="both"/>
      </w:pPr>
      <w:r>
        <w:rPr>
          <w:rtl/>
        </w:rPr>
        <w:t>ה. בברכה, ועד ההורים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איזה משפט מתאים לגוף של מכתב רשמי?</w:t>
      </w:r>
    </w:p>
    <w:p>
      <w:pPr>
        <w:bidi/>
        <w:spacing w:before="0" w:after="20"/>
        <w:jc w:val="both"/>
      </w:pPr>
      <w:r>
        <w:rPr>
          <w:rtl/>
        </w:rPr>
        <w:t>א. בחרו:</w:t>
      </w:r>
    </w:p>
    <w:p>
      <w:pPr>
        <w:bidi/>
        <w:spacing w:before="0" w:after="80"/>
        <w:jc w:val="both"/>
      </w:pPr>
      <w:r>
        <w:rPr>
          <w:rtl/>
        </w:rPr>
        <w:t xml:space="preserve">   ○ אתם חייבים לתקן את זה עכשיו!!!      ○ אנו פונים אליכם בבקשה להוסיף מעבר חצייה, משום שתלמידים רבים חוצים כביש סואן.      ○ מה קורה איתכם?      ○ אני לא אוהב את הכביש.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שורת נושא מתאימה לדוא״ל רשמי.</w:t>
      </w:r>
    </w:p>
    <w:p>
      <w:pPr>
        <w:bidi/>
        <w:spacing w:before="0" w:after="60"/>
        <w:jc w:val="both"/>
      </w:pPr>
      <w:r>
        <w:rPr>
          <w:rtl/>
        </w:rPr>
        <w:t>א. דוא״ל לספרנית שבו מבקשים להאריך השאלה של ספר. נושא: __________</w:t>
      </w:r>
    </w:p>
    <w:p>
      <w:pPr>
        <w:bidi/>
        <w:spacing w:before="0" w:after="60"/>
        <w:jc w:val="both"/>
      </w:pPr>
      <w:r>
        <w:rPr>
          <w:rtl/>
        </w:rPr>
        <w:t>ב. דוא״ל למזכירות שבו מבקשים אישור יציאה מוקדמת. נושא: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דוא״ל רשמי קצר (5–6 שורות) לרכזת השכבה, ובו הצעה לפעילות שכבתית. כללו שורת נושא, פנייה, מטרה, שני נימוקים וסיום.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14532D"/>
          <w:sz w:val="44"/>
          <w:szCs w:val="44"/>
          <w:rtl/>
        </w:rPr>
        <w:t>חזרה – מה למדנו?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שורש ובניין: 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השתמשנו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יסודרו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נפגשו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הלבשתי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המירו לסביל. כתבו רק את הפועל.</w:t>
      </w:r>
    </w:p>
    <w:p>
      <w:pPr>
        <w:bidi/>
        <w:spacing w:before="0" w:after="60"/>
        <w:jc w:val="both"/>
      </w:pPr>
      <w:r>
        <w:rPr>
          <w:rtl/>
        </w:rPr>
        <w:t>א. השוטר עצר את הנהג. – הנהג __________ על ידי השוטר.</w:t>
      </w:r>
    </w:p>
    <w:p>
      <w:pPr>
        <w:bidi/>
        <w:spacing w:before="0" w:after="60"/>
        <w:jc w:val="both"/>
      </w:pPr>
      <w:r>
        <w:rPr>
          <w:rtl/>
        </w:rPr>
        <w:t>ב. הוועדה תבחר את הנציגים. – הנציגים __________ על ידי הוועדה.</w:t>
      </w:r>
    </w:p>
    <w:p>
      <w:pPr>
        <w:bidi/>
        <w:spacing w:before="0" w:after="60"/>
        <w:jc w:val="both"/>
      </w:pPr>
      <w:r>
        <w:rPr>
          <w:rtl/>
        </w:rPr>
        <w:t>ג. הגננת קישטה את הגן. – הגן __________ על ידי הגננת.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בחרו את הנשוא המתאים.</w:t>
      </w:r>
    </w:p>
    <w:p>
      <w:pPr>
        <w:bidi/>
        <w:spacing w:before="0" w:after="20"/>
        <w:jc w:val="both"/>
      </w:pPr>
      <w:r>
        <w:rPr>
          <w:rtl/>
        </w:rPr>
        <w:t>א. בסוף השבוע ___ הפסטיבל.</w:t>
      </w:r>
    </w:p>
    <w:p>
      <w:pPr>
        <w:bidi/>
        <w:spacing w:before="0" w:after="80"/>
        <w:jc w:val="both"/>
      </w:pPr>
      <w:r>
        <w:rPr>
          <w:rtl/>
        </w:rPr>
        <w:t xml:space="preserve">   ○ התחיל      ○ התחילו      ○ התחילה</w:t>
      </w:r>
    </w:p>
    <w:p>
      <w:pPr>
        <w:bidi/>
        <w:spacing w:before="0" w:after="20"/>
        <w:jc w:val="both"/>
      </w:pPr>
      <w:r>
        <w:rPr>
          <w:rtl/>
        </w:rPr>
        <w:t>ב. ועדת הקישוט ___ לעבוד.</w:t>
      </w:r>
    </w:p>
    <w:p>
      <w:pPr>
        <w:bidi/>
        <w:spacing w:before="0" w:after="80"/>
        <w:jc w:val="both"/>
      </w:pPr>
      <w:r>
        <w:rPr>
          <w:rtl/>
        </w:rPr>
        <w:t xml:space="preserve">   ○ סיים      ○ סיימו      ○ סיימה</w:t>
      </w:r>
    </w:p>
    <w:p>
      <w:pPr>
        <w:bidi/>
        <w:spacing w:before="0" w:after="20"/>
        <w:jc w:val="both"/>
      </w:pPr>
      <w:r>
        <w:rPr>
          <w:rtl/>
        </w:rPr>
        <w:t>ג. בכניסה ___ שלושה שלטים חדשים.</w:t>
      </w:r>
    </w:p>
    <w:p>
      <w:pPr>
        <w:bidi/>
        <w:spacing w:before="0" w:after="80"/>
        <w:jc w:val="both"/>
      </w:pPr>
      <w:r>
        <w:rPr>
          <w:rtl/>
        </w:rPr>
        <w:t xml:space="preserve">   ○ נתלה      ○ נתלו      ○ נתלתה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את המספר הסודר במילים.</w:t>
      </w:r>
    </w:p>
    <w:p>
      <w:pPr>
        <w:bidi/>
        <w:spacing w:before="0" w:after="60"/>
        <w:jc w:val="both"/>
      </w:pPr>
      <w:r>
        <w:rPr>
          <w:rtl/>
        </w:rPr>
        <w:t>א. השיר __________ באלבום (4)</w:t>
      </w:r>
    </w:p>
    <w:p>
      <w:pPr>
        <w:bidi/>
        <w:spacing w:before="0" w:after="60"/>
        <w:jc w:val="both"/>
      </w:pPr>
      <w:r>
        <w:rPr>
          <w:rtl/>
        </w:rPr>
        <w:t>ב. הנסיעה __________ שלי לחו״ל (2)</w:t>
      </w:r>
    </w:p>
    <w:p>
      <w:pPr>
        <w:bidi/>
        <w:spacing w:before="0" w:after="60"/>
        <w:jc w:val="both"/>
      </w:pPr>
      <w:r>
        <w:rPr>
          <w:rtl/>
        </w:rPr>
        <w:t>ג. הקומה __________ (11)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הכללה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הסבר מדוע טענת הנגד חלשה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הבחנה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המילה הכוללת בהגדרה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היכללות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יחס בין מילה כוללת לפרטים שבה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מובאה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דברי מישהו אחר במירכאות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הפרכה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התכונה שמבדילה את המושג מאחרים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ליד כל משפט כתבו את רכיב הטיעון: טענה, נימוק, הוכחה, דוגמה, טענת נגד או הפרכה.</w:t>
      </w:r>
    </w:p>
    <w:p>
      <w:pPr>
        <w:bidi/>
        <w:spacing w:before="0" w:after="100"/>
        <w:jc w:val="both"/>
      </w:pPr>
      <w:r>
        <w:rPr>
          <w:rtl/>
        </w:rPr>
        <w:t>א. צריך להוסיף פחי מחזור בכל כיתה.</w:t>
      </w:r>
    </w:p>
    <w:p>
      <w:pPr>
        <w:bidi/>
        <w:spacing w:before="0" w:after="100"/>
        <w:jc w:val="both"/>
      </w:pPr>
      <w:r>
        <w:rPr>
          <w:rtl/>
        </w:rPr>
        <w:t>ב. כי כך נזרוק פחות פסולת לפח הרגיל.</w:t>
      </w:r>
    </w:p>
    <w:p>
      <w:pPr>
        <w:bidi/>
        <w:spacing w:before="0" w:after="100"/>
        <w:jc w:val="both"/>
      </w:pPr>
      <w:r>
        <w:rPr>
          <w:rtl/>
        </w:rPr>
        <w:t>ג. לפי בדיקה שערכנו, חצי מן הפסולת בכיתה היא נייר.</w:t>
      </w:r>
    </w:p>
    <w:p>
      <w:pPr>
        <w:bidi/>
        <w:spacing w:before="0" w:after="100"/>
        <w:jc w:val="both"/>
      </w:pPr>
      <w:r>
        <w:rPr>
          <w:rtl/>
        </w:rPr>
        <w:t>ד. יש הטוענים שהתלמידים לא ישתמשו בפחים.</w:t>
      </w:r>
    </w:p>
    <w:p>
      <w:pPr>
        <w:bidi/>
        <w:spacing w:before="0" w:after="100"/>
        <w:jc w:val="both"/>
      </w:pPr>
      <w:r>
        <w:rPr>
          <w:rtl/>
        </w:rPr>
        <w:t>ה. אך בכיתות שבהן הוצבו פחים, רוב התלמידים מקפידים למיין.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«נכנסו» הוא פועל סביל.      נכון / לא נכון</w:t>
      </w:r>
    </w:p>
    <w:p>
      <w:pPr>
        <w:bidi/>
        <w:spacing w:before="0" w:after="60"/>
        <w:jc w:val="both"/>
      </w:pPr>
      <w:r>
        <w:rPr>
          <w:rtl/>
        </w:rPr>
        <w:t>ב. במכתב רשמי שורת «הנדון» באה לפני הפנייה.      נכון / לא נכון</w:t>
      </w:r>
    </w:p>
    <w:p>
      <w:pPr>
        <w:bidi/>
        <w:spacing w:before="0" w:after="60"/>
        <w:jc w:val="both"/>
      </w:pPr>
      <w:r>
        <w:rPr>
          <w:rtl/>
        </w:rPr>
        <w:t>ג. «השורה העשירית» – הסודר מתאים לשם העצם.      נכון / לא נכון</w:t>
      </w:r>
    </w:p>
    <w:p>
      <w:pPr>
        <w:bidi/>
        <w:spacing w:before="0" w:after="60"/>
        <w:jc w:val="both"/>
      </w:pPr>
      <w:r>
        <w:rPr>
          <w:rtl/>
        </w:rPr>
        <w:t>ד. בכתיבה ממזגת מסכמים כל מקור בנפרד.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פסקת טיעון (5–6 משפטים) בנושא «האם כדאי לקיים יום בלי מסכים בבית הספר?». שלבו: טענה, נימוק עם דוגמה, טענת נגד והפרכה, משפט סביל אחד ומספר סודר אחד.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480" w:after="80"/>
        <w:jc w:val="center"/>
      </w:pPr>
      <w:r>
        <w:rPr>
          <w:rFonts w:ascii="David" w:hAnsi="David" w:cs="David"/>
          <w:b/>
          <w:bCs/>
          <w:color w:val="14532D"/>
          <w:sz w:val="60"/>
          <w:szCs w:val="60"/>
          <w:rtl/>
        </w:rPr>
        <w:t>כל הכבוד!</w:t>
      </w:r>
    </w:p>
    <w:p>
      <w:pPr>
        <w:bidi/>
        <w:spacing w:before="0" w:after="80"/>
        <w:jc w:val="center"/>
      </w:pPr>
      <w:r>
        <w:rPr>
          <w:sz w:val="32"/>
          <w:szCs w:val="32"/>
          <w:rtl/>
        </w:rPr>
        <w:t>סיימתי את חוברת העבודה בלשון ועברית לכיתה ח'.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44"/>
          <w:szCs w:val="44"/>
          <w:rtl/>
        </w:rPr>
        <w:t>תשובות לחוברת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פרק 1: מערכת הפועל בגזרת השלמים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הטו את הפועל באותו בניין.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 (הוא)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 (הוא)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 (הוא)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הפועל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פקד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פוקד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יפקוד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לפקוד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ביקר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מבקר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יבקר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לבקר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הרגיש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מרגיש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ירגיש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להרגיש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התקדם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מתקדם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יתקדם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להתקדם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הפועל בבניין התפעל. שימו לב לשיכול!</w:t>
      </w:r>
    </w:p>
    <w:p>
      <w:pPr>
        <w:bidi/>
        <w:spacing w:before="0" w:after="40"/>
        <w:jc w:val="both"/>
      </w:pPr>
      <w:r>
        <w:rPr>
          <w:rtl/>
        </w:rPr>
        <w:t>א. אתמול אני הסתדר עם הכלב בפארק. (טייל)</w:t>
      </w:r>
    </w:p>
    <w:p>
      <w:pPr>
        <w:bidi/>
        <w:spacing w:before="0" w:after="40"/>
        <w:jc w:val="both"/>
      </w:pPr>
      <w:r>
        <w:rPr>
          <w:rtl/>
        </w:rPr>
        <w:t>ב. (ש־מ־ש) הם השתמשו במילון כדי לבדוק את המילה.</w:t>
      </w:r>
    </w:p>
    <w:p>
      <w:pPr>
        <w:bidi/>
        <w:spacing w:before="0" w:after="40"/>
        <w:jc w:val="both"/>
      </w:pPr>
      <w:r>
        <w:rPr>
          <w:rtl/>
        </w:rPr>
        <w:t>ג. (צ־ל־מ) אתמול הצטלמה כל הכיתה לתמונה המחזורית.</w:t>
      </w:r>
    </w:p>
    <w:p>
      <w:pPr>
        <w:bidi/>
        <w:spacing w:before="0" w:after="40"/>
        <w:jc w:val="both"/>
      </w:pPr>
      <w:r>
        <w:rPr>
          <w:rtl/>
        </w:rPr>
        <w:t>ד. (ז־ק־נ) הסבא שלי הזדקן מאוד בשנים האחרונות.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בחרו את הצורה הנכונה.</w:t>
      </w:r>
    </w:p>
    <w:p>
      <w:pPr>
        <w:bidi/>
        <w:spacing w:before="0" w:after="20"/>
        <w:jc w:val="both"/>
      </w:pPr>
      <w:r>
        <w:rPr>
          <w:rtl/>
        </w:rPr>
        <w:t>א. מחר אנחנו ___ את הפרויקט.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נגמור</w:t>
      </w:r>
    </w:p>
    <w:p>
      <w:pPr>
        <w:bidi/>
        <w:spacing w:before="0" w:after="20"/>
        <w:jc w:val="both"/>
      </w:pPr>
      <w:r>
        <w:rPr>
          <w:rtl/>
        </w:rPr>
        <w:t>ב. הדלת ___ ברוח חזקה.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נסגרה</w:t>
      </w:r>
    </w:p>
    <w:p>
      <w:pPr>
        <w:bidi/>
        <w:spacing w:before="0" w:after="20"/>
        <w:jc w:val="both"/>
      </w:pPr>
      <w:r>
        <w:rPr>
          <w:rtl/>
        </w:rPr>
        <w:t>ג. השורש של «התכתבנו» הוא: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כ־ת־ב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בחרו שורש אחד מגזרת השלמים (למשל ל־מ־ד או ס־פ־ר) וכתבו ממנו שלושה פעלים בשלושה בניינים שונים, כל אחד במשפט.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למדתי למבחן (פעל); המורה לימדה אותנו שיר (פיעל); התלמדתי בנגרות אצל סבא (התפעל).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לפי הזמן.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סגרנו, כתבו, ביקרתי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סוגרת, כותבים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נסגור, תכתבי, אבקר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הפועל בעבר, בגוף המתאים.</w:t>
      </w:r>
    </w:p>
    <w:p>
      <w:pPr>
        <w:bidi/>
        <w:spacing w:before="0" w:after="40"/>
        <w:jc w:val="both"/>
      </w:pPr>
      <w:r>
        <w:rPr>
          <w:rtl/>
        </w:rPr>
        <w:t>א. אתמול אני טיילתי את הכלב לטיול. (הוציא? לא – לקח? לא – טייל עם)</w:t>
      </w:r>
    </w:p>
    <w:p>
      <w:pPr>
        <w:bidi/>
        <w:spacing w:before="0" w:after="40"/>
        <w:jc w:val="both"/>
      </w:pPr>
      <w:r>
        <w:rPr>
          <w:rtl/>
        </w:rPr>
        <w:t>ב. השבוע הן למדו שיר חדש. (למד)</w:t>
      </w:r>
    </w:p>
    <w:p>
      <w:pPr>
        <w:bidi/>
        <w:spacing w:before="0" w:after="40"/>
        <w:jc w:val="both"/>
      </w:pPr>
      <w:r>
        <w:rPr>
          <w:rtl/>
        </w:rPr>
        <w:t>ג. בבוקר אתם שכחתם את המחברות. (שכח)</w:t>
      </w:r>
    </w:p>
    <w:p>
      <w:pPr>
        <w:bidi/>
        <w:spacing w:before="0" w:after="40"/>
        <w:jc w:val="both"/>
      </w:pPr>
      <w:r>
        <w:rPr>
          <w:rtl/>
        </w:rPr>
        <w:t>ד. בחופש היא ציירה ציור גדול. (צייר)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התאימו כל פועל לבניין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נפגשנו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נפעל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מדברת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פיעל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הזמינו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התכתבו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התפעל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שבר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הפעיל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 את הנטייה בעתיד (בניין פיעל).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אסדר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תסדר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תסדר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נסדר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יסדרו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את השורש של כל פועל.</w:t>
      </w:r>
    </w:p>
    <w:p>
      <w:pPr>
        <w:bidi/>
        <w:spacing w:before="0" w:after="100"/>
        <w:jc w:val="both"/>
      </w:pPr>
      <w:r>
        <w:rPr>
          <w:rtl/>
        </w:rPr>
        <w:t>א. מתרגשים  ← ר־ג־ש</w:t>
      </w:r>
    </w:p>
    <w:p>
      <w:pPr>
        <w:bidi/>
        <w:spacing w:before="0" w:after="100"/>
        <w:jc w:val="both"/>
      </w:pPr>
      <w:r>
        <w:rPr>
          <w:rtl/>
        </w:rPr>
        <w:t>ב. הסתכלנו  ← ס־כ־ל</w:t>
      </w:r>
    </w:p>
    <w:p>
      <w:pPr>
        <w:bidi/>
        <w:spacing w:before="0" w:after="100"/>
        <w:jc w:val="both"/>
      </w:pPr>
      <w:r>
        <w:rPr>
          <w:rtl/>
        </w:rPr>
        <w:t>ג. יגדילו  ← ג־ד־ל</w:t>
      </w:r>
    </w:p>
    <w:p>
      <w:pPr>
        <w:bidi/>
        <w:spacing w:before="0" w:after="100"/>
        <w:jc w:val="both"/>
      </w:pPr>
      <w:r>
        <w:rPr>
          <w:rtl/>
        </w:rPr>
        <w:t>ד. נשמרו  ← ש־מ־ר</w:t>
      </w:r>
    </w:p>
    <w:p>
      <w:pPr>
        <w:bidi/>
        <w:spacing w:before="0" w:after="100"/>
        <w:jc w:val="both"/>
      </w:pPr>
      <w:r>
        <w:rPr>
          <w:rtl/>
        </w:rPr>
        <w:t>ה. מבשלת  ← ב־ש־ל</w:t>
      </w:r>
    </w:p>
    <w:p>
      <w:pPr>
        <w:bidi/>
        <w:spacing w:before="0" w:after="100"/>
        <w:jc w:val="both"/>
      </w:pPr>
      <w:r>
        <w:rPr>
          <w:rtl/>
        </w:rPr>
        <w:t>ו. השתלמו  ← ש־ל־מ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«הצטלם» הוא מן השורש צ־ל־מ. – נכון</w:t>
      </w:r>
    </w:p>
    <w:p>
      <w:pPr>
        <w:bidi/>
        <w:spacing w:before="0" w:after="40"/>
        <w:jc w:val="both"/>
      </w:pPr>
      <w:r>
        <w:rPr>
          <w:rtl/>
        </w:rPr>
        <w:t>ב. «מגדל» (הוא מגדל עגבניות) הוא בבניין הפעיל. – לא נכון – «מגדל» בבניין פיעל (גידל)</w:t>
      </w:r>
    </w:p>
    <w:p>
      <w:pPr>
        <w:bidi/>
        <w:spacing w:before="0" w:after="40"/>
        <w:jc w:val="both"/>
      </w:pPr>
      <w:r>
        <w:rPr>
          <w:rtl/>
        </w:rPr>
        <w:t>ג. בכל נטיות «כתב» נשמרות שלוש אותיות השורש.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צרו פועל בבניין התפעל מן השורש (עבר, הוא).</w:t>
      </w:r>
    </w:p>
    <w:p>
      <w:pPr>
        <w:bidi/>
        <w:spacing w:before="0" w:after="40"/>
        <w:jc w:val="both"/>
      </w:pPr>
      <w:r>
        <w:rPr>
          <w:rtl/>
        </w:rPr>
        <w:t>א. ש־ל־ב: השתלב</w:t>
      </w:r>
    </w:p>
    <w:p>
      <w:pPr>
        <w:bidi/>
        <w:spacing w:before="0" w:after="40"/>
        <w:jc w:val="both"/>
      </w:pPr>
      <w:r>
        <w:rPr>
          <w:rtl/>
        </w:rPr>
        <w:t>ב. ס־פ־ר: הסתפר</w:t>
      </w:r>
    </w:p>
    <w:p>
      <w:pPr>
        <w:bidi/>
        <w:spacing w:before="0" w:after="40"/>
        <w:jc w:val="both"/>
      </w:pPr>
      <w:r>
        <w:rPr>
          <w:rtl/>
        </w:rPr>
        <w:t>ג. צ־ר־פ: הצטרף</w:t>
      </w:r>
    </w:p>
    <w:p>
      <w:pPr>
        <w:bidi/>
        <w:spacing w:before="0" w:after="40"/>
        <w:jc w:val="both"/>
      </w:pPr>
      <w:r>
        <w:rPr>
          <w:rtl/>
        </w:rPr>
        <w:t>ד. ל־ב־ש: התלבש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מיינו: שורש של שלושה עיצורים או שורש מרובע?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שלושה עיצורים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ארבעה עיצורים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שמר, גידל, הדליק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תרגם, צלצל, שכנע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שלוש הוראות (ציווי) לחבר שמכין את הכיתה למסיבה, בשלושה בניינים שונים, וציינו את הבניין של כל פועל.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סדר את השולחנות (פיעל); הדלק את האורות (הפעיל); היכנס בשקט (נפעל).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פרק 2: פעיל וסביל: המרה ותפקיד בטקסט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המירו לסביל. כתבו רק את הפועל.</w:t>
      </w:r>
    </w:p>
    <w:p>
      <w:pPr>
        <w:bidi/>
        <w:spacing w:before="0" w:after="40"/>
        <w:jc w:val="both"/>
      </w:pPr>
      <w:r>
        <w:rPr>
          <w:rtl/>
        </w:rPr>
        <w:t>א. הטבח בישל ארוחה. – ארוחה בושלה על ידי הטבח.</w:t>
      </w:r>
    </w:p>
    <w:p>
      <w:pPr>
        <w:bidi/>
        <w:spacing w:before="0" w:after="40"/>
        <w:jc w:val="both"/>
      </w:pPr>
      <w:r>
        <w:rPr>
          <w:rtl/>
        </w:rPr>
        <w:t>ב. החברים הפתיעו את דנה. – דנה הופתעה על ידי החברים.</w:t>
      </w:r>
    </w:p>
    <w:p>
      <w:pPr>
        <w:bidi/>
        <w:spacing w:before="0" w:after="40"/>
        <w:jc w:val="both"/>
      </w:pPr>
      <w:r>
        <w:rPr>
          <w:rtl/>
        </w:rPr>
        <w:t>ג. הרוח שברה את הענף. – הענף נשבר ברוח.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מה תפקיד הסביל במשפט?</w:t>
      </w:r>
    </w:p>
    <w:p>
      <w:pPr>
        <w:bidi/>
        <w:spacing w:before="0" w:after="20"/>
        <w:jc w:val="both"/>
      </w:pPr>
      <w:r>
        <w:rPr>
          <w:rtl/>
        </w:rPr>
        <w:t>א. «החלון נופץ בלילה.»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לא ידוע מי עשה את הפעולה</w:t>
      </w:r>
    </w:p>
    <w:p>
      <w:pPr>
        <w:bidi/>
        <w:spacing w:before="0" w:after="20"/>
        <w:jc w:val="both"/>
      </w:pPr>
      <w:r>
        <w:rPr>
          <w:rtl/>
        </w:rPr>
        <w:t>ב. «הפרויקט הושלם בזמן.»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הדגשת התוצאה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המשפטים.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פעיל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סביל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השופטים בחרו את הזוכה.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הזוכה נבחר על ידי השופטים.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ההורים שלחו את המכתב.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המכתב נשלח על ידי ההורים.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הגננת סיפרה סיפור.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סיפור סופר על ידי הגננת.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ידיעה קצרה (3–4 משפטים) על אירוע בבית הספר. השתמשו בשני משפטים סבילים ובשני משפטים פעילים, וסמנו אותם.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בדקו: שני פעלים סבילים (למשל «נערך», «הוזמנו») ושני פעילים; התאם בין נושא לנשוא; כתיב תקין.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הפעלים: פעיל או סביל?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פעיל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סביל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שבר, סידר, הזמין, כתב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נשבר, סודר, הוזמן, נכתב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התאימו פועל פעיל לסביל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פרסם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תוקן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השליך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הושלך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גנב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נגנב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תיקן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הוגדל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הגדיל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פורסם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המירו לסביל בזמן עתיד.</w:t>
      </w:r>
    </w:p>
    <w:p>
      <w:pPr>
        <w:bidi/>
        <w:spacing w:before="0" w:after="40"/>
        <w:jc w:val="both"/>
      </w:pPr>
      <w:r>
        <w:rPr>
          <w:rtl/>
        </w:rPr>
        <w:t>א. העירייה תשפץ את הגן. – הגן ישופץ.</w:t>
      </w:r>
    </w:p>
    <w:p>
      <w:pPr>
        <w:bidi/>
        <w:spacing w:before="0" w:after="40"/>
        <w:jc w:val="both"/>
      </w:pPr>
      <w:r>
        <w:rPr>
          <w:rtl/>
        </w:rPr>
        <w:t>ב. המורים יבדקו את המבחנים. – המבחנים ייבדקו.</w:t>
      </w:r>
    </w:p>
    <w:p>
      <w:pPr>
        <w:bidi/>
        <w:spacing w:before="0" w:after="40"/>
        <w:jc w:val="both"/>
      </w:pPr>
      <w:r>
        <w:rPr>
          <w:rtl/>
        </w:rPr>
        <w:t>ג. ההנהלה תזמין את ההורים. – ההורים יוזמנו.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«שופץ» הוא הסביל של «שיפץ». – נכון</w:t>
      </w:r>
    </w:p>
    <w:p>
      <w:pPr>
        <w:bidi/>
        <w:spacing w:before="0" w:after="40"/>
        <w:jc w:val="both"/>
      </w:pPr>
      <w:r>
        <w:rPr>
          <w:rtl/>
        </w:rPr>
        <w:t>ב. בבניין הֻפעל יש משמעות פעילה. – לא נכון – הֻפעל הוא בניין סביל</w:t>
      </w:r>
    </w:p>
    <w:p>
      <w:pPr>
        <w:bidi/>
        <w:spacing w:before="0" w:after="40"/>
        <w:jc w:val="both"/>
      </w:pPr>
      <w:r>
        <w:rPr>
          <w:rtl/>
        </w:rPr>
        <w:t>ג. «הוא נבחר לנציג» – משפט סביל.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ליד כל משפט כתבו «פעיל» או «סביל».</w:t>
      </w:r>
    </w:p>
    <w:p>
      <w:pPr>
        <w:bidi/>
        <w:spacing w:before="0" w:after="100"/>
        <w:jc w:val="both"/>
      </w:pPr>
      <w:r>
        <w:rPr>
          <w:rtl/>
        </w:rPr>
        <w:t>א. הספרים נאספו לקרטונים.  ← סביל</w:t>
      </w:r>
    </w:p>
    <w:p>
      <w:pPr>
        <w:bidi/>
        <w:spacing w:before="0" w:after="100"/>
        <w:jc w:val="both"/>
      </w:pPr>
      <w:r>
        <w:rPr>
          <w:rtl/>
        </w:rPr>
        <w:t>ב. התלמידים אספו ספרים.  ← פעיל</w:t>
      </w:r>
    </w:p>
    <w:p>
      <w:pPr>
        <w:bidi/>
        <w:spacing w:before="0" w:after="100"/>
        <w:jc w:val="both"/>
      </w:pPr>
      <w:r>
        <w:rPr>
          <w:rtl/>
        </w:rPr>
        <w:t>ג. התרומה הועברה לבית החולים.  ← סביל</w:t>
      </w:r>
    </w:p>
    <w:p>
      <w:pPr>
        <w:bidi/>
        <w:spacing w:before="0" w:after="100"/>
        <w:jc w:val="both"/>
      </w:pPr>
      <w:r>
        <w:rPr>
          <w:rtl/>
        </w:rPr>
        <w:t>ד. ההורים העבירו את התרומה.  ← פעיל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המירו מסביל לפעיל. כתבו את הפועל.</w:t>
      </w:r>
    </w:p>
    <w:p>
      <w:pPr>
        <w:bidi/>
        <w:spacing w:before="0" w:after="40"/>
        <w:jc w:val="both"/>
      </w:pPr>
      <w:r>
        <w:rPr>
          <w:rtl/>
        </w:rPr>
        <w:t>א. השולחן נצבע על ידי אבא. – אבא צבע את השולחן.</w:t>
      </w:r>
    </w:p>
    <w:p>
      <w:pPr>
        <w:bidi/>
        <w:spacing w:before="0" w:after="40"/>
        <w:jc w:val="both"/>
      </w:pPr>
      <w:r>
        <w:rPr>
          <w:rtl/>
        </w:rPr>
        <w:t>ב. הכרטיסים הוזמנו על ידי סבתא. – סבתא הזמינה את הכרטיסים.</w:t>
      </w:r>
    </w:p>
    <w:p>
      <w:pPr>
        <w:bidi/>
        <w:spacing w:before="0" w:after="40"/>
        <w:jc w:val="both"/>
      </w:pPr>
      <w:r>
        <w:rPr>
          <w:rtl/>
        </w:rPr>
        <w:t>ג. הדלת תוקנה על ידי השרברב. – השרברב תיקן את הדלת.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את המשפט בפעיל ובסביל.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פעיל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סביל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הכלב נשך את הדוור.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הדוור ננשך על ידי הכלב.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השופטים העניקו את הפרס.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הפרס הוענק על ידי השופטים.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לפניכם כותרת: «חלונות נופצו בבית הספר». כתבו מחדש את הכותרת בפעיל, והסבירו מה הקורא יודע או אינו יודע בכל אחת מהן.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«נערים ניפצו חלונות בבית הספר». בכותרת הסבילה לא ידוע מי ניפץ, והדגש על הנזק; בכותרת הפעילה מצוין מי עשה, והאחריות ברורה.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הודעה רשמית קצרה ללוח המודעות של בית הספר (3 משפטים), ובה שני פעלים סבילים שמתאימים ללשון רשמית (למשל «התלמידים מתבקשים»).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התלמידים מתבקשים להגיע בשעה שמונה. הטיול יתקיים בכל מזג אוויר. ציוד אבוד יימסר במזכירות.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פרק 3: גרעין המשפט: נושא, נשוא והתאם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נושא ונשוא.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נשוא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ליד הים נבנו בתים חדשים.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בתים חדשים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נבנו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 בני המשפחה ישבו סביב השולחן.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כל בני המשפחה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ישבו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בערב חזרה אחותי מן הצבא.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אחותי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חזרה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איזה משפט תקין?</w:t>
      </w:r>
    </w:p>
    <w:p>
      <w:pPr>
        <w:bidi/>
        <w:spacing w:before="0" w:after="20"/>
        <w:jc w:val="both"/>
      </w:pPr>
      <w:r>
        <w:rPr>
          <w:rtl/>
        </w:rPr>
        <w:t>א. בחרו: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נשארו לנו עוד שתי שאלות.</w:t>
      </w:r>
    </w:p>
    <w:p>
      <w:pPr>
        <w:bidi/>
        <w:spacing w:before="0" w:after="20"/>
        <w:jc w:val="both"/>
      </w:pPr>
      <w:r>
        <w:rPr>
          <w:rtl/>
        </w:rPr>
        <w:t>ב. בחרו: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ועדת הטיול החליטה לצאת לצפון.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הפועל בעבר.</w:t>
      </w:r>
    </w:p>
    <w:p>
      <w:pPr>
        <w:bidi/>
        <w:spacing w:before="0" w:after="40"/>
        <w:jc w:val="both"/>
      </w:pPr>
      <w:r>
        <w:rPr>
          <w:rtl/>
        </w:rPr>
        <w:t>א. בבוקר פסק הגשם. (פסק)</w:t>
      </w:r>
    </w:p>
    <w:p>
      <w:pPr>
        <w:bidi/>
        <w:spacing w:before="0" w:after="40"/>
        <w:jc w:val="both"/>
      </w:pPr>
      <w:r>
        <w:rPr>
          <w:rtl/>
        </w:rPr>
        <w:t>ב. בעיתון התפרסמה כתבה על בית הספר. (התפרסם)</w:t>
      </w:r>
    </w:p>
    <w:p>
      <w:pPr>
        <w:bidi/>
        <w:spacing w:before="0" w:after="40"/>
        <w:jc w:val="both"/>
      </w:pPr>
      <w:r>
        <w:rPr>
          <w:rtl/>
        </w:rPr>
        <w:t>ג. הספרים והמחברת נשארו בתיק. (נשאר)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הודעה קצרה (3–4 משפטים) להורי הכיתה על אירוע קרוב. ודאו שבכל משפט יש התאם בין הנושא לנשוא.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בדקו: נושא ונשוא בכל משפט; התאם במין ובמספר; נשוא שבא לפני הנושא מותאם כראוי.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מצאו את הנשוא בכל משפט: מתחו קו מעליו, וכתבו מעל הקו «נשוא».</w:t>
      </w:r>
    </w:p>
    <w:p>
      <w:pPr>
        <w:bidi/>
        <w:spacing w:before="80" w:after="120"/>
        <w:jc w:val="both"/>
      </w:pPr>
      <w:r>
        <w:rPr>
          <w:rtl/>
        </w:rPr>
        <w:t xml:space="preserve">א. בחצר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   נשוא   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שיחקו</w:t>
            </w:r>
          </w:rubyBase>
        </w:ruby>
      </w:r>
      <w:r>
        <w:rPr>
          <w:rtl/>
        </w:rPr>
        <w:t xml:space="preserve"> ילדים.</w:t>
      </w:r>
    </w:p>
    <w:p>
      <w:pPr>
        <w:bidi/>
        <w:spacing w:before="80" w:after="120"/>
        <w:jc w:val="both"/>
      </w:pPr>
      <w:r>
        <w:rPr>
          <w:rtl/>
        </w:rPr>
        <w:t xml:space="preserve">ב. המורה שלנו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נסעה</w:t>
            </w:r>
          </w:rubyBase>
        </w:ruby>
      </w:r>
      <w:r>
        <w:rPr>
          <w:rtl/>
        </w:rPr>
        <w:t xml:space="preserve"> לכנס.</w:t>
      </w:r>
    </w:p>
    <w:p>
      <w:pPr>
        <w:bidi/>
        <w:spacing w:before="80" w:after="120"/>
        <w:jc w:val="both"/>
      </w:pPr>
      <w:r>
        <w:rPr>
          <w:rtl/>
        </w:rPr>
        <w:t xml:space="preserve">ג. מחר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   נשוא   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ייפתח</w:t>
            </w:r>
          </w:rubyBase>
        </w:ruby>
      </w:r>
      <w:r>
        <w:rPr>
          <w:rtl/>
        </w:rPr>
        <w:t xml:space="preserve"> הקיוסק.</w:t>
      </w:r>
    </w:p>
    <w:p>
      <w:pPr>
        <w:bidi/>
        <w:spacing w:before="80" w:after="120"/>
        <w:jc w:val="both"/>
      </w:pPr>
      <w:r>
        <w:rPr>
          <w:rtl/>
        </w:rPr>
        <w:t xml:space="preserve">ד. כולם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צחקו</w:t>
            </w:r>
          </w:rubyBase>
        </w:ruby>
      </w:r>
      <w:r>
        <w:rPr>
          <w:rtl/>
        </w:rPr>
        <w:t xml:space="preserve"> מן הבדיחה.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מצאו את גרעין הנושא: מתחו קו מעליו, וכתבו מעל הקו «נושא».</w:t>
      </w:r>
    </w:p>
    <w:p>
      <w:pPr>
        <w:bidi/>
        <w:spacing w:before="80" w:after="120"/>
        <w:jc w:val="both"/>
      </w:pPr>
      <w:r>
        <w:rPr>
          <w:rtl/>
        </w:rPr>
        <w:t xml:space="preserve">א.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 נושא 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בני</w:t>
            </w:r>
          </w:rubyBase>
        </w:ruby>
      </w:r>
      <w:r>
        <w:rPr>
          <w:rtl/>
        </w:rPr>
        <w:t xml:space="preserve"> הדודים שלי הגיעו מחיפה.</w:t>
      </w:r>
    </w:p>
    <w:p>
      <w:pPr>
        <w:bidi/>
        <w:spacing w:before="80" w:after="120"/>
        <w:jc w:val="both"/>
      </w:pPr>
      <w:r>
        <w:rPr>
          <w:rtl/>
        </w:rPr>
        <w:t xml:space="preserve">ב.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  נושא  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הכלב</w:t>
            </w:r>
          </w:rubyBase>
        </w:ruby>
      </w:r>
      <w:r>
        <w:rPr>
          <w:rtl/>
        </w:rPr>
        <w:t xml:space="preserve"> של השכנים נבח כל הלילה.</w:t>
      </w:r>
    </w:p>
    <w:p>
      <w:pPr>
        <w:bidi/>
        <w:spacing w:before="80" w:after="120"/>
        <w:jc w:val="both"/>
      </w:pPr>
      <w:r>
        <w:rPr>
          <w:rtl/>
        </w:rPr>
        <w:t xml:space="preserve">ג.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   נושא   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מנהלת</w:t>
            </w:r>
          </w:rubyBase>
        </w:ruby>
      </w:r>
      <w:r>
        <w:rPr>
          <w:rtl/>
        </w:rPr>
        <w:t xml:space="preserve"> בית הספר נאמה בטקס.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השלימו את הפועל בעבר בהתאם לנושא.</w:t>
      </w:r>
    </w:p>
    <w:p>
      <w:pPr>
        <w:bidi/>
        <w:spacing w:before="0" w:after="40"/>
        <w:jc w:val="both"/>
      </w:pPr>
      <w:r>
        <w:rPr>
          <w:rtl/>
        </w:rPr>
        <w:t>א. אתמול ירד גשם חזק. (ירד)</w:t>
      </w:r>
    </w:p>
    <w:p>
      <w:pPr>
        <w:bidi/>
        <w:spacing w:before="0" w:after="40"/>
        <w:jc w:val="both"/>
      </w:pPr>
      <w:r>
        <w:rPr>
          <w:rtl/>
        </w:rPr>
        <w:t>ב. בטקס נאמו שתי תלמידות. (נאם)</w:t>
      </w:r>
    </w:p>
    <w:p>
      <w:pPr>
        <w:bidi/>
        <w:spacing w:before="0" w:after="40"/>
        <w:jc w:val="both"/>
      </w:pPr>
      <w:r>
        <w:rPr>
          <w:rtl/>
        </w:rPr>
        <w:t>ג. ההחלטות של המועצה הוסברו לכולם. (הוסבר)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מיינו לפי התאם: תקין או לא תקין?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תקין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תקין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נגמרו החופשות., הגיעה החבילה., צוות השחקנים התאמן.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נגמר החופשות., הגיע החבילה., צוות השחקנים התאמנו.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«שירה ועמית יצאו» – הנשוא ברבים, בזכר. – נכון</w:t>
      </w:r>
    </w:p>
    <w:p>
      <w:pPr>
        <w:bidi/>
        <w:spacing w:before="0" w:after="40"/>
        <w:jc w:val="both"/>
      </w:pPr>
      <w:r>
        <w:rPr>
          <w:rtl/>
        </w:rPr>
        <w:t>ב. הנשוא תמיד בא אחרי הנושא. – לא נכון – הנשוא יכול לבוא גם לפני הנושא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התאימו לכל משפט שגוי את התיקון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נשאר רק שני כרטיסים.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חברי המועצה החליטו.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חברי המועצה החליטה.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אתה ודני תגיעו מחר.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אתה ודני תגיע מחר.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נשארו רק שני כרטיסים.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שנו את הנושא, והתאימו את הנשוא.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 חדש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חדש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הילד רץ לחצר.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הילדות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הילדות רצו לחצר.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השיעור נגמר.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ההפסקה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ההפסקה נגמרה.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התלמידה הצליחה במבחן.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 ואתה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אני ואתה הצלחנו במבחן.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נשוא בעבר שיתאים לנושא (כל פועל מתאים).</w:t>
      </w:r>
    </w:p>
    <w:p>
      <w:pPr>
        <w:bidi/>
        <w:spacing w:before="0" w:after="40"/>
        <w:jc w:val="both"/>
      </w:pPr>
      <w:r>
        <w:rPr>
          <w:rtl/>
        </w:rPr>
        <w:t>א. בערב נדלקו הכוכבים.</w:t>
      </w:r>
    </w:p>
    <w:p>
      <w:pPr>
        <w:bidi/>
        <w:spacing w:before="0" w:after="40"/>
        <w:jc w:val="both"/>
      </w:pPr>
      <w:r>
        <w:rPr>
          <w:rtl/>
        </w:rPr>
        <w:t>ב. ועדת הטיול החליטה על המסלול.</w:t>
      </w:r>
    </w:p>
    <w:p>
      <w:pPr>
        <w:bidi/>
        <w:spacing w:before="0" w:after="40"/>
        <w:jc w:val="both"/>
      </w:pPr>
      <w:r>
        <w:rPr>
          <w:rtl/>
        </w:rPr>
        <w:t>ג. אני וחברתי הלכנו יחד לבית הספר.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מצאו בעיתון או באתר חדשות שלושה משפטים שהנשוא בהם בא לפני הנושא. העתיקו אותם, וסמנו נושא ונשוא.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בדקו: שלושה משפטים; זיהוי נכון של הנושא והנשוא; התאם בין שניהם.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פרק 4: המספר הסודר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הסודר במילים.</w:t>
      </w:r>
    </w:p>
    <w:p>
      <w:pPr>
        <w:bidi/>
        <w:spacing w:before="0" w:after="40"/>
        <w:jc w:val="both"/>
      </w:pPr>
      <w:r>
        <w:rPr>
          <w:rtl/>
        </w:rPr>
        <w:t>א. הבית השלישי ברחוב (3)</w:t>
      </w:r>
    </w:p>
    <w:p>
      <w:pPr>
        <w:bidi/>
        <w:spacing w:before="0" w:after="40"/>
        <w:jc w:val="both"/>
      </w:pPr>
      <w:r>
        <w:rPr>
          <w:rtl/>
        </w:rPr>
        <w:t>ב. המשפט השני בפסקה (2)</w:t>
      </w:r>
    </w:p>
    <w:p>
      <w:pPr>
        <w:bidi/>
        <w:spacing w:before="0" w:after="40"/>
        <w:jc w:val="both"/>
      </w:pPr>
      <w:r>
        <w:rPr>
          <w:rtl/>
        </w:rPr>
        <w:t>ג. השורה התשיעית בשיר (9)</w:t>
      </w:r>
    </w:p>
    <w:p>
      <w:pPr>
        <w:bidi/>
        <w:spacing w:before="0" w:after="40"/>
        <w:jc w:val="both"/>
      </w:pPr>
      <w:r>
        <w:rPr>
          <w:rtl/>
        </w:rPr>
        <w:t>ד. הקומה השלוש עשרה (13)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בחרו את הצורה התקינה.</w:t>
      </w:r>
    </w:p>
    <w:p>
      <w:pPr>
        <w:bidi/>
        <w:spacing w:before="0" w:after="20"/>
        <w:jc w:val="both"/>
      </w:pPr>
      <w:r>
        <w:rPr>
          <w:rtl/>
        </w:rPr>
        <w:t>א. זה המכתב ___ שאני כותב.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העשירי</w:t>
      </w:r>
    </w:p>
    <w:p>
      <w:pPr>
        <w:bidi/>
        <w:spacing w:before="0" w:after="20"/>
        <w:jc w:val="both"/>
      </w:pPr>
      <w:r>
        <w:rPr>
          <w:rtl/>
        </w:rPr>
        <w:t>ב. היא ישבה בשורה ___.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השתים עשרה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 את הצירופים.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מונה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 שאלות, ארבעה ימים, עשרה עמודים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השאלה השלישית, היום הרביעי, העמוד העשירי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תארו את סדר היום שלכם ביום לימודים בעזרת המספרים הסודרים (השיעור הראשון, השני...).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בשיעור הראשון יש לנו מתמטיקה, בשיעור השני לשון, ובהפסקה השנייה אנחנו משחקים בחצר.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מספר לסודר בנקבה.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תשיעית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שביעית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3. 7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שלישית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4. 9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חמישית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שנייה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כתבו את הסודר בזכר.</w:t>
      </w:r>
    </w:p>
    <w:p>
      <w:pPr>
        <w:bidi/>
        <w:spacing w:before="0" w:after="40"/>
        <w:jc w:val="both"/>
      </w:pPr>
      <w:r>
        <w:rPr>
          <w:rtl/>
        </w:rPr>
        <w:t>א. היום הרביעי בשבוע (4)</w:t>
      </w:r>
    </w:p>
    <w:p>
      <w:pPr>
        <w:bidi/>
        <w:spacing w:before="0" w:after="40"/>
        <w:jc w:val="both"/>
      </w:pPr>
      <w:r>
        <w:rPr>
          <w:rtl/>
        </w:rPr>
        <w:t>ב. הבניין השישי ברחוב (6)</w:t>
      </w:r>
    </w:p>
    <w:p>
      <w:pPr>
        <w:bidi/>
        <w:spacing w:before="0" w:after="40"/>
        <w:jc w:val="both"/>
      </w:pPr>
      <w:r>
        <w:rPr>
          <w:rtl/>
        </w:rPr>
        <w:t>ג. החודש השמיני בשנה (8)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«השורה העשירית» – תקין. – נכון</w:t>
      </w:r>
    </w:p>
    <w:p>
      <w:pPr>
        <w:bidi/>
        <w:spacing w:before="0" w:after="40"/>
        <w:jc w:val="both"/>
      </w:pPr>
      <w:r>
        <w:rPr>
          <w:rtl/>
        </w:rPr>
        <w:t>ב. «הפרק השתים עשרה» – תקין. – לא נכון – «הפרק השנים עשר» (פרק – זכר)</w:t>
      </w:r>
    </w:p>
    <w:p>
      <w:pPr>
        <w:bidi/>
        <w:spacing w:before="0" w:after="40"/>
        <w:jc w:val="both"/>
      </w:pPr>
      <w:r>
        <w:rPr>
          <w:rtl/>
        </w:rPr>
        <w:t>ג. «יום חמישי» הוא מספר סודר.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תקנו את הטעות בכל צירוף.</w:t>
      </w:r>
    </w:p>
    <w:p>
      <w:pPr>
        <w:bidi/>
        <w:spacing w:before="0" w:after="100"/>
        <w:jc w:val="both"/>
      </w:pPr>
      <w:r>
        <w:rPr>
          <w:rtl/>
        </w:rPr>
        <w:t>א. הקומה השלישי  ← הקומה השלישית</w:t>
      </w:r>
    </w:p>
    <w:p>
      <w:pPr>
        <w:bidi/>
        <w:spacing w:before="0" w:after="100"/>
        <w:jc w:val="both"/>
      </w:pPr>
      <w:r>
        <w:rPr>
          <w:rtl/>
        </w:rPr>
        <w:t>ב. הפעם השתיים  ← הפעם השנייה</w:t>
      </w:r>
    </w:p>
    <w:p>
      <w:pPr>
        <w:bidi/>
        <w:spacing w:before="0" w:after="100"/>
        <w:jc w:val="both"/>
      </w:pPr>
      <w:r>
        <w:rPr>
          <w:rtl/>
        </w:rPr>
        <w:t>ג. השיר השנייה  ← השיר השני</w:t>
      </w:r>
    </w:p>
    <w:p>
      <w:pPr>
        <w:bidi/>
        <w:spacing w:before="0" w:after="100"/>
        <w:jc w:val="both"/>
      </w:pPr>
      <w:r>
        <w:rPr>
          <w:rtl/>
        </w:rPr>
        <w:t>ד. השני הבית  ← הבית השני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מיינו: מונה או סודר?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מונה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שישה ימים, ארבע פעמים, שמונה כיתות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ביום שישי, בפעם הרביעית, הכיתה השמינית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השלימו את הסודר מעל 10.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עצם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11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הפרק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האחד עשר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השנים עשר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השורה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האחת עשרה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השתים עשרה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כתבו את הסודר במילים.</w:t>
      </w:r>
    </w:p>
    <w:p>
      <w:pPr>
        <w:bidi/>
        <w:spacing w:before="0" w:after="40"/>
        <w:jc w:val="both"/>
      </w:pPr>
      <w:r>
        <w:rPr>
          <w:rtl/>
        </w:rPr>
        <w:t>א. בקומה הארבע עשרה גר רופא. (14)</w:t>
      </w:r>
    </w:p>
    <w:p>
      <w:pPr>
        <w:bidi/>
        <w:spacing w:before="0" w:after="40"/>
        <w:jc w:val="both"/>
      </w:pPr>
      <w:r>
        <w:rPr>
          <w:rtl/>
        </w:rPr>
        <w:t>ב. השאלה השלוש עשרה קשה. (13)</w:t>
      </w:r>
    </w:p>
    <w:p>
      <w:pPr>
        <w:bidi/>
        <w:spacing w:before="0" w:after="40"/>
        <w:jc w:val="both"/>
      </w:pPr>
      <w:r>
        <w:rPr>
          <w:rtl/>
        </w:rPr>
        <w:t>ג. התחנה החמישית היא שלנו. (5)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מתכון קצר (4 שלבים) למאכל שאתם אוהבים, ופתחו כל שלב בסודר: «בשלב הראשון...», «בשלב השני...».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בדקו: ארבעה סודרים בזכר (שלב – זכר): הראשון, השני, השלישי, הרביעי.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ארבעה משפטים על תחרות שצפיתם בה, ובהם הסודרים: ראשון, שנייה, שלישי ועשירית (עם שם עצם מתאים במין).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הרץ הראשון סיים בשלוש דקות. בפעם השנייה הקהל קם. במקום השלישי זכה בית ספר שכן. השחקנית העשירית הפתיעה את כולם.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פרק 5: מילים ומשמעויות: הגדרה, מילון ויחסי משמעות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התאימו זוג מילים ליחס ביניהן.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אומץ – גבורה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ניגודיות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פתיחה – סגירה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נרדפות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כלי תחבורה – רכבת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היכללות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המילה הכוללת בהגדרה.</w:t>
      </w:r>
    </w:p>
    <w:p>
      <w:pPr>
        <w:bidi/>
        <w:spacing w:before="0" w:after="40"/>
        <w:jc w:val="both"/>
      </w:pPr>
      <w:r>
        <w:rPr>
          <w:rtl/>
        </w:rPr>
        <w:t>א. פטיש הוא כלי עבודה שבעזרתו תוקעים מסמרים.</w:t>
      </w:r>
    </w:p>
    <w:p>
      <w:pPr>
        <w:bidi/>
        <w:spacing w:before="0" w:after="40"/>
        <w:jc w:val="both"/>
      </w:pPr>
      <w:r>
        <w:rPr>
          <w:rtl/>
        </w:rPr>
        <w:t>ב. ורד הוא פרח ריחני שיש לו קוצים בגבעול.</w:t>
      </w:r>
    </w:p>
    <w:p>
      <w:pPr>
        <w:bidi/>
        <w:spacing w:before="0" w:after="40"/>
        <w:jc w:val="both"/>
      </w:pPr>
      <w:r>
        <w:rPr>
          <w:rtl/>
        </w:rPr>
        <w:t>ג. דולפין הוא יונק ימי שנושם אוויר.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מה חסר בהגדרה?</w:t>
      </w:r>
    </w:p>
    <w:p>
      <w:pPr>
        <w:bidi/>
        <w:spacing w:before="0" w:after="20"/>
        <w:jc w:val="both"/>
      </w:pPr>
      <w:r>
        <w:rPr>
          <w:rtl/>
        </w:rPr>
        <w:t>א. «מקרר הוא מכשיר חשמלי.»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התכונה המבחינה</w:t>
      </w:r>
    </w:p>
    <w:p>
      <w:pPr>
        <w:bidi/>
        <w:spacing w:before="0" w:after="20"/>
        <w:jc w:val="both"/>
      </w:pPr>
      <w:r>
        <w:rPr>
          <w:rtl/>
        </w:rPr>
        <w:t>ב. «מקרר: ששומר על מזון קר.»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המילה הכוללת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בחרו מילה בעלת שתי משמעויות (למשל «עין», «כנף», «מפתח»), וכתבו לה ערך מילון קצר: חלק דיבר, מין, רבים ושתי משמעויות עם משפט לכל אחת.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מפתח ש״ע ז', ר' מפתחות: 1. כלי לפתיחת מנעול: שכחתי את המפתח בבית. 2. דרך להבין או לפתור: התרגול הוא המפתח להצלחה.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לפי היחס.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נרדפות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ניגודיות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היכללות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יפה – נאה, לרוץ – לדהור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חושך – אור, קר – חם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ירק – גזר, כלי מטבח – מחבת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כתבו מילה מנוגדת.</w:t>
      </w:r>
    </w:p>
    <w:p>
      <w:pPr>
        <w:bidi/>
        <w:spacing w:before="0" w:after="40"/>
        <w:jc w:val="both"/>
      </w:pPr>
      <w:r>
        <w:rPr>
          <w:rtl/>
        </w:rPr>
        <w:t>א. עלייה – ירידה</w:t>
      </w:r>
    </w:p>
    <w:p>
      <w:pPr>
        <w:bidi/>
        <w:spacing w:before="0" w:after="40"/>
        <w:jc w:val="both"/>
      </w:pPr>
      <w:r>
        <w:rPr>
          <w:rtl/>
        </w:rPr>
        <w:t>ב. פתוח – סגור</w:t>
      </w:r>
    </w:p>
    <w:p>
      <w:pPr>
        <w:bidi/>
        <w:spacing w:before="0" w:after="40"/>
        <w:jc w:val="both"/>
      </w:pPr>
      <w:r>
        <w:rPr>
          <w:rtl/>
        </w:rPr>
        <w:t>ג. להתחיל – לסיים</w:t>
      </w:r>
    </w:p>
    <w:p>
      <w:pPr>
        <w:bidi/>
        <w:spacing w:before="0" w:after="40"/>
        <w:jc w:val="both"/>
      </w:pPr>
      <w:r>
        <w:rPr>
          <w:rtl/>
        </w:rPr>
        <w:t>ד. אמת – שקר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שלוש מילים שהמילה הכוללת כוללת (הפרידו בפסיקים).</w:t>
      </w:r>
    </w:p>
    <w:p>
      <w:pPr>
        <w:bidi/>
        <w:spacing w:before="0" w:after="40"/>
        <w:jc w:val="both"/>
      </w:pPr>
      <w:r>
        <w:rPr>
          <w:rtl/>
        </w:rPr>
        <w:t>א. כלי תחבורה: אוטובוס, רכבת, אופניים</w:t>
      </w:r>
    </w:p>
    <w:p>
      <w:pPr>
        <w:bidi/>
        <w:spacing w:before="0" w:after="40"/>
        <w:jc w:val="both"/>
      </w:pPr>
      <w:r>
        <w:rPr>
          <w:rtl/>
        </w:rPr>
        <w:t>ב. בעלי חיים ימיים: דג, דולפין, לוויתן</w:t>
      </w:r>
    </w:p>
    <w:p>
      <w:pPr>
        <w:bidi/>
        <w:spacing w:before="0" w:after="40"/>
        <w:jc w:val="both"/>
      </w:pPr>
      <w:r>
        <w:rPr>
          <w:rtl/>
        </w:rPr>
        <w:t>ג. מקצועות לימוד: מתמטיקה, לשון, היסטוריה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קראו כל משפט וכתבו: «פירוש», «דוגמה» או «מובאה».</w:t>
      </w:r>
    </w:p>
    <w:p>
      <w:pPr>
        <w:bidi/>
        <w:spacing w:before="0" w:after="100"/>
        <w:jc w:val="both"/>
      </w:pPr>
      <w:r>
        <w:rPr>
          <w:rtl/>
        </w:rPr>
        <w:t>א. אי הוא שטח יבשה שמוקף מים.  ← פירוש</w:t>
      </w:r>
    </w:p>
    <w:p>
      <w:pPr>
        <w:bidi/>
        <w:spacing w:before="0" w:after="100"/>
        <w:jc w:val="both"/>
      </w:pPr>
      <w:r>
        <w:rPr>
          <w:rtl/>
        </w:rPr>
        <w:t>ב. קפריסין, למשל, היא אי בים התיכון.  ← דוגמה</w:t>
      </w:r>
    </w:p>
    <w:p>
      <w:pPr>
        <w:bidi/>
        <w:spacing w:before="0" w:after="100"/>
        <w:jc w:val="both"/>
      </w:pPr>
      <w:r>
        <w:rPr>
          <w:rtl/>
        </w:rPr>
        <w:t>ג. «איש אינו אי», כתב משורר אנגלי.  ← מובאה</w:t>
      </w:r>
    </w:p>
    <w:p>
      <w:pPr>
        <w:bidi/>
        <w:spacing w:before="0" w:after="100"/>
        <w:jc w:val="both"/>
      </w:pPr>
      <w:r>
        <w:rPr>
          <w:rtl/>
        </w:rPr>
        <w:t>ד. מדבר הוא אזור צחיח שיורד בו מעט גשם.  ← פירוש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מלאו לפי ערך המילון.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 דיבר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מין</w:t>
            </w:r>
          </w:p>
        </w:tc>
        <w:tc>
          <w:tcPr>
            <w:tcW w:type="dxa" w:w="2494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שם עצם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זכר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חלונות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עוגה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שם עצם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נקבה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עוגות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מחברת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שם עצם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נקבה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מחברות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«חם – קר» הם זוג מילים נרדפות. – לא נכון – הם זוג מילים מנוגדות</w:t>
      </w:r>
    </w:p>
    <w:p>
      <w:pPr>
        <w:bidi/>
        <w:spacing w:before="0" w:after="40"/>
        <w:jc w:val="both"/>
      </w:pPr>
      <w:r>
        <w:rPr>
          <w:rtl/>
        </w:rPr>
        <w:t>ב. «ציפור» היא מילה כוללת ל«יונה» ול«דרור». – נכון</w:t>
      </w:r>
    </w:p>
    <w:p>
      <w:pPr>
        <w:bidi/>
        <w:spacing w:before="0" w:after="40"/>
        <w:jc w:val="both"/>
      </w:pPr>
      <w:r>
        <w:rPr>
          <w:rtl/>
        </w:rPr>
        <w:t>ג. מובאה נכתבת במירכאות.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הכללה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יחס בין מילים בעלות משמעות קרובה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הבחנה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המילה הכוללת בהגדרה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ניגודיות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יחס בין מילים בעלות משמעות הפוכה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נרדפות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מה שמבדיל את המושג מאחרים בקבוצה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איזו משמעות של «עין» מתאימה להקשר?</w:t>
      </w:r>
    </w:p>
    <w:p>
      <w:pPr>
        <w:bidi/>
        <w:spacing w:before="0" w:after="20"/>
        <w:jc w:val="both"/>
      </w:pPr>
      <w:r>
        <w:rPr>
          <w:rtl/>
        </w:rPr>
        <w:t>א. «מצאנו עין מים בין הסלעים.»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מעיין, מקור מים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הגדרה מלאה לחפץ שנמצא בתיק שלכם, בלי לכתוב את שמו. תנו לחבר לנחש מה החפץ. אם לא הצליח – מה היה חסר בהגדרה?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בדקו: מילה כוללת (למשל «כלי כתיבה»), תכונה מבחינה (למשל «שאפשר למחוק את מה שכותבים בו»), ושיקוף קצר על ההגדרה.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פרק 6: קריאת טקסט טיעון: טענה, נימוקים וטענת נגד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ליד כל משפט כתבו: טענה, נימוק, הוכחה, דוגמה או טענת נגד.</w:t>
      </w:r>
    </w:p>
    <w:p>
      <w:pPr>
        <w:bidi/>
        <w:spacing w:before="0" w:after="100"/>
        <w:jc w:val="both"/>
      </w:pPr>
      <w:r>
        <w:rPr>
          <w:rtl/>
        </w:rPr>
        <w:t>א. צריך לפתוח את הספרייה גם אחר הצוהריים.  ← טענה</w:t>
      </w:r>
    </w:p>
    <w:p>
      <w:pPr>
        <w:bidi/>
        <w:spacing w:before="0" w:after="100"/>
        <w:jc w:val="both"/>
      </w:pPr>
      <w:r>
        <w:rPr>
          <w:rtl/>
        </w:rPr>
        <w:t>ב. הרבה תלמידים צריכים מקום שקט להכין שיעורים.  ← נימוק</w:t>
      </w:r>
    </w:p>
    <w:p>
      <w:pPr>
        <w:bidi/>
        <w:spacing w:before="0" w:after="100"/>
        <w:jc w:val="both"/>
      </w:pPr>
      <w:r>
        <w:rPr>
          <w:rtl/>
        </w:rPr>
        <w:t>ג. בסקר שערכנו, 60 תלמידים אמרו שהיו מגיעים.  ← הוכחה</w:t>
      </w:r>
    </w:p>
    <w:p>
      <w:pPr>
        <w:bidi/>
        <w:spacing w:before="0" w:after="100"/>
        <w:jc w:val="both"/>
      </w:pPr>
      <w:r>
        <w:rPr>
          <w:rtl/>
        </w:rPr>
        <w:t>ד. למשל, תלמידים שאין להם מחשב בבית.  ← דוגמה</w:t>
      </w:r>
    </w:p>
    <w:p>
      <w:pPr>
        <w:bidi/>
        <w:spacing w:before="0" w:after="100"/>
        <w:jc w:val="both"/>
      </w:pPr>
      <w:r>
        <w:rPr>
          <w:rtl/>
        </w:rPr>
        <w:t>ה. יש שיאמרו שאין מספיק עובדים.  ← טענת נגד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בחרו את ההפרכה המתאימה לטענת הנגד «אין מספיק עובדים בספרייה».</w:t>
      </w:r>
    </w:p>
    <w:p>
      <w:pPr>
        <w:bidi/>
        <w:spacing w:before="0" w:after="20"/>
        <w:jc w:val="both"/>
      </w:pPr>
      <w:r>
        <w:rPr>
          <w:rtl/>
        </w:rPr>
        <w:t>א. ההפרכה: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תלמידי השכבה יכולים להתנדב ולעזור בתורות.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לכל נימוק כתבו דוגמה 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נימוק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ספורט מחזק את החברות בכיתה.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במשחק הכדורעף השכבתי שיחקו יחד תלמידים שלא דיברו קודם.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טלפון בשיעור מסיח את הדעת.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כשהגיעה הודעה באמצע ההסבר, חצי מן הכיתה הפסיקה להקשיב.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מצאו (או המציאו) פרסומת למוצר. כתבו שני אמצעי שכנוע שיש בה, וקבעו לגבי כל אחד אם הוא נימוק עובדתי או פנייה לרגש.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בדקו: זיהוי שני אמצעים; סיווג נכון (עובדה, נתון, מומחה לעומת רגש, הגזמה, לחץ חברתי); הסבר קצר.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המשפטים: טענה או נימוק?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טענה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נימוק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צריך להוסיף ספסלים בחצר., יש לפתוח חוג שחמט., כדאי לשתול עצים ליד המגרש.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כי תלמידים רבים יושבים על הרצפה., מאחר ששחמט מפתח חשיבה., משום שאין שם צל בקיץ.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התאימו לכל סוג הוכחה דוגמה.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נתון מסקר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«80% מן התלמידים הצביעו בעד.»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דברי מומחה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«במחקר נמצא שתנועה משפרת את הזיכרון.»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מחקר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«בשנה שעברה ניסיתי זאת בעצמי.»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ניסיון אישי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«לדברי רופאת הילדים, שינה חיונית לגדילה.»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השלימו מילת קישור מתאימה.</w:t>
      </w:r>
    </w:p>
    <w:p>
      <w:pPr>
        <w:bidi/>
        <w:spacing w:before="0" w:after="40"/>
        <w:jc w:val="both"/>
      </w:pPr>
      <w:r>
        <w:rPr>
          <w:rtl/>
        </w:rPr>
        <w:t>א. יש להאריך את שעות הספרייה, כי תלמידים רבים לומדים בה.</w:t>
      </w:r>
    </w:p>
    <w:p>
      <w:pPr>
        <w:bidi/>
        <w:spacing w:before="0" w:after="40"/>
        <w:jc w:val="both"/>
      </w:pPr>
      <w:r>
        <w:rPr>
          <w:rtl/>
        </w:rPr>
        <w:t>ב. אומנם ההארכה תעלה כסף, אך היא תועיל לרבים.</w:t>
      </w:r>
    </w:p>
    <w:p>
      <w:pPr>
        <w:bidi/>
        <w:spacing w:before="0" w:after="40"/>
        <w:jc w:val="both"/>
      </w:pPr>
      <w:r>
        <w:rPr>
          <w:rtl/>
        </w:rPr>
        <w:t>ג. למשל, תלמידים שאין להם שקט בבית.</w:t>
      </w:r>
    </w:p>
    <w:p>
      <w:pPr>
        <w:bidi/>
        <w:spacing w:before="0" w:after="40"/>
        <w:jc w:val="both"/>
      </w:pPr>
      <w:r>
        <w:rPr>
          <w:rtl/>
        </w:rPr>
        <w:t>ד. לכן אנחנו מבקשים להאריך את שעות הפתיחה.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נימוק עונה על השאלה «למה?». – נכון</w:t>
      </w:r>
    </w:p>
    <w:p>
      <w:pPr>
        <w:bidi/>
        <w:spacing w:before="0" w:after="40"/>
        <w:jc w:val="both"/>
      </w:pPr>
      <w:r>
        <w:rPr>
          <w:rtl/>
        </w:rPr>
        <w:t>ב. «הכי טעים בעולם!» הוא הוכחה. – לא נכון – זו הגזמה בלי הוכחה</w:t>
      </w:r>
    </w:p>
    <w:p>
      <w:pPr>
        <w:bidi/>
        <w:spacing w:before="0" w:after="40"/>
        <w:jc w:val="both"/>
      </w:pPr>
      <w:r>
        <w:rPr>
          <w:rtl/>
        </w:rPr>
        <w:t>ג. בתגובית אפשר להציג טענה ונימוק בקצרה.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הפרכה לכל טענת נגד.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טענת נגד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הפרכה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חוג נוסף יעייף את התלמידים.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החוג יהיה בחירה, ומי שעייף לא חייב להשתתף.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גינה בבית הספר תתייבש בחופש.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אפשר להתקין השקיה בטפטוף ולהקים צוות הורים מתנדבים.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לכל משפט פרסומת את אמצעי השכנוע: נתון, מומחה, רגש, הגזמה או לחץ חברתי.</w:t>
      </w:r>
    </w:p>
    <w:p>
      <w:pPr>
        <w:bidi/>
        <w:spacing w:before="0" w:after="100"/>
        <w:jc w:val="both"/>
      </w:pPr>
      <w:r>
        <w:rPr>
          <w:rtl/>
        </w:rPr>
        <w:t>א. «רופאי שיניים ממליצים על המברשת שלנו.»  ← מומחה</w:t>
      </w:r>
    </w:p>
    <w:p>
      <w:pPr>
        <w:bidi/>
        <w:spacing w:before="0" w:after="100"/>
        <w:jc w:val="both"/>
      </w:pPr>
      <w:r>
        <w:rPr>
          <w:rtl/>
        </w:rPr>
        <w:t>ב. «כל הכיתה כבר שם – בואו גם אתם!»  ← לחץ חברתי</w:t>
      </w:r>
    </w:p>
    <w:p>
      <w:pPr>
        <w:bidi/>
        <w:spacing w:before="0" w:after="100"/>
        <w:jc w:val="both"/>
      </w:pPr>
      <w:r>
        <w:rPr>
          <w:rtl/>
        </w:rPr>
        <w:t>ג. «חוסך 30% מן החשמל.»  ← נתון</w:t>
      </w:r>
    </w:p>
    <w:p>
      <w:pPr>
        <w:bidi/>
        <w:spacing w:before="0" w:after="100"/>
        <w:jc w:val="both"/>
      </w:pPr>
      <w:r>
        <w:rPr>
          <w:rtl/>
        </w:rPr>
        <w:t>ד. «המשקה הכי מרענן ביקום!»  ← הגזמה</w:t>
      </w:r>
    </w:p>
    <w:p>
      <w:pPr>
        <w:bidi/>
        <w:spacing w:before="0" w:after="100"/>
        <w:jc w:val="both"/>
      </w:pPr>
      <w:r>
        <w:rPr>
          <w:rtl/>
        </w:rPr>
        <w:t>ה. «תנו לילדים שלכם את מה שמגיע להם.»  ← רגש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איזה משפט הוא טענת נגד?</w:t>
      </w:r>
    </w:p>
    <w:p>
      <w:pPr>
        <w:bidi/>
        <w:spacing w:before="0" w:after="20"/>
        <w:jc w:val="both"/>
      </w:pPr>
      <w:r>
        <w:rPr>
          <w:rtl/>
        </w:rPr>
        <w:t>א. בחרו: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יש הטוענים שהפסקה נוספת תאריך את היום.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את רכיב הטיעון החסר.</w:t>
      </w:r>
    </w:p>
    <w:p>
      <w:pPr>
        <w:bidi/>
        <w:spacing w:before="0" w:after="40"/>
        <w:jc w:val="both"/>
      </w:pPr>
      <w:r>
        <w:rPr>
          <w:rtl/>
        </w:rPr>
        <w:t>א. טענה: יש לפתוח מזנון בריא. נימוק: כך התלמידים יאכלו ארוחה מזינה בהפסקה.</w:t>
      </w:r>
    </w:p>
    <w:p>
      <w:pPr>
        <w:bidi/>
        <w:spacing w:before="0" w:after="40"/>
        <w:jc w:val="both"/>
      </w:pPr>
      <w:r>
        <w:rPr>
          <w:rtl/>
        </w:rPr>
        <w:t>ב. נימוק: אוטובוס הבוקר צפוף מאוד. טענה: יש להוסיף אוטובוס נוסף בבוקר.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פסקת טיעון (4–5 משפטים) בעד או נגד הצעה להוסיף שיעור ספורט שני בשבוע. כללו טענה, נימוק, הוכחה או דוגמה, טענת נגד והפרכה.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טענה (1); נימוק (1); הוכחה או דוגמה (1); טענת נגד (1); הפרכה (1); מילות קישור מתאימות (1).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פרק 7: כתיבה: עמדה מנומקת, מיזוג מקורות ומכתב רשמי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תכננו מאמר עמדה בנושא «האם להנהיג תלבושת אחידה בחטיבה?».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תכתבו?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עמדה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למשל: כדאי להנהיג תלבושת אחידה.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נימוק 1 + דוגמה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פחות תחרות על בגדים; למשל אין לעג על מותגים.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נימוק 2 + דוגמה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חוסך זמן וכסף; לא צריך לבחור בגדים בכל בוקר.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טענת נגד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תלבושת פוגעת בביטוי האישי.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הפרכה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אפשר לבטא את עצמנו בדרכים אחרות, ולבחור צבעים מכמה אפשרויות.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רכיבי המכתב הרשמי.</w:t>
      </w:r>
    </w:p>
    <w:p>
      <w:pPr>
        <w:bidi/>
        <w:spacing w:before="0" w:after="40"/>
        <w:jc w:val="both"/>
      </w:pPr>
      <w:r>
        <w:rPr>
          <w:rtl/>
        </w:rPr>
        <w:t>א. לכבוד מנהלת בית הספר</w:t>
      </w:r>
    </w:p>
    <w:p>
      <w:pPr>
        <w:bidi/>
        <w:spacing w:before="0" w:after="40"/>
        <w:jc w:val="both"/>
      </w:pPr>
      <w:r>
        <w:rPr>
          <w:rtl/>
        </w:rPr>
        <w:t>ב. הנדון: בקשה להוספת חוג רובוטיקה</w:t>
      </w:r>
    </w:p>
    <w:p>
      <w:pPr>
        <w:bidi/>
        <w:spacing w:before="0" w:after="40"/>
        <w:jc w:val="both"/>
      </w:pPr>
      <w:r>
        <w:rPr>
          <w:rtl/>
        </w:rPr>
        <w:t>ג. שלום רב,</w:t>
      </w:r>
    </w:p>
    <w:p>
      <w:pPr>
        <w:bidi/>
        <w:spacing w:before="0" w:after="40"/>
        <w:jc w:val="both"/>
      </w:pPr>
      <w:r>
        <w:rPr>
          <w:rtl/>
        </w:rPr>
        <w:t>ד. בברכה, ועד כיתה ח' 1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איזה משפט מתאים לפתיחה של מאמר עמדה?</w:t>
      </w:r>
    </w:p>
    <w:p>
      <w:pPr>
        <w:bidi/>
        <w:spacing w:before="0" w:after="20"/>
        <w:jc w:val="both"/>
      </w:pPr>
      <w:r>
        <w:rPr>
          <w:rtl/>
        </w:rPr>
        <w:t>א. בחרו: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רבים מתווכחים אם להנהיג תלבושת אחידה בחטיבה. לדעתי, יש בה יותר יתרונות מחסרונות.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מאמר עמדה (כ־250 מילים) בנושא «האם להנהיג תלבושת אחידה בחטיבה?». השתמשו בתכנון שבטבלה, ואחר כך שכתבו פסקה אחת אחרי שחבר קרא אותה.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עמדה ברורה בפתיחה (2); שני נימוקים עם הסבר ודוגמה (4); טענת נגד והפרכה (2); סיום עם קריאה לפעולה (1); מילות קישור מתאימות (2); לשון, כתיב ופיסוק (3).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המשפטים לפי החלק במאמר.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פתיחה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רבים מתווכחים אם לאסור טלפונים. לדעתי, אין לאסור.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ראשית, הטלפון עוזר בלמידה., יש הטוענים שהטלפון מסיח את הדעת.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לכן מוטב לקבוע כללים במקום לאסור.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התאימו מילת קישור ליחס הלוגי.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נוסף על כך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הוספה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משום ש־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סיבה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לפיכך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תוצאה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לעומת זאת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ויתור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אומנם... אך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ניגוד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שורת «הנדון» מופיעה בסוף המכתב. – לא נכון – היא מופיעה לפני הפנייה, בראש המכתב</w:t>
      </w:r>
    </w:p>
    <w:p>
      <w:pPr>
        <w:bidi/>
        <w:spacing w:before="0" w:after="40"/>
        <w:jc w:val="both"/>
      </w:pPr>
      <w:r>
        <w:rPr>
          <w:rtl/>
        </w:rPr>
        <w:t>ב. במכתב רשמי כותבים בלשון מנומסת ועניינית. – נכון</w:t>
      </w:r>
    </w:p>
    <w:p>
      <w:pPr>
        <w:bidi/>
        <w:spacing w:before="0" w:after="40"/>
        <w:jc w:val="both"/>
      </w:pPr>
      <w:r>
        <w:rPr>
          <w:rtl/>
        </w:rPr>
        <w:t>ג. בטיוטה הראשונה אסור לעשות שינויים. – לא נכון – הטיוטה נועדה לשינויים ולשיפור בשכתוב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לפני מיזוג: השוו בין שני מקורות על תחבורה ציבורית.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מקור א: «האוטובוס חוסך זמן בנתיב תחבורה ציבורית»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מקור ב: «האוטובוס זול מנסיעה במכונית, אך יש בו עומס בשעות הבוקר»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יתרון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חיסכון בזמן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מחיר זול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חיסרון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 מוזכר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עומס בשעות הבוקר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את המשפט הממזג על פי הטבלה.</w:t>
      </w:r>
    </w:p>
    <w:p>
      <w:pPr>
        <w:bidi/>
        <w:spacing w:before="0" w:after="40"/>
        <w:jc w:val="both"/>
      </w:pPr>
      <w:r>
        <w:rPr>
          <w:rtl/>
        </w:rPr>
        <w:t>א. שני המקורות מציגים יתרונות של האוטובוס: הוא חוסך זמן וזול מנסיעה במכונית; עם זאת, יש בו עומס בבוקר.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כתבו לכל שורה במכתב את שם הרכיב.</w:t>
      </w:r>
    </w:p>
    <w:p>
      <w:pPr>
        <w:bidi/>
        <w:spacing w:before="0" w:after="100"/>
        <w:jc w:val="both"/>
      </w:pPr>
      <w:r>
        <w:rPr>
          <w:rtl/>
        </w:rPr>
        <w:t>א. רחובות, י״ב בחשוון  ← מקום ותאריך</w:t>
      </w:r>
    </w:p>
    <w:p>
      <w:pPr>
        <w:bidi/>
        <w:spacing w:before="0" w:after="100"/>
        <w:jc w:val="both"/>
      </w:pPr>
      <w:r>
        <w:rPr>
          <w:rtl/>
        </w:rPr>
        <w:t>ב. לכבוד מנהל מחלקת החינוך  ← נמען</w:t>
      </w:r>
    </w:p>
    <w:p>
      <w:pPr>
        <w:bidi/>
        <w:spacing w:before="0" w:after="100"/>
        <w:jc w:val="both"/>
      </w:pPr>
      <w:r>
        <w:rPr>
          <w:rtl/>
        </w:rPr>
        <w:t>ג. הנדון: הוספת מעבר חצייה ליד בית הספר  ← הנדון</w:t>
      </w:r>
    </w:p>
    <w:p>
      <w:pPr>
        <w:bidi/>
        <w:spacing w:before="0" w:after="100"/>
        <w:jc w:val="both"/>
      </w:pPr>
      <w:r>
        <w:rPr>
          <w:rtl/>
        </w:rPr>
        <w:t>ד. שלום רב,  ← פנייה</w:t>
      </w:r>
    </w:p>
    <w:p>
      <w:pPr>
        <w:bidi/>
        <w:spacing w:before="0" w:after="100"/>
        <w:jc w:val="both"/>
      </w:pPr>
      <w:r>
        <w:rPr>
          <w:rtl/>
        </w:rPr>
        <w:t>ה. בברכה, ועד ההורים  ← סיום וחתימה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איזה משפט מתאים לגוף של מכתב רשמי?</w:t>
      </w:r>
    </w:p>
    <w:p>
      <w:pPr>
        <w:bidi/>
        <w:spacing w:before="0" w:after="20"/>
        <w:jc w:val="both"/>
      </w:pPr>
      <w:r>
        <w:rPr>
          <w:rtl/>
        </w:rPr>
        <w:t>א. בחרו: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אנו פונים אליכם בבקשה להוסיף מעבר חצייה, משום שתלמידים רבים חוצים כביש סואן.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שורת נושא מתאימה לדוא״ל רשמי.</w:t>
      </w:r>
    </w:p>
    <w:p>
      <w:pPr>
        <w:bidi/>
        <w:spacing w:before="0" w:after="40"/>
        <w:jc w:val="both"/>
      </w:pPr>
      <w:r>
        <w:rPr>
          <w:rtl/>
        </w:rPr>
        <w:t>א. דוא״ל לספרנית שבו מבקשים להאריך השאלה של ספר. נושא: בקשה להארכת השאלה</w:t>
      </w:r>
    </w:p>
    <w:p>
      <w:pPr>
        <w:bidi/>
        <w:spacing w:before="0" w:after="40"/>
        <w:jc w:val="both"/>
      </w:pPr>
      <w:r>
        <w:rPr>
          <w:rtl/>
        </w:rPr>
        <w:t>ב. דוא״ל למזכירות שבו מבקשים אישור יציאה מוקדמת. נושא: בקשה לאישור יציאה מוקדמת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כתבו דוא״ל רשמי קצר (5–6 שורות) לרכזת השכבה, ובו הצעה לפעילות שכבתית. כללו שורת נושא, פנייה, מטרה, שני נימוקים וסיום.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שורת נושא (1); פנייה וסיום מתאימים (2); מטרה ברורה (1); שני נימוקים (2); לשון רשמית (1).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14532D"/>
          <w:sz w:val="30"/>
          <w:szCs w:val="30"/>
          <w:rtl/>
        </w:rPr>
        <w:t>חזרה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שורש ובניין: 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השתמשנו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ש־מ־ש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התפעל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יסודרו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ס־ד־ר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פֻּעל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נפגשו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פ־ג־ש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נפעל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הלבשתי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ל־ב־ש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הפעיל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המירו לסביל. כתבו רק את הפועל.</w:t>
      </w:r>
    </w:p>
    <w:p>
      <w:pPr>
        <w:bidi/>
        <w:spacing w:before="0" w:after="40"/>
        <w:jc w:val="both"/>
      </w:pPr>
      <w:r>
        <w:rPr>
          <w:rtl/>
        </w:rPr>
        <w:t>א. השוטר עצר את הנהג. – הנהג נעצר על ידי השוטר.</w:t>
      </w:r>
    </w:p>
    <w:p>
      <w:pPr>
        <w:bidi/>
        <w:spacing w:before="0" w:after="40"/>
        <w:jc w:val="both"/>
      </w:pPr>
      <w:r>
        <w:rPr>
          <w:rtl/>
        </w:rPr>
        <w:t>ב. הוועדה תבחר את הנציגים. – הנציגים ייבחרו על ידי הוועדה.</w:t>
      </w:r>
    </w:p>
    <w:p>
      <w:pPr>
        <w:bidi/>
        <w:spacing w:before="0" w:after="40"/>
        <w:jc w:val="both"/>
      </w:pPr>
      <w:r>
        <w:rPr>
          <w:rtl/>
        </w:rPr>
        <w:t>ג. הגננת קישטה את הגן. – הגן קושט על ידי הגננת.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בחרו את הנשוא המתאים.</w:t>
      </w:r>
    </w:p>
    <w:p>
      <w:pPr>
        <w:bidi/>
        <w:spacing w:before="0" w:after="20"/>
        <w:jc w:val="both"/>
      </w:pPr>
      <w:r>
        <w:rPr>
          <w:rtl/>
        </w:rPr>
        <w:t>א. בסוף השבוע ___ הפסטיבל.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התחיל</w:t>
      </w:r>
    </w:p>
    <w:p>
      <w:pPr>
        <w:bidi/>
        <w:spacing w:before="0" w:after="20"/>
        <w:jc w:val="both"/>
      </w:pPr>
      <w:r>
        <w:rPr>
          <w:rtl/>
        </w:rPr>
        <w:t>ב. ועדת הקישוט ___ לעבוד.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סיימה</w:t>
      </w:r>
    </w:p>
    <w:p>
      <w:pPr>
        <w:bidi/>
        <w:spacing w:before="0" w:after="20"/>
        <w:jc w:val="both"/>
      </w:pPr>
      <w:r>
        <w:rPr>
          <w:rtl/>
        </w:rPr>
        <w:t>ג. בכניסה ___ שלושה שלטים חדשים.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נתלו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את המספר הסודר במילים.</w:t>
      </w:r>
    </w:p>
    <w:p>
      <w:pPr>
        <w:bidi/>
        <w:spacing w:before="0" w:after="40"/>
        <w:jc w:val="both"/>
      </w:pPr>
      <w:r>
        <w:rPr>
          <w:rtl/>
        </w:rPr>
        <w:t>א. השיר הרביעי באלבום (4)</w:t>
      </w:r>
    </w:p>
    <w:p>
      <w:pPr>
        <w:bidi/>
        <w:spacing w:before="0" w:after="40"/>
        <w:jc w:val="both"/>
      </w:pPr>
      <w:r>
        <w:rPr>
          <w:rtl/>
        </w:rPr>
        <w:t>ב. הנסיעה השנייה שלי לחו״ל (2)</w:t>
      </w:r>
    </w:p>
    <w:p>
      <w:pPr>
        <w:bidi/>
        <w:spacing w:before="0" w:after="40"/>
        <w:jc w:val="both"/>
      </w:pPr>
      <w:r>
        <w:rPr>
          <w:rtl/>
        </w:rPr>
        <w:t>ג. הקומה האחת עשרה (11)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התאימו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4532d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הכללה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הסבר מדוע טענת הנגד חלשה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הבחנה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המילה הכוללת בהגדרה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היכללות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יחס בין מילה כוללת לפרטים שבה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מובאה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דברי מישהו אחר במירכאות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הפרכה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התכונה שמבדילה את המושג מאחרים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ליד כל משפט כתבו את רכיב הטיעון: טענה, נימוק, הוכחה, דוגמה, טענת נגד או הפרכה.</w:t>
      </w:r>
    </w:p>
    <w:p>
      <w:pPr>
        <w:bidi/>
        <w:spacing w:before="0" w:after="100"/>
        <w:jc w:val="both"/>
      </w:pPr>
      <w:r>
        <w:rPr>
          <w:rtl/>
        </w:rPr>
        <w:t>א. צריך להוסיף פחי מחזור בכל כיתה.  ← טענה</w:t>
      </w:r>
    </w:p>
    <w:p>
      <w:pPr>
        <w:bidi/>
        <w:spacing w:before="0" w:after="100"/>
        <w:jc w:val="both"/>
      </w:pPr>
      <w:r>
        <w:rPr>
          <w:rtl/>
        </w:rPr>
        <w:t>ב. כי כך נזרוק פחות פסולת לפח הרגיל.  ← נימוק</w:t>
      </w:r>
    </w:p>
    <w:p>
      <w:pPr>
        <w:bidi/>
        <w:spacing w:before="0" w:after="100"/>
        <w:jc w:val="both"/>
      </w:pPr>
      <w:r>
        <w:rPr>
          <w:rtl/>
        </w:rPr>
        <w:t>ג. לפי בדיקה שערכנו, חצי מן הפסולת בכיתה היא נייר.  ← הוכחה</w:t>
      </w:r>
    </w:p>
    <w:p>
      <w:pPr>
        <w:bidi/>
        <w:spacing w:before="0" w:after="100"/>
        <w:jc w:val="both"/>
      </w:pPr>
      <w:r>
        <w:rPr>
          <w:rtl/>
        </w:rPr>
        <w:t>ד. יש הטוענים שהתלמידים לא ישתמשו בפחים.  ← טענת נגד</w:t>
      </w:r>
    </w:p>
    <w:p>
      <w:pPr>
        <w:bidi/>
        <w:spacing w:before="0" w:after="100"/>
        <w:jc w:val="both"/>
      </w:pPr>
      <w:r>
        <w:rPr>
          <w:rtl/>
        </w:rPr>
        <w:t>ה. אך בכיתות שבהן הוצבו פחים, רוב התלמידים מקפידים למיין.  ← הפרכה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«נכנסו» הוא פועל סביל. – לא נכון – «נכנסו» בבניין נפעל, אבל משמעותו פעילה</w:t>
      </w:r>
    </w:p>
    <w:p>
      <w:pPr>
        <w:bidi/>
        <w:spacing w:before="0" w:after="40"/>
        <w:jc w:val="both"/>
      </w:pPr>
      <w:r>
        <w:rPr>
          <w:rtl/>
        </w:rPr>
        <w:t>ב. במכתב רשמי שורת «הנדון» באה לפני הפנייה. – נכון</w:t>
      </w:r>
    </w:p>
    <w:p>
      <w:pPr>
        <w:bidi/>
        <w:spacing w:before="0" w:after="40"/>
        <w:jc w:val="both"/>
      </w:pPr>
      <w:r>
        <w:rPr>
          <w:rtl/>
        </w:rPr>
        <w:t>ג. «השורה העשירית» – הסודר מתאים לשם העצם. – נכון</w:t>
      </w:r>
    </w:p>
    <w:p>
      <w:pPr>
        <w:bidi/>
        <w:spacing w:before="0" w:after="40"/>
        <w:jc w:val="both"/>
      </w:pPr>
      <w:r>
        <w:rPr>
          <w:rtl/>
        </w:rPr>
        <w:t>ד. בכתיבה ממזגת מסכמים כל מקור בנפרד. – לא נכון – ממזגים את המידע לפי נושאים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פסקת טיעון (5–6 משפטים) בנושא «האם כדאי לקיים יום בלי מסכים בבית הספר?». שלבו: טענה, נימוק עם דוגמה, טענת נגד והפרכה, משפט סביל אחד ומספר סודר אחד.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טענה ונימוק עם דוגמה (2); טענת נגד והפרכה (2); משפט סביל ומספר סודר תקינים (2); התאם, כתיב ופיסוק (2).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