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מערכת הפועל: גזרת השלמים ושורשים מרובעים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הטבלה לשורש ל־ב־ש בגוף «הוא».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יילבש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ילביש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השורש של כל פועל (עם מקפים בין העיצורים).</w:t>
      </w:r>
    </w:p>
    <w:p>
      <w:pPr>
        <w:bidi/>
        <w:spacing w:before="0" w:after="60"/>
        <w:jc w:val="both"/>
      </w:pPr>
      <w:r>
        <w:rPr>
          <w:rtl/>
        </w:rPr>
        <w:t>א. התכתבנו – השורש: __________</w:t>
      </w:r>
    </w:p>
    <w:p>
      <w:pPr>
        <w:bidi/>
        <w:spacing w:before="0" w:after="60"/>
        <w:jc w:val="both"/>
      </w:pPr>
      <w:r>
        <w:rPr>
          <w:rtl/>
        </w:rPr>
        <w:t>ב. מספרים – השורש: __________</w:t>
      </w:r>
    </w:p>
    <w:p>
      <w:pPr>
        <w:bidi/>
        <w:spacing w:before="0" w:after="60"/>
        <w:jc w:val="both"/>
      </w:pPr>
      <w:r>
        <w:rPr>
          <w:rtl/>
        </w:rPr>
        <w:t>ג. הוזמנו – השורש: __________</w:t>
      </w:r>
    </w:p>
    <w:p>
      <w:pPr>
        <w:bidi/>
        <w:spacing w:before="0" w:after="60"/>
        <w:jc w:val="both"/>
      </w:pPr>
      <w:r>
        <w:rPr>
          <w:rtl/>
        </w:rPr>
        <w:t>ד. מתרגמת – השורש: __________</w:t>
      </w:r>
    </w:p>
    <w:p>
      <w:pPr>
        <w:bidi/>
        <w:spacing w:before="0" w:after="60"/>
        <w:jc w:val="both"/>
      </w:pPr>
      <w:r>
        <w:rPr>
          <w:rtl/>
        </w:rPr>
        <w:t>ה. הצטרפתם – השורש: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הפעלים לפי הבניין.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נשמר  |  תיקנה  |  הזמינו  |  סודר  |  מתלבשת  |  יוכנס  |  שוברים  |  התפרסם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פעל / נפעל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 / פועל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הפעיל / הופעל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התפעל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באילו בניינים מופיעים שורשים מרובעים?</w:t>
      </w:r>
    </w:p>
    <w:p>
      <w:pPr>
        <w:bidi/>
        <w:spacing w:before="0" w:after="80"/>
        <w:jc w:val="both"/>
      </w:pPr>
      <w:r>
        <w:rPr>
          <w:rtl/>
        </w:rPr>
        <w:t xml:space="preserve">   ○ פעל, נפעל, הפעיל      ○ פיעל, פועל, התפעל      ○ רק בפעל      ○ בכל שבעת הבניינים</w:t>
      </w:r>
    </w:p>
    <w:p>
      <w:pPr>
        <w:bidi/>
        <w:spacing w:before="0" w:after="20"/>
        <w:jc w:val="both"/>
      </w:pPr>
      <w:r>
        <w:rPr>
          <w:rtl/>
        </w:rPr>
        <w:t>ב. מה הסביל של «סיפר»?</w:t>
      </w:r>
    </w:p>
    <w:p>
      <w:pPr>
        <w:bidi/>
        <w:spacing w:before="0" w:after="80"/>
        <w:jc w:val="both"/>
      </w:pPr>
      <w:r>
        <w:rPr>
          <w:rtl/>
        </w:rPr>
        <w:t xml:space="preserve">   ○ נספר      ○ הוספר      ○ סופר      ○ הסתפר</w:t>
      </w:r>
    </w:p>
    <w:p>
      <w:pPr>
        <w:bidi/>
        <w:spacing w:before="0" w:after="20"/>
        <w:jc w:val="both"/>
      </w:pPr>
      <w:r>
        <w:rPr>
          <w:rtl/>
        </w:rPr>
        <w:t>ג. איזה פועל אינו בגזרת השלמים?</w:t>
      </w:r>
    </w:p>
    <w:p>
      <w:pPr>
        <w:bidi/>
        <w:spacing w:before="0" w:after="80"/>
        <w:jc w:val="both"/>
      </w:pPr>
      <w:r>
        <w:rPr>
          <w:rtl/>
        </w:rPr>
        <w:t xml:space="preserve">   ○ שמר      ○ נפל      ○ גדל      ○ לבש</w:t>
      </w:r>
    </w:p>
    <w:p>
      <w:pPr>
        <w:bidi/>
        <w:spacing w:before="0" w:after="20"/>
        <w:jc w:val="both"/>
      </w:pPr>
      <w:r>
        <w:rPr>
          <w:rtl/>
        </w:rPr>
        <w:t>ד. לאיזה בניין אין שם פועל?</w:t>
      </w:r>
    </w:p>
    <w:p>
      <w:pPr>
        <w:bidi/>
        <w:spacing w:before="0" w:after="80"/>
        <w:jc w:val="both"/>
      </w:pPr>
      <w:r>
        <w:rPr>
          <w:rtl/>
        </w:rPr>
        <w:t xml:space="preserve">   ○ נפעל      ○ התפעל      ○ הופעל      ○ הפעיל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בגזרת השלמים כל עיצורי השורש נשמרים בכל הצורות.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«הסתכל» נכתב כך בגלל שיכול של ה־ת עם ה־ס.      נכון / לא נכון</w:t>
      </w:r>
    </w:p>
    <w:p>
      <w:pPr>
        <w:bidi/>
        <w:spacing w:before="0" w:after="60"/>
        <w:jc w:val="both"/>
      </w:pPr>
      <w:r>
        <w:rPr>
          <w:rtl/>
        </w:rPr>
        <w:t>ג. «הצטלם» הוא בבניין הפעיל.      נכון / לא נכון</w:t>
      </w:r>
    </w:p>
    <w:p>
      <w:pPr>
        <w:bidi/>
        <w:spacing w:before="0" w:after="60"/>
        <w:jc w:val="both"/>
      </w:pPr>
      <w:r>
        <w:rPr>
          <w:rtl/>
        </w:rPr>
        <w:t>ד. השורש של «תרגם» הוא ר־ג־ם.      נכון / לא נכון</w:t>
      </w:r>
    </w:p>
    <w:p>
      <w:pPr>
        <w:bidi/>
        <w:spacing w:before="0" w:after="60"/>
        <w:jc w:val="both"/>
      </w:pPr>
      <w:r>
        <w:rPr>
          <w:rtl/>
        </w:rPr>
        <w:t>ה. «נכנס» ו«הוכנס» הם פעלים סבילים.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כל פועל למשמעות שהבניין מוסיף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הרכיב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פעולה פשוטה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התרחץ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עשו את הפעולה זה עם זה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נשבר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גרם למשהו לקרות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התכתבו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הפעולה נעשתה 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כתב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עשה את הפעולה לעצמו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היום הראשון בתזמורת*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בשבוע שעבר הצטרפתי לתזמורת הנוער של העיר. המנצחת הסבירה לנו שכל נגן צריך להקשיב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לאחרים, ולא רק לעצמו.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3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בחזרה הראשונה התבלבלתי בתווים, והכינור שלי נשמע חזק מדי. נגנית ותיקה הסתכלה עליי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וחייכה, ובהפסקה הראתה לי איך מסמנים את הקטעים הקשים בעיפרון.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5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בסוף הערב המנצחת הכריזה שבעוד חודש תתקיים הופעה. התרגשתי מאוד, והחלטתי להתאמן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בכל יום.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רחלי יפרח, 2019.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לפי הקטע «היום הראשון בתזמורת»: כתבו ליד כל פועל את השורש ואת הבניין.</w:t>
      </w:r>
    </w:p>
    <w:p>
      <w:pPr>
        <w:bidi/>
        <w:spacing w:before="0" w:after="100"/>
        <w:jc w:val="both"/>
      </w:pPr>
      <w:r>
        <w:rPr>
          <w:rtl/>
        </w:rPr>
        <w:t>א. הצטרפתי</w:t>
      </w:r>
    </w:p>
    <w:p>
      <w:pPr>
        <w:bidi/>
        <w:spacing w:before="0" w:after="100"/>
        <w:jc w:val="both"/>
      </w:pPr>
      <w:r>
        <w:rPr>
          <w:rtl/>
        </w:rPr>
        <w:t>ב. התבלבלתי</w:t>
      </w:r>
    </w:p>
    <w:p>
      <w:pPr>
        <w:bidi/>
        <w:spacing w:before="0" w:after="100"/>
        <w:jc w:val="both"/>
      </w:pPr>
      <w:r>
        <w:rPr>
          <w:rtl/>
        </w:rPr>
        <w:t>ג. הסתכלה</w:t>
      </w:r>
    </w:p>
    <w:p>
      <w:pPr>
        <w:bidi/>
        <w:spacing w:before="0" w:after="100"/>
        <w:jc w:val="both"/>
      </w:pPr>
      <w:r>
        <w:rPr>
          <w:rtl/>
        </w:rPr>
        <w:t>ד. מסמנים</w:t>
      </w:r>
    </w:p>
    <w:p>
      <w:pPr>
        <w:bidi/>
        <w:spacing w:before="0" w:after="100"/>
        <w:jc w:val="both"/>
      </w:pPr>
      <w:r>
        <w:rPr>
          <w:rtl/>
        </w:rPr>
        <w:t>ה. התרגשתי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פסקה קצרה (4–5 משפטים) על התנסות חדשה שלכם. שלבו לפחות חמישה פעלים מחמישה בניינים שונים, ומתחו קו מתחת לכל אחד מהם.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הטו את הפועל לפי הגוף והזמן שבסוגריים.</w:t>
      </w:r>
    </w:p>
    <w:p>
      <w:pPr>
        <w:bidi/>
        <w:spacing w:before="0" w:after="60"/>
        <w:jc w:val="both"/>
      </w:pPr>
      <w:r>
        <w:rPr>
          <w:rtl/>
        </w:rPr>
        <w:t>א. תרגם (אנחנו, עתיד): __________</w:t>
      </w:r>
    </w:p>
    <w:p>
      <w:pPr>
        <w:bidi/>
        <w:spacing w:before="0" w:after="60"/>
        <w:jc w:val="both"/>
      </w:pPr>
      <w:r>
        <w:rPr>
          <w:rtl/>
        </w:rPr>
        <w:t>ב. התלבש (את, עבר): __________</w:t>
      </w:r>
    </w:p>
    <w:p>
      <w:pPr>
        <w:bidi/>
        <w:spacing w:before="0" w:after="60"/>
        <w:jc w:val="both"/>
      </w:pPr>
      <w:r>
        <w:rPr>
          <w:rtl/>
        </w:rPr>
        <w:t>ג. הלביש (הן, הווה): __________</w:t>
      </w:r>
    </w:p>
    <w:p>
      <w:pPr>
        <w:bidi/>
        <w:spacing w:before="0" w:after="60"/>
        <w:jc w:val="both"/>
      </w:pPr>
      <w:r>
        <w:rPr>
          <w:rtl/>
        </w:rPr>
        <w:t>ד. נכנס (אני, עתיד):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את שם הפועל. אם אין לבניין שם פועל – כתבו «אין».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הפועל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סודר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הדליק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השתמש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פרסם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מיינו את השורשים: בני שלושה עיצורים או מרובעים.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תרגם  |  שמר  |  צלצל  |  פרסם  |  הזמין  |  גלגל  |  התלבש  |  תכנן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בן שלושה עיצורים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מרובע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הסבירו בשניים־שלושה משפטים מה ההבדל במשמעות בין «לבש», «הלביש» ו«התלבש», ותנו משפט לכל פועל.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ט'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מערכת הפועל: גזרת השלמים ושורשים מרובעים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הטבלה לשורש ל־ב־ש בגוף «הוא».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הווה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לובש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ילבש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יילבש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הלביש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מלביש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ילביש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התפעל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מתלבש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יתלבש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את השורש של כל פועל (עם מקפים בין העיצורים).</w:t>
      </w:r>
    </w:p>
    <w:p>
      <w:pPr>
        <w:bidi/>
        <w:spacing w:before="0" w:after="40"/>
        <w:jc w:val="both"/>
      </w:pPr>
      <w:r>
        <w:rPr>
          <w:rtl/>
        </w:rPr>
        <w:t>א. התכתבנו – השורש: כ־ת־ב</w:t>
      </w:r>
    </w:p>
    <w:p>
      <w:pPr>
        <w:bidi/>
        <w:spacing w:before="0" w:after="40"/>
        <w:jc w:val="both"/>
      </w:pPr>
      <w:r>
        <w:rPr>
          <w:rtl/>
        </w:rPr>
        <w:t>ב. מספרים – השורש: ס־פ־ר</w:t>
      </w:r>
    </w:p>
    <w:p>
      <w:pPr>
        <w:bidi/>
        <w:spacing w:before="0" w:after="40"/>
        <w:jc w:val="both"/>
      </w:pPr>
      <w:r>
        <w:rPr>
          <w:rtl/>
        </w:rPr>
        <w:t>ג. הוזמנו – השורש: ז־מ־נ</w:t>
      </w:r>
    </w:p>
    <w:p>
      <w:pPr>
        <w:bidi/>
        <w:spacing w:before="0" w:after="40"/>
        <w:jc w:val="both"/>
      </w:pPr>
      <w:r>
        <w:rPr>
          <w:rtl/>
        </w:rPr>
        <w:t>ד. מתרגמת – השורש: ת־ר־ג־ם</w:t>
      </w:r>
    </w:p>
    <w:p>
      <w:pPr>
        <w:bidi/>
        <w:spacing w:before="0" w:after="40"/>
        <w:jc w:val="both"/>
      </w:pPr>
      <w:r>
        <w:rPr>
          <w:rtl/>
        </w:rPr>
        <w:t>ה. הצטרפתם – השורש: צ־ר־ף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הפעלים לפי הבניין.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פעל / נפעל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פיעל / פועל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הפעיל / הופעל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התפעל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נשמר, שוברים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תיקנה, סודר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הזמינו, יוכנס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מתלבשת, התפרסם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באילו בניינים מופיעים שורשים מרובעים?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פיעל, פועל, התפעל</w:t>
      </w:r>
    </w:p>
    <w:p>
      <w:pPr>
        <w:bidi/>
        <w:spacing w:before="0" w:after="20"/>
        <w:jc w:val="both"/>
      </w:pPr>
      <w:r>
        <w:rPr>
          <w:rtl/>
        </w:rPr>
        <w:t>ב. מה הסביל של «סיפר»?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סופר</w:t>
      </w:r>
    </w:p>
    <w:p>
      <w:pPr>
        <w:bidi/>
        <w:spacing w:before="0" w:after="20"/>
        <w:jc w:val="both"/>
      </w:pPr>
      <w:r>
        <w:rPr>
          <w:rtl/>
        </w:rPr>
        <w:t>ג. איזה פועל אינו בגזרת השלמים?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נפל</w:t>
      </w:r>
    </w:p>
    <w:p>
      <w:pPr>
        <w:bidi/>
        <w:spacing w:before="0" w:after="20"/>
        <w:jc w:val="both"/>
      </w:pPr>
      <w:r>
        <w:rPr>
          <w:rtl/>
        </w:rPr>
        <w:t>ד. לאיזה בניין אין שם פועל?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הופעל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בגזרת השלמים כל עיצורי השורש נשמרים בכל הצורות. – נכון</w:t>
      </w:r>
    </w:p>
    <w:p>
      <w:pPr>
        <w:bidi/>
        <w:spacing w:before="0" w:after="40"/>
        <w:jc w:val="both"/>
      </w:pPr>
      <w:r>
        <w:rPr>
          <w:rtl/>
        </w:rPr>
        <w:t>ב. «הסתכל» נכתב כך בגלל שיכול של ה־ת עם ה־ס. – נכון</w:t>
      </w:r>
    </w:p>
    <w:p>
      <w:pPr>
        <w:bidi/>
        <w:spacing w:before="0" w:after="40"/>
        <w:jc w:val="both"/>
      </w:pPr>
      <w:r>
        <w:rPr>
          <w:rtl/>
        </w:rPr>
        <w:t>ג. «הצטלם» הוא בבניין הפעיל. – לא נכון – «הצטלם» הוא בבניין התפעל; ה־ת הפכה ל־ט אחרי צ</w:t>
      </w:r>
    </w:p>
    <w:p>
      <w:pPr>
        <w:bidi/>
        <w:spacing w:before="0" w:after="40"/>
        <w:jc w:val="both"/>
      </w:pPr>
      <w:r>
        <w:rPr>
          <w:rtl/>
        </w:rPr>
        <w:t>ד. השורש של «תרגם» הוא ר־ג־ם. – לא נכון – השורש מרובע: ת־ר־ג־ם</w:t>
      </w:r>
    </w:p>
    <w:p>
      <w:pPr>
        <w:bidi/>
        <w:spacing w:before="0" w:after="40"/>
        <w:jc w:val="both"/>
      </w:pPr>
      <w:r>
        <w:rPr>
          <w:rtl/>
        </w:rPr>
        <w:t>ה. «נכנס» ו«הוכנס» הם פעלים סבילים. – לא נכון – «הוכנס» סביל (הופעל); «נכנס» בנפעל אבל משמעותו פעילה – מישהו נכנס בעצמו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התאימו כל פועל למשמעות שהבניין מוסיף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הרכיב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פעולה פשוטה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התרחץ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עשו את הפעולה זה עם זה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נשבר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גרם למשהו לקרות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התכתבו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הפעולה נעשתה 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כתב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עשה את הפעולה לעצמו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לפי הקטע «היום הראשון בתזמורת»: כתבו ליד כל פועל את השורש ואת הבניין.</w:t>
      </w:r>
    </w:p>
    <w:p>
      <w:pPr>
        <w:bidi/>
        <w:spacing w:before="0" w:after="100"/>
        <w:jc w:val="both"/>
      </w:pPr>
      <w:r>
        <w:rPr>
          <w:rtl/>
        </w:rPr>
        <w:t>א. הצטרפתי  ← צ־ר־ף, התפעל</w:t>
      </w:r>
    </w:p>
    <w:p>
      <w:pPr>
        <w:bidi/>
        <w:spacing w:before="0" w:after="100"/>
        <w:jc w:val="both"/>
      </w:pPr>
      <w:r>
        <w:rPr>
          <w:rtl/>
        </w:rPr>
        <w:t>ב. התבלבלתי  ← ב־ל־ב־ל, התפעל</w:t>
      </w:r>
    </w:p>
    <w:p>
      <w:pPr>
        <w:bidi/>
        <w:spacing w:before="0" w:after="100"/>
        <w:jc w:val="both"/>
      </w:pPr>
      <w:r>
        <w:rPr>
          <w:rtl/>
        </w:rPr>
        <w:t>ג. הסתכלה  ← ס־כ־ל, התפעל</w:t>
      </w:r>
    </w:p>
    <w:p>
      <w:pPr>
        <w:bidi/>
        <w:spacing w:before="0" w:after="100"/>
        <w:jc w:val="both"/>
      </w:pPr>
      <w:r>
        <w:rPr>
          <w:rtl/>
        </w:rPr>
        <w:t>ד. מסמנים  ← ס־מ־נ, פיעל</w:t>
      </w:r>
    </w:p>
    <w:p>
      <w:pPr>
        <w:bidi/>
        <w:spacing w:before="0" w:after="100"/>
        <w:jc w:val="both"/>
      </w:pPr>
      <w:r>
        <w:rPr>
          <w:rtl/>
        </w:rPr>
        <w:t>ה. התרגשתי  ← ר־ג־ש, התפעל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פסקה קצרה (4–5 משפטים) על התנסות חדשה שלכם. שלבו לפחות חמישה פעלים מחמישה בניינים שונים, ומתחו קו מתחת לכל אחד מהם.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לדוגמה: «השנה הצטרפתי לחוג צילום (התפעל). המדריך לימד אותנו (פיעל) להשתמש באור. בפעם הראשונה צילמתי (פיעל) שקיעה, והתמונה נבחרה (נפעל) לתערוכה. הוריי הגיעו (הפעיל) לראות אותה.»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הטו את הפועל לפי הגוף והזמן שבסוגריים.</w:t>
      </w:r>
    </w:p>
    <w:p>
      <w:pPr>
        <w:bidi/>
        <w:spacing w:before="0" w:after="40"/>
        <w:jc w:val="both"/>
      </w:pPr>
      <w:r>
        <w:rPr>
          <w:rtl/>
        </w:rPr>
        <w:t>א. תרגם (אנחנו, עתיד): נתרגם</w:t>
      </w:r>
    </w:p>
    <w:p>
      <w:pPr>
        <w:bidi/>
        <w:spacing w:before="0" w:after="40"/>
        <w:jc w:val="both"/>
      </w:pPr>
      <w:r>
        <w:rPr>
          <w:rtl/>
        </w:rPr>
        <w:t>ב. התלבש (את, עבר): התלבשת</w:t>
      </w:r>
    </w:p>
    <w:p>
      <w:pPr>
        <w:bidi/>
        <w:spacing w:before="0" w:after="40"/>
        <w:jc w:val="both"/>
      </w:pPr>
      <w:r>
        <w:rPr>
          <w:rtl/>
        </w:rPr>
        <w:t>ג. הלביש (הן, הווה): מלבישות</w:t>
      </w:r>
    </w:p>
    <w:p>
      <w:pPr>
        <w:bidi/>
        <w:spacing w:before="0" w:after="40"/>
        <w:jc w:val="both"/>
      </w:pPr>
      <w:r>
        <w:rPr>
          <w:rtl/>
        </w:rPr>
        <w:t>ד. נכנס (אני, עתיד): אכנס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השלימו את שם הפועל. אם אין לבניין שם פועל – כתבו «אין».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פועל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הפועל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לכתוב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סודר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פועל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הדליק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הפעיל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להדליק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השתמש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להשתמש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פרסם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פיעל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לפרסם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מיינו את השורשים: בני שלושה עיצורים או מרובעים.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בן שלושה עיצורים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מרובע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שמר, הזמין, התלבש, תכנן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תרגם, צלצל, פרסם, גלגל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הסבירו בשניים־שלושה משפטים מה ההבדל במשמעות בין «לבש», «הלביש» ו«התלבש», ותנו משפט לכל פועל.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«לבש» – פעולה פשוטה: «דן לבש סוודר». «הלביש» – גרם למישהו אחר ללבוש: «אבא הלביש את התינוק». «התלבש» – עשה את הפעולה לעצמו: «התלבשתי מהר».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