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ט'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דרכי תצורה: מסורגת וקווית, צורנים סופיים והלחם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פרקו כל מילה לבסיס ולצורן סופי, וכתבו את משמעות הצורן.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 סופי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משמעות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פחדן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כפית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מאפייה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שבועון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חברתי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 את המילים לפי דרך התצורה.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מכתב  |  ספרון  |  קולנוע  |  מספרה  |  עיתונאי  |  דחפור  |  תלבושת  |  ירחון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 ומשקל (מסורגת)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 וצורן סופי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הלחם בסיסים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צרו מילה חדשה מהבסיס ומהצורן. כתבו אותה בכתיב מלא.</w:t>
      </w:r>
    </w:p>
    <w:p>
      <w:pPr>
        <w:bidi/>
        <w:spacing w:before="0" w:after="60"/>
        <w:jc w:val="both"/>
      </w:pPr>
      <w:r>
        <w:rPr>
          <w:rtl/>
        </w:rPr>
        <w:t>א. נגר + ייה = __________</w:t>
      </w:r>
    </w:p>
    <w:p>
      <w:pPr>
        <w:bidi/>
        <w:spacing w:before="0" w:after="60"/>
        <w:jc w:val="both"/>
      </w:pPr>
      <w:r>
        <w:rPr>
          <w:rtl/>
        </w:rPr>
        <w:t>ב. מחשב + ון = __________</w:t>
      </w:r>
    </w:p>
    <w:p>
      <w:pPr>
        <w:bidi/>
        <w:spacing w:before="0" w:after="60"/>
        <w:jc w:val="both"/>
      </w:pPr>
      <w:r>
        <w:rPr>
          <w:rtl/>
        </w:rPr>
        <w:t>ג. אנגליה + ית (שפה) = __________</w:t>
      </w:r>
    </w:p>
    <w:p>
      <w:pPr>
        <w:bidi/>
        <w:spacing w:before="0" w:after="60"/>
        <w:jc w:val="both"/>
      </w:pPr>
      <w:r>
        <w:rPr>
          <w:rtl/>
        </w:rPr>
        <w:t>ד. עולם + י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כל הלחם לשתי המילים שממנו נוצר.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קולנוע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מדרכה + רחוב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שמרטף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קול + נוע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מגדלור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שמר + טף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דחפור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מגדל + אור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מדרחוב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דחף + חפר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משמעות הצורן במילה «פטפטן»?</w:t>
      </w:r>
    </w:p>
    <w:p>
      <w:pPr>
        <w:bidi/>
        <w:spacing w:before="0" w:after="80"/>
        <w:jc w:val="both"/>
      </w:pPr>
      <w:r>
        <w:rPr>
          <w:rtl/>
        </w:rPr>
        <w:t xml:space="preserve">   ○ הקטנה      ○ מקום      ○ בעל תכונה בולטת      ○ שם תואר</w:t>
      </w:r>
    </w:p>
    <w:p>
      <w:pPr>
        <w:bidi/>
        <w:spacing w:before="0" w:after="20"/>
        <w:jc w:val="both"/>
      </w:pPr>
      <w:r>
        <w:rPr>
          <w:rtl/>
        </w:rPr>
        <w:t>ב. באיזו מילה הצורן ־ון מציין הקטנה?</w:t>
      </w:r>
    </w:p>
    <w:p>
      <w:pPr>
        <w:bidi/>
        <w:spacing w:before="0" w:after="80"/>
        <w:jc w:val="both"/>
      </w:pPr>
      <w:r>
        <w:rPr>
          <w:rtl/>
        </w:rPr>
        <w:t xml:space="preserve">   ○ עיתון      ○ ספרון      ○ מילון      ○ שבועון</w:t>
      </w:r>
    </w:p>
    <w:p>
      <w:pPr>
        <w:bidi/>
        <w:spacing w:before="0" w:after="20"/>
        <w:jc w:val="both"/>
      </w:pPr>
      <w:r>
        <w:rPr>
          <w:rtl/>
        </w:rPr>
        <w:t>ג. באיזו מילה התצורה מסורגת?</w:t>
      </w:r>
    </w:p>
    <w:p>
      <w:pPr>
        <w:bidi/>
        <w:spacing w:before="0" w:after="80"/>
        <w:jc w:val="both"/>
      </w:pPr>
      <w:r>
        <w:rPr>
          <w:rtl/>
        </w:rPr>
        <w:t xml:space="preserve">   ○ מגדלור      ○ ביתי      ○ משחק      ○ כפית</w:t>
      </w:r>
    </w:p>
    <w:p>
      <w:pPr>
        <w:bidi/>
        <w:spacing w:before="0" w:after="20"/>
        <w:jc w:val="both"/>
      </w:pPr>
      <w:r>
        <w:rPr>
          <w:rtl/>
        </w:rPr>
        <w:t>ד. מה משותף ל«נגרייה» ול«מאפייה»?</w:t>
      </w:r>
    </w:p>
    <w:p>
      <w:pPr>
        <w:bidi/>
        <w:spacing w:before="0" w:after="80"/>
        <w:jc w:val="both"/>
      </w:pPr>
      <w:r>
        <w:rPr>
          <w:rtl/>
        </w:rPr>
        <w:t xml:space="preserve">   ○ שתיהן מציינות מקום עבודה      ○ שתיהן שמות תואר      ○ שתיהן הלחם      ○ שתיהן בשורש מרובע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בתצורה קווית הבסיס הוא מילה שקיימת בשפה.      נכון / לא נכון</w:t>
      </w:r>
    </w:p>
    <w:p>
      <w:pPr>
        <w:bidi/>
        <w:spacing w:before="0" w:after="60"/>
        <w:jc w:val="both"/>
      </w:pPr>
      <w:r>
        <w:rPr>
          <w:rtl/>
        </w:rPr>
        <w:t>ב. «מכתב» נוצר מהבסיס «כתב» ומהצורן ־מ.      נכון / לא נכון</w:t>
      </w:r>
    </w:p>
    <w:p>
      <w:pPr>
        <w:bidi/>
        <w:spacing w:before="0" w:after="60"/>
        <w:jc w:val="both"/>
      </w:pPr>
      <w:r>
        <w:rPr>
          <w:rtl/>
        </w:rPr>
        <w:t>ג. בהלחם תמיד נשמרות שתי המילים במלואן.      נכון / לא נכון</w:t>
      </w:r>
    </w:p>
    <w:p>
      <w:pPr>
        <w:bidi/>
        <w:spacing w:before="0" w:after="60"/>
        <w:jc w:val="both"/>
      </w:pPr>
      <w:r>
        <w:rPr>
          <w:rtl/>
        </w:rPr>
        <w:t>ד. הצורן ־י יוצר שמות תואר, כמו «יומי».      נכון / לא נכון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מילים חדשות לכיתה חדשה*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בתחילת השנה הקמנו בכיתה פינת קריאה. הבאנו ספרונים קטנים, שבועון לנוער ומילון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עבה. אחת התלמידות הציעה להכין גם דף מידע חודשי, ומישהו הציע לקרוא לו «ירחון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הכיתה».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הנגרייה של בית הספר בנתה לנו מדף, ובאחד הימים צולם הקיר במצלמה של מעבדת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המחשבים. התמונה פורסמה באתר הבית־ספרי, ומאז כולם רוצים פינה כזאת גם בכיתה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שלהם.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רונית מלכה, 2016. מתוך: «עלים» – ירחון לנוער.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לפי הקטע «מילים חדשות לכיתה חדשה»: כתבו ליד כל מילה את דרך התצורה שלה (ואם קווית – את הבסיס והצורן).</w:t>
      </w:r>
    </w:p>
    <w:p>
      <w:pPr>
        <w:bidi/>
        <w:spacing w:before="0" w:after="100"/>
        <w:jc w:val="both"/>
      </w:pPr>
      <w:r>
        <w:rPr>
          <w:rtl/>
        </w:rPr>
        <w:t>א. ספרונים</w:t>
      </w:r>
    </w:p>
    <w:p>
      <w:pPr>
        <w:bidi/>
        <w:spacing w:before="0" w:after="100"/>
        <w:jc w:val="both"/>
      </w:pPr>
      <w:r>
        <w:rPr>
          <w:rtl/>
        </w:rPr>
        <w:t>ב. שבועון</w:t>
      </w:r>
    </w:p>
    <w:p>
      <w:pPr>
        <w:bidi/>
        <w:spacing w:before="0" w:after="100"/>
        <w:jc w:val="both"/>
      </w:pPr>
      <w:r>
        <w:rPr>
          <w:rtl/>
        </w:rPr>
        <w:t>ג. מילון</w:t>
      </w:r>
    </w:p>
    <w:p>
      <w:pPr>
        <w:bidi/>
        <w:spacing w:before="0" w:after="100"/>
        <w:jc w:val="both"/>
      </w:pPr>
      <w:r>
        <w:rPr>
          <w:rtl/>
        </w:rPr>
        <w:t>ד. נגרייה</w:t>
      </w:r>
    </w:p>
    <w:p>
      <w:pPr>
        <w:bidi/>
        <w:spacing w:before="0" w:after="100"/>
        <w:jc w:val="both"/>
      </w:pPr>
      <w:r>
        <w:rPr>
          <w:rtl/>
        </w:rPr>
        <w:t>ה. מצלמה</w:t>
      </w:r>
    </w:p>
    <w:p>
      <w:pPr>
        <w:bidi/>
        <w:spacing w:before="0" w:after="100"/>
        <w:jc w:val="both"/>
      </w:pPr>
      <w:r>
        <w:rPr>
          <w:rtl/>
        </w:rPr>
        <w:t>ו. מעבדת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המציאו שתי מילים חדשות לעברית: אחת בדרך של בסיס וצורן סופי ואחת בדרך של הלחם. לכל מילה כתבו ממה נוצרה, מה פירושה ומשפט לדוגמה.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את הבסיס שממנו נוצרה המילה.</w:t>
      </w:r>
    </w:p>
    <w:p>
      <w:pPr>
        <w:bidi/>
        <w:spacing w:before="0" w:after="60"/>
        <w:jc w:val="both"/>
      </w:pPr>
      <w:r>
        <w:rPr>
          <w:rtl/>
        </w:rPr>
        <w:t>א. חשמלאי – הבסיס: __________</w:t>
      </w:r>
    </w:p>
    <w:p>
      <w:pPr>
        <w:bidi/>
        <w:spacing w:before="0" w:after="60"/>
        <w:jc w:val="both"/>
      </w:pPr>
      <w:r>
        <w:rPr>
          <w:rtl/>
        </w:rPr>
        <w:t>ב. צמחייה – הבסיס: __________</w:t>
      </w:r>
    </w:p>
    <w:p>
      <w:pPr>
        <w:bidi/>
        <w:spacing w:before="0" w:after="60"/>
        <w:jc w:val="both"/>
      </w:pPr>
      <w:r>
        <w:rPr>
          <w:rtl/>
        </w:rPr>
        <w:t>ג. כיסון – הבסיס: __________</w:t>
      </w:r>
    </w:p>
    <w:p>
      <w:pPr>
        <w:bidi/>
        <w:spacing w:before="0" w:after="60"/>
        <w:jc w:val="both"/>
      </w:pPr>
      <w:r>
        <w:rPr>
          <w:rtl/>
        </w:rPr>
        <w:t>ד. מקצועי – הבסיס: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השלימו: מה דרך התצורה, וממה נוצרה המילה?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דרך התצורה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ממה נוצרה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מגדלור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מסרק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עגלון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מחזמר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אותו צורן סופי יכול לשאת יותר ממשמעות אחת.      נכון / לא נכון</w:t>
      </w:r>
    </w:p>
    <w:p>
      <w:pPr>
        <w:bidi/>
        <w:spacing w:before="0" w:after="60"/>
        <w:jc w:val="both"/>
      </w:pPr>
      <w:r>
        <w:rPr>
          <w:rtl/>
        </w:rPr>
        <w:t>ב. «עברית» ו«כפית» נוצרו באותו צורן, אבל משמעותו שונה בכל אחת.      נכון / לא נכון</w:t>
      </w:r>
    </w:p>
    <w:p>
      <w:pPr>
        <w:bidi/>
        <w:spacing w:before="0" w:after="60"/>
        <w:jc w:val="both"/>
      </w:pPr>
      <w:r>
        <w:rPr>
          <w:rtl/>
        </w:rPr>
        <w:t>ג. «מסעדה» נוצרה בדרך של בסיס וצורן סופי.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מצאו בבית או ברחוב שלוש מילים שנוצרו בתצורה קווית. לכל מילה כתבו את הבסיס ואת הצורן (או את שתי המילים בהלחם).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ט'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דרכי תצורה: מסורגת וקווית, צורנים סופיים והלחם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פרקו כל מילה לבסיס ולצורן סופי, וכתבו את משמעות הצורן.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 סופי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משמעות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פחדן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פחד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בעל תכונה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כפית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כף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־ית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הקטנה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מאפייה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מאפה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־ייה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מקום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שבועון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שבוע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כתב עת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חברתי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חברה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שם תואר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 את המילים לפי דרך התצורה.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 ומשקל (מסורגת)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 וצורן סופי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הלחם בסיסים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מכתב, מספרה, תלבושת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ספרון, עיתונאי, ירחון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קולנוע, דחפור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צרו מילה חדשה מהבסיס ומהצורן. כתבו אותה בכתיב מלא.</w:t>
      </w:r>
    </w:p>
    <w:p>
      <w:pPr>
        <w:bidi/>
        <w:spacing w:before="0" w:after="40"/>
        <w:jc w:val="both"/>
      </w:pPr>
      <w:r>
        <w:rPr>
          <w:rtl/>
        </w:rPr>
        <w:t>א. נגר + ייה = נגרייה</w:t>
      </w:r>
    </w:p>
    <w:p>
      <w:pPr>
        <w:bidi/>
        <w:spacing w:before="0" w:after="40"/>
        <w:jc w:val="both"/>
      </w:pPr>
      <w:r>
        <w:rPr>
          <w:rtl/>
        </w:rPr>
        <w:t>ב. מחשב + ון = מחשבון</w:t>
      </w:r>
    </w:p>
    <w:p>
      <w:pPr>
        <w:bidi/>
        <w:spacing w:before="0" w:after="40"/>
        <w:jc w:val="both"/>
      </w:pPr>
      <w:r>
        <w:rPr>
          <w:rtl/>
        </w:rPr>
        <w:t>ג. אנגליה + ית (שפה) = אנגלית</w:t>
      </w:r>
    </w:p>
    <w:p>
      <w:pPr>
        <w:bidi/>
        <w:spacing w:before="0" w:after="40"/>
        <w:jc w:val="both"/>
      </w:pPr>
      <w:r>
        <w:rPr>
          <w:rtl/>
        </w:rPr>
        <w:t>ד. עולם + י = עולמי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כל הלחם לשתי המילים שממנו נוצר.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קולנוע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מדרכה + רחוב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שמרטף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קול + נוע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מגדלור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שמר + טף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דחפור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מגדל + אור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מדרחוב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דחף + חפר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משמעות הצורן במילה «פטפטן»?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בעל תכונה בולטת</w:t>
      </w:r>
    </w:p>
    <w:p>
      <w:pPr>
        <w:bidi/>
        <w:spacing w:before="0" w:after="20"/>
        <w:jc w:val="both"/>
      </w:pPr>
      <w:r>
        <w:rPr>
          <w:rtl/>
        </w:rPr>
        <w:t>ב. באיזו מילה הצורן ־ון מציין הקטנה?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ספרון</w:t>
      </w:r>
    </w:p>
    <w:p>
      <w:pPr>
        <w:bidi/>
        <w:spacing w:before="0" w:after="20"/>
        <w:jc w:val="both"/>
      </w:pPr>
      <w:r>
        <w:rPr>
          <w:rtl/>
        </w:rPr>
        <w:t>ג. באיזו מילה התצורה מסורגת?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משחק</w:t>
      </w:r>
    </w:p>
    <w:p>
      <w:pPr>
        <w:bidi/>
        <w:spacing w:before="0" w:after="20"/>
        <w:jc w:val="both"/>
      </w:pPr>
      <w:r>
        <w:rPr>
          <w:rtl/>
        </w:rPr>
        <w:t>ד. מה משותף ל«נגרייה» ול«מאפייה»?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שתיהן מציינות מקום עבודה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בתצורה קווית הבסיס הוא מילה שקיימת בשפה. – נכון</w:t>
      </w:r>
    </w:p>
    <w:p>
      <w:pPr>
        <w:bidi/>
        <w:spacing w:before="0" w:after="40"/>
        <w:jc w:val="both"/>
      </w:pPr>
      <w:r>
        <w:rPr>
          <w:rtl/>
        </w:rPr>
        <w:t>ב. «מכתב» נוצר מהבסיס «כתב» ומהצורן ־מ. – לא נכון – «מכתב» נוצר מהשורש כ־ת־ב במשקל מִקְטָל – תצורה מסורגת</w:t>
      </w:r>
    </w:p>
    <w:p>
      <w:pPr>
        <w:bidi/>
        <w:spacing w:before="0" w:after="40"/>
        <w:jc w:val="both"/>
      </w:pPr>
      <w:r>
        <w:rPr>
          <w:rtl/>
        </w:rPr>
        <w:t>ג. בהלחם תמיד נשמרות שתי המילים במלואן. – לא נכון – לעיתים חלק מהמילים נשמט, למשל מדרכה + רחוב = מדרחוב</w:t>
      </w:r>
    </w:p>
    <w:p>
      <w:pPr>
        <w:bidi/>
        <w:spacing w:before="0" w:after="40"/>
        <w:jc w:val="both"/>
      </w:pPr>
      <w:r>
        <w:rPr>
          <w:rtl/>
        </w:rPr>
        <w:t>ד. הצורן ־י יוצר שמות תואר, כמו «יומי».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לפי הקטע «מילים חדשות לכיתה חדשה»: כתבו ליד כל מילה את דרך התצורה שלה (ואם קווית – את הבסיס והצורן).</w:t>
      </w:r>
    </w:p>
    <w:p>
      <w:pPr>
        <w:bidi/>
        <w:spacing w:before="0" w:after="100"/>
        <w:jc w:val="both"/>
      </w:pPr>
      <w:r>
        <w:rPr>
          <w:rtl/>
        </w:rPr>
        <w:t>א. ספרונים  ← קווית: ספר + ון</w:t>
      </w:r>
    </w:p>
    <w:p>
      <w:pPr>
        <w:bidi/>
        <w:spacing w:before="0" w:after="100"/>
        <w:jc w:val="both"/>
      </w:pPr>
      <w:r>
        <w:rPr>
          <w:rtl/>
        </w:rPr>
        <w:t>ב. שבועון  ← קווית: שבוע + ון</w:t>
      </w:r>
    </w:p>
    <w:p>
      <w:pPr>
        <w:bidi/>
        <w:spacing w:before="0" w:after="100"/>
        <w:jc w:val="both"/>
      </w:pPr>
      <w:r>
        <w:rPr>
          <w:rtl/>
        </w:rPr>
        <w:t>ג. מילון  ← קווית: מילה + ון</w:t>
      </w:r>
    </w:p>
    <w:p>
      <w:pPr>
        <w:bidi/>
        <w:spacing w:before="0" w:after="100"/>
        <w:jc w:val="both"/>
      </w:pPr>
      <w:r>
        <w:rPr>
          <w:rtl/>
        </w:rPr>
        <w:t>ד. נגרייה  ← קווית: נגר + ייה</w:t>
      </w:r>
    </w:p>
    <w:p>
      <w:pPr>
        <w:bidi/>
        <w:spacing w:before="0" w:after="100"/>
        <w:jc w:val="both"/>
      </w:pPr>
      <w:r>
        <w:rPr>
          <w:rtl/>
        </w:rPr>
        <w:t>ה. מצלמה  ← מסורגת: צ־ל־ם במשקל מַקְטֵלָה</w:t>
      </w:r>
    </w:p>
    <w:p>
      <w:pPr>
        <w:bidi/>
        <w:spacing w:before="0" w:after="100"/>
        <w:jc w:val="both"/>
      </w:pPr>
      <w:r>
        <w:rPr>
          <w:rtl/>
        </w:rPr>
        <w:t>ו. מעבדת  ← מסורגת: ע־ב־ד במשקל מַקְטָלָה (מעבדה)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המציאו שתי מילים חדשות לעברית: אחת בדרך של בסיס וצורן סופי ואחת בדרך של הלחם. לכל מילה כתבו ממה נוצרה, מה פירושה ומשפט לדוגמה.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אישית. לדוגמה: «שיעורון» (שיעור + ון) – שיעור קצר מאוד: «היום היה לנו שיעורון של עשר דקות». «מסכבוק» (מסך + בוקר) – זמן מסך של בוקר: «הגבלנו את המסכבוק לרבע שעה».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את הבסיס שממנו נוצרה המילה.</w:t>
      </w:r>
    </w:p>
    <w:p>
      <w:pPr>
        <w:bidi/>
        <w:spacing w:before="0" w:after="40"/>
        <w:jc w:val="both"/>
      </w:pPr>
      <w:r>
        <w:rPr>
          <w:rtl/>
        </w:rPr>
        <w:t>א. חשמלאי – הבסיס: חשמל</w:t>
      </w:r>
    </w:p>
    <w:p>
      <w:pPr>
        <w:bidi/>
        <w:spacing w:before="0" w:after="40"/>
        <w:jc w:val="both"/>
      </w:pPr>
      <w:r>
        <w:rPr>
          <w:rtl/>
        </w:rPr>
        <w:t>ב. צמחייה – הבסיס: צמח</w:t>
      </w:r>
    </w:p>
    <w:p>
      <w:pPr>
        <w:bidi/>
        <w:spacing w:before="0" w:after="40"/>
        <w:jc w:val="both"/>
      </w:pPr>
      <w:r>
        <w:rPr>
          <w:rtl/>
        </w:rPr>
        <w:t>ג. כיסון – הבסיס: כיס</w:t>
      </w:r>
    </w:p>
    <w:p>
      <w:pPr>
        <w:bidi/>
        <w:spacing w:before="0" w:after="40"/>
        <w:jc w:val="both"/>
      </w:pPr>
      <w:r>
        <w:rPr>
          <w:rtl/>
        </w:rPr>
        <w:t>ד. מקצועי – הבסיס: מקצוע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השלימו: מה דרך התצורה, וממה נוצרה המילה?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דרך התצורה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ממה נוצרה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מגדלור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הלחם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מגדל + אור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מסרק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שורש ומשקל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ס־ר־ק + מַקְטֵל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עגלון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בסיס וצורן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עגלה + 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מחזמר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הלחם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מחזה + זמר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אותו צורן סופי יכול לשאת יותר ממשמעות אחת. – נכון</w:t>
      </w:r>
    </w:p>
    <w:p>
      <w:pPr>
        <w:bidi/>
        <w:spacing w:before="0" w:after="40"/>
        <w:jc w:val="both"/>
      </w:pPr>
      <w:r>
        <w:rPr>
          <w:rtl/>
        </w:rPr>
        <w:t>ב. «עברית» ו«כפית» נוצרו באותו צורן, אבל משמעותו שונה בכל אחת. – נכון</w:t>
      </w:r>
    </w:p>
    <w:p>
      <w:pPr>
        <w:bidi/>
        <w:spacing w:before="0" w:after="40"/>
        <w:jc w:val="both"/>
      </w:pPr>
      <w:r>
        <w:rPr>
          <w:rtl/>
        </w:rPr>
        <w:t>ג. «מסעדה» נוצרה בדרך של בסיס וצורן סופי. – לא נכון – «מסעדה» נוצרה מהשורש ס־ע־ד במשקל מִקְטָלָה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מצאו בבית או ברחוב שלוש מילים שנוצרו בתצורה קווית. לכל מילה כתבו את הבסיס ואת הצורן (או את שתי המילים בהלחם).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אישית. לדוגמה: «מחשבון» (מחשב + ון), «ידני» (יד + ני/י), «קולנוע» (קול + נוע).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