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משקלי השם ושמות הפעולה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כל משקל למשמעות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קַטָּל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קַטֶּלֶת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מחלה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מִקְטָלָה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בעל מקצוע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מַקְטֵלָה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 או מכשיר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קִטָּלוֹן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שם מופשט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המשקל.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צלם  |  דלקת  |  מספרה  |  מזלג  |  זיכרון  |  טבח  |  צהבת  |  מסעדה  |  מצפן  |  ניצחון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קַטָּל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קַטֶּלֶת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מִקְטָלָה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מַקְטֵל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קִטָּלוֹן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שם הפעולה של כל פועל ואת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ביקר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צרו מילה מהשורש במשקל שבסוגריים.</w:t>
      </w:r>
    </w:p>
    <w:p>
      <w:pPr>
        <w:bidi/>
        <w:spacing w:before="0" w:after="60"/>
        <w:jc w:val="both"/>
      </w:pPr>
      <w:r>
        <w:rPr>
          <w:rtl/>
        </w:rPr>
        <w:t>א. ס־פ־ר (מִקְטָלָה) = __________</w:t>
      </w:r>
    </w:p>
    <w:p>
      <w:pPr>
        <w:bidi/>
        <w:spacing w:before="0" w:after="60"/>
        <w:jc w:val="both"/>
      </w:pPr>
      <w:r>
        <w:rPr>
          <w:rtl/>
        </w:rPr>
        <w:t>ב. ס־ר־ק (מַקְטֵל) = __________</w:t>
      </w:r>
    </w:p>
    <w:p>
      <w:pPr>
        <w:bidi/>
        <w:spacing w:before="0" w:after="60"/>
        <w:jc w:val="both"/>
      </w:pPr>
      <w:r>
        <w:rPr>
          <w:rtl/>
        </w:rPr>
        <w:t>ג. ח־ס־כ (קִטָּלוֹן) = __________</w:t>
      </w:r>
    </w:p>
    <w:p>
      <w:pPr>
        <w:bidi/>
        <w:spacing w:before="0" w:after="60"/>
        <w:jc w:val="both"/>
      </w:pPr>
      <w:r>
        <w:rPr>
          <w:rtl/>
        </w:rPr>
        <w:t>ד. ש־פ־ע (קַטֶּלֶת)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כנראה פירוש המילה המומצאת «מַקְלֵפָה»?</w:t>
      </w:r>
    </w:p>
    <w:p>
      <w:pPr>
        <w:bidi/>
        <w:spacing w:before="0" w:after="80"/>
        <w:jc w:val="both"/>
      </w:pPr>
      <w:r>
        <w:rPr>
          <w:rtl/>
        </w:rPr>
        <w:t xml:space="preserve">   ○ מחלה      ○ כלי לקילוף      ○ בעל מקצוע      ○ מקום לקילוף</w:t>
      </w:r>
    </w:p>
    <w:p>
      <w:pPr>
        <w:bidi/>
        <w:spacing w:before="0" w:after="20"/>
        <w:jc w:val="both"/>
      </w:pPr>
      <w:r>
        <w:rPr>
          <w:rtl/>
        </w:rPr>
        <w:t>ב. איזו מילה אינה במשקל קַטָּל?</w:t>
      </w:r>
    </w:p>
    <w:p>
      <w:pPr>
        <w:bidi/>
        <w:spacing w:before="0" w:after="80"/>
        <w:jc w:val="both"/>
      </w:pPr>
      <w:r>
        <w:rPr>
          <w:rtl/>
        </w:rPr>
        <w:t xml:space="preserve">   ○ נגר      ○ דייג      ○ מזלג      ○ צלם</w:t>
      </w:r>
    </w:p>
    <w:p>
      <w:pPr>
        <w:bidi/>
        <w:spacing w:before="0" w:after="20"/>
        <w:jc w:val="both"/>
      </w:pPr>
      <w:r>
        <w:rPr>
          <w:rtl/>
        </w:rPr>
        <w:t>ג. מה המשקל של «ביטחון»?</w:t>
      </w:r>
    </w:p>
    <w:p>
      <w:pPr>
        <w:bidi/>
        <w:spacing w:before="0" w:after="80"/>
        <w:jc w:val="both"/>
      </w:pPr>
      <w:r>
        <w:rPr>
          <w:rtl/>
        </w:rPr>
        <w:t xml:space="preserve">   ○ קְטִילָה      ○ קִטָּלוֹן      ○ קַטֶּלֶת      ○ מִקְטָל</w:t>
      </w:r>
    </w:p>
    <w:p>
      <w:pPr>
        <w:bidi/>
        <w:spacing w:before="0" w:after="20"/>
        <w:jc w:val="both"/>
      </w:pPr>
      <w:r>
        <w:rPr>
          <w:rtl/>
        </w:rPr>
        <w:t>ד. איזה שם פעולה שייך לבניין הפעיל?</w:t>
      </w:r>
    </w:p>
    <w:p>
      <w:pPr>
        <w:bidi/>
        <w:spacing w:before="0" w:after="80"/>
        <w:jc w:val="both"/>
      </w:pPr>
      <w:r>
        <w:rPr>
          <w:rtl/>
        </w:rPr>
        <w:t xml:space="preserve">   ○ כתיבה      ○ סידור      ○ הדלקה      ○ הסתכלות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כותרות מעיתון בית הספר*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פתיחת ספריית הקריאה בהפסקות: מהיום ועד סוף השנה.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הגשת עבודות החקר – עד יום חמישי.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קישוט המסדרון לקראת החג: כל הכיתות מוזמנות.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התנדבות במאפייה השכונתית: תודה לתלמידי השכבה!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דנה קדמי, 2015.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«כותרות מעיתון בית הספר»: העתיקו מכל כותרת את שם הפעולה, וכתבו את הבניין שלו.</w:t>
      </w:r>
    </w:p>
    <w:p>
      <w:pPr>
        <w:bidi/>
        <w:spacing w:before="0" w:after="100"/>
        <w:jc w:val="both"/>
      </w:pPr>
      <w:r>
        <w:rPr>
          <w:rtl/>
        </w:rPr>
        <w:t>א. כותרת 1</w:t>
      </w:r>
    </w:p>
    <w:p>
      <w:pPr>
        <w:bidi/>
        <w:spacing w:before="0" w:after="100"/>
        <w:jc w:val="both"/>
      </w:pPr>
      <w:r>
        <w:rPr>
          <w:rtl/>
        </w:rPr>
        <w:t>ב. כותרת 2</w:t>
      </w:r>
    </w:p>
    <w:p>
      <w:pPr>
        <w:bidi/>
        <w:spacing w:before="0" w:after="100"/>
        <w:jc w:val="both"/>
      </w:pPr>
      <w:r>
        <w:rPr>
          <w:rtl/>
        </w:rPr>
        <w:t>ג. כותרת 3</w:t>
      </w:r>
    </w:p>
    <w:p>
      <w:pPr>
        <w:bidi/>
        <w:spacing w:before="0" w:after="100"/>
        <w:jc w:val="both"/>
      </w:pPr>
      <w:r>
        <w:rPr>
          <w:rtl/>
        </w:rPr>
        <w:t>ד. כותרת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«מכתב» ו«מטבח» הם באותו משקל.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המשקל קַטֶּלֶת מציין לרוב כלי.      נכון / לא נכון</w:t>
      </w:r>
    </w:p>
    <w:p>
      <w:pPr>
        <w:bidi/>
        <w:spacing w:before="0" w:after="60"/>
        <w:jc w:val="both"/>
      </w:pPr>
      <w:r>
        <w:rPr>
          <w:rtl/>
        </w:rPr>
        <w:t>ג. שמות פעולה עוזרים לנסח כותרות קצרות.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שם הפעולה של «התלבש» הוא «הלבשה».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שלוש כותרות קצרות לעיתון השכבה. בכל כותרת השתמשו בשם פעולה מבניין אחר, וכתבו בסוגריים את הבניין.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המציאו מילה חדשה במשקל קַטָּל ומילה חדשה במשקל מַקְטֵלָה. הסבירו את פירושן.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צרו שם פעולה מהפועל.</w:t>
      </w:r>
    </w:p>
    <w:p>
      <w:pPr>
        <w:bidi/>
        <w:spacing w:before="0" w:after="60"/>
        <w:jc w:val="both"/>
      </w:pPr>
      <w:r>
        <w:rPr>
          <w:rtl/>
        </w:rPr>
        <w:t>א. סגר: __________</w:t>
      </w:r>
    </w:p>
    <w:p>
      <w:pPr>
        <w:bidi/>
        <w:spacing w:before="0" w:after="60"/>
        <w:jc w:val="both"/>
      </w:pPr>
      <w:r>
        <w:rPr>
          <w:rtl/>
        </w:rPr>
        <w:t>ב. תיקן: __________</w:t>
      </w:r>
    </w:p>
    <w:p>
      <w:pPr>
        <w:bidi/>
        <w:spacing w:before="0" w:after="60"/>
        <w:jc w:val="both"/>
      </w:pPr>
      <w:r>
        <w:rPr>
          <w:rtl/>
        </w:rPr>
        <w:t>ג. הדליק: __________</w:t>
      </w:r>
    </w:p>
    <w:p>
      <w:pPr>
        <w:bidi/>
        <w:spacing w:before="0" w:after="60"/>
        <w:jc w:val="both"/>
      </w:pPr>
      <w:r>
        <w:rPr>
          <w:rtl/>
        </w:rPr>
        <w:t>ד. התאמן: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השורש ואת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דלקת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חיסכון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מיינו לפי המשמעות של המשקל.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צלם  |  מסרק  |  מכבסה  |  טבח  |  מצלמה  |  מסעדה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משקלי השם ושמות הפעולה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כל משקל למשמעות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קַטָּל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קַטֶּלֶת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מחלה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מִקְטָלָה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בעל מקצוע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מַקְטֵלָה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כלי או מכשיר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קִטָּלוֹן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שם מופשט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קַטָּל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קַטֶּלֶת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מִקְטָלָה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מַקְטֵל</w:t>
            </w:r>
          </w:p>
        </w:tc>
        <w:tc>
          <w:tcPr>
            <w:tcW w:type="dxa" w:w="199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קִטָּלוֹן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צלם, טבח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דלקת, צהבת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מספרה, מסעדה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מזלג, מצפן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זיכרון, ניצחון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שם הפעולה של כל פועל ואת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שמירה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ביקר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ביקור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הזמנה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התלבשות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נכנס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היכנסות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צרו מילה מהשורש במשקל שבסוגריים.</w:t>
      </w:r>
    </w:p>
    <w:p>
      <w:pPr>
        <w:bidi/>
        <w:spacing w:before="0" w:after="40"/>
        <w:jc w:val="both"/>
      </w:pPr>
      <w:r>
        <w:rPr>
          <w:rtl/>
        </w:rPr>
        <w:t>א. ס־פ־ר (מִקְטָלָה) = מספרה</w:t>
      </w:r>
    </w:p>
    <w:p>
      <w:pPr>
        <w:bidi/>
        <w:spacing w:before="0" w:after="40"/>
        <w:jc w:val="both"/>
      </w:pPr>
      <w:r>
        <w:rPr>
          <w:rtl/>
        </w:rPr>
        <w:t>ב. ס־ר־ק (מַקְטֵל) = מסרק</w:t>
      </w:r>
    </w:p>
    <w:p>
      <w:pPr>
        <w:bidi/>
        <w:spacing w:before="0" w:after="40"/>
        <w:jc w:val="both"/>
      </w:pPr>
      <w:r>
        <w:rPr>
          <w:rtl/>
        </w:rPr>
        <w:t>ג. ח־ס־כ (קִטָּלוֹן) = חיסכון</w:t>
      </w:r>
    </w:p>
    <w:p>
      <w:pPr>
        <w:bidi/>
        <w:spacing w:before="0" w:after="40"/>
        <w:jc w:val="both"/>
      </w:pPr>
      <w:r>
        <w:rPr>
          <w:rtl/>
        </w:rPr>
        <w:t>ד. ש־פ־ע (קַטֶּלֶת) = שפעת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כנראה פירוש המילה המומצאת «מַקְלֵפָה»?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כלי לקילוף</w:t>
      </w:r>
    </w:p>
    <w:p>
      <w:pPr>
        <w:bidi/>
        <w:spacing w:before="0" w:after="20"/>
        <w:jc w:val="both"/>
      </w:pPr>
      <w:r>
        <w:rPr>
          <w:rtl/>
        </w:rPr>
        <w:t>ב. איזו מילה אינה במשקל קַטָּל?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מזלג</w:t>
      </w:r>
    </w:p>
    <w:p>
      <w:pPr>
        <w:bidi/>
        <w:spacing w:before="0" w:after="20"/>
        <w:jc w:val="both"/>
      </w:pPr>
      <w:r>
        <w:rPr>
          <w:rtl/>
        </w:rPr>
        <w:t>ג. מה המשקל של «ביטחון»?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קִטָּלוֹן</w:t>
      </w:r>
    </w:p>
    <w:p>
      <w:pPr>
        <w:bidi/>
        <w:spacing w:before="0" w:after="20"/>
        <w:jc w:val="both"/>
      </w:pPr>
      <w:r>
        <w:rPr>
          <w:rtl/>
        </w:rPr>
        <w:t>ד. איזה שם פעולה שייך לבניין הפעיל?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הדלקה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«כותרות מעיתון בית הספר»: העתיקו מכל כותרת את שם הפעולה, וכתבו את הבניין שלו.</w:t>
      </w:r>
    </w:p>
    <w:p>
      <w:pPr>
        <w:bidi/>
        <w:spacing w:before="0" w:after="100"/>
        <w:jc w:val="both"/>
      </w:pPr>
      <w:r>
        <w:rPr>
          <w:rtl/>
        </w:rPr>
        <w:t>א. כותרת 1  ← פתיחה – פעל</w:t>
      </w:r>
    </w:p>
    <w:p>
      <w:pPr>
        <w:bidi/>
        <w:spacing w:before="0" w:after="100"/>
        <w:jc w:val="both"/>
      </w:pPr>
      <w:r>
        <w:rPr>
          <w:rtl/>
        </w:rPr>
        <w:t>ב. כותרת 2  ← הגשה – הפעיל</w:t>
      </w:r>
    </w:p>
    <w:p>
      <w:pPr>
        <w:bidi/>
        <w:spacing w:before="0" w:after="100"/>
        <w:jc w:val="both"/>
      </w:pPr>
      <w:r>
        <w:rPr>
          <w:rtl/>
        </w:rPr>
        <w:t>ג. כותרת 3  ← קישוט – פיעל</w:t>
      </w:r>
    </w:p>
    <w:p>
      <w:pPr>
        <w:bidi/>
        <w:spacing w:before="0" w:after="100"/>
        <w:jc w:val="both"/>
      </w:pPr>
      <w:r>
        <w:rPr>
          <w:rtl/>
        </w:rPr>
        <w:t>ד. כותרת 4  ← התנדבות – התפעל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«מכתב» ו«מטבח» הם באותו משקל. – נכון</w:t>
      </w:r>
    </w:p>
    <w:p>
      <w:pPr>
        <w:bidi/>
        <w:spacing w:before="0" w:after="40"/>
        <w:jc w:val="both"/>
      </w:pPr>
      <w:r>
        <w:rPr>
          <w:rtl/>
        </w:rPr>
        <w:t>ב. המשקל קַטֶּלֶת מציין לרוב כלי. – לא נכון – קַטֶּלֶת מציין לרוב מחלה, כמו שפעת</w:t>
      </w:r>
    </w:p>
    <w:p>
      <w:pPr>
        <w:bidi/>
        <w:spacing w:before="0" w:after="40"/>
        <w:jc w:val="both"/>
      </w:pPr>
      <w:r>
        <w:rPr>
          <w:rtl/>
        </w:rPr>
        <w:t>ג. שמות פעולה עוזרים לנסח כותרות קצרות. – נכון</w:t>
      </w:r>
    </w:p>
    <w:p>
      <w:pPr>
        <w:bidi/>
        <w:spacing w:before="0" w:after="40"/>
        <w:jc w:val="both"/>
      </w:pPr>
      <w:r>
        <w:rPr>
          <w:rtl/>
        </w:rPr>
        <w:t>ד. שם הפעולה של «התלבש» הוא «הלבשה». – לא נכון – «התלבשות»; «הלבשה» הוא שם הפעולה של «הלביש»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שלוש כותרות קצרות לעיתון השכבה. בכל כותרת השתמשו בשם פעולה מבניין אחר, וכתבו בסוגריים את הבניין.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«סגירת המגרש לשיפוץ (פעל)», «ביקור הסופרת בשכבה (פיעל)», «הצטרפות תלמידים חדשים לתזמורת (התפעל)».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המציאו מילה חדשה במשקל קַטָּל ומילה חדשה במשקל מַקְטֵלָה. הסבירו את פירושן.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«תכנת» (קַטָּל) – מי שמתכנת; «מַקְפֵּלָה» (מַקְטֵלָה) – מכשיר לקיפול בגדים.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צרו שם פעולה מהפועל.</w:t>
      </w:r>
    </w:p>
    <w:p>
      <w:pPr>
        <w:bidi/>
        <w:spacing w:before="0" w:after="40"/>
        <w:jc w:val="both"/>
      </w:pPr>
      <w:r>
        <w:rPr>
          <w:rtl/>
        </w:rPr>
        <w:t>א. סגר: סגירה</w:t>
      </w:r>
    </w:p>
    <w:p>
      <w:pPr>
        <w:bidi/>
        <w:spacing w:before="0" w:after="40"/>
        <w:jc w:val="both"/>
      </w:pPr>
      <w:r>
        <w:rPr>
          <w:rtl/>
        </w:rPr>
        <w:t>ב. תיקן: תיקון</w:t>
      </w:r>
    </w:p>
    <w:p>
      <w:pPr>
        <w:bidi/>
        <w:spacing w:before="0" w:after="40"/>
        <w:jc w:val="both"/>
      </w:pPr>
      <w:r>
        <w:rPr>
          <w:rtl/>
        </w:rPr>
        <w:t>ג. הדליק: הדלקה</w:t>
      </w:r>
    </w:p>
    <w:p>
      <w:pPr>
        <w:bidi/>
        <w:spacing w:before="0" w:after="40"/>
        <w:jc w:val="both"/>
      </w:pPr>
      <w:r>
        <w:rPr>
          <w:rtl/>
        </w:rPr>
        <w:t>ד. התאמן: התאמנות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השורש ואת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ג־ד־ל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מִקְטָל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ז־מ־ר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מַקְטֵלָה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דלקת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ד־ל־ק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קַטֶּלֶת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חיסכון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ח־ס־כ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קִטָּלוֹן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מיינו לפי המשמעות של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צלם, טבח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מסרק, מצלמה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מכבסה, מסעדה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