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שם המספר והמספר הסתמי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המספר במילים (בצורה הנכונה).</w:t>
      </w:r>
    </w:p>
    <w:p>
      <w:pPr>
        <w:bidi/>
        <w:spacing w:before="0" w:after="60"/>
        <w:jc w:val="both"/>
      </w:pPr>
      <w:r>
        <w:rPr>
          <w:rtl/>
        </w:rPr>
        <w:t>א. בכיתה יש (3) __________ מחשבים.</w:t>
      </w:r>
    </w:p>
    <w:p>
      <w:pPr>
        <w:bidi/>
        <w:spacing w:before="0" w:after="60"/>
        <w:jc w:val="both"/>
      </w:pPr>
      <w:r>
        <w:rPr>
          <w:rtl/>
        </w:rPr>
        <w:t>ב. בתיק שלי (4) __________ מחברות.</w:t>
      </w:r>
    </w:p>
    <w:p>
      <w:pPr>
        <w:bidi/>
        <w:spacing w:before="0" w:after="60"/>
        <w:jc w:val="both"/>
      </w:pPr>
      <w:r>
        <w:rPr>
          <w:rtl/>
        </w:rPr>
        <w:t>ג. חיכינו (10) __________ דקות.</w:t>
      </w:r>
    </w:p>
    <w:p>
      <w:pPr>
        <w:bidi/>
        <w:spacing w:before="0" w:after="60"/>
        <w:jc w:val="both"/>
      </w:pPr>
      <w:r>
        <w:rPr>
          <w:rtl/>
        </w:rPr>
        <w:t>ד. קנינו (8) __________ כרטיסים.</w:t>
      </w:r>
    </w:p>
    <w:p>
      <w:pPr>
        <w:bidi/>
        <w:spacing w:before="0" w:after="60"/>
        <w:jc w:val="both"/>
      </w:pPr>
      <w:r>
        <w:rPr>
          <w:rtl/>
        </w:rPr>
        <w:t>ה. בקבוצה (11) __________ שחקנים.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מספר סתמי או מספר שמונה שם עצם?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בשעה שש  |  שש עוגות  |  קו שלוש  |  שלושה אוטובוסים  |  חמש ועוד שתיים  |  חמישה ימים  |  דירה שבע  |  בת עשר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סתמי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שמונה שם עצם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צורת הסמיכות.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בלי ה"א הידיעה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בסמיכות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שלושה 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חמש בנות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 שירים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שבעה ימים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שתי שאלות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בכל משפט יש טעות במספר. כתבו את הצורה התקינה.</w:t>
      </w:r>
    </w:p>
    <w:p>
      <w:pPr>
        <w:bidi/>
        <w:spacing w:before="0" w:after="100"/>
        <w:jc w:val="both"/>
      </w:pPr>
      <w:r>
        <w:rPr>
          <w:rtl/>
        </w:rPr>
        <w:t>א. המחברת עולה שלוש שקלים.</w:t>
      </w:r>
    </w:p>
    <w:p>
      <w:pPr>
        <w:bidi/>
        <w:spacing w:before="0" w:after="100"/>
        <w:jc w:val="both"/>
      </w:pPr>
      <w:r>
        <w:rPr>
          <w:rtl/>
        </w:rPr>
        <w:t>ב. הגענו בשעה שלושה.</w:t>
      </w:r>
    </w:p>
    <w:p>
      <w:pPr>
        <w:bidi/>
        <w:spacing w:before="0" w:after="100"/>
        <w:jc w:val="both"/>
      </w:pPr>
      <w:r>
        <w:rPr>
          <w:rtl/>
        </w:rPr>
        <w:t>ג. בבית יש שתיים חדרים.</w:t>
      </w:r>
    </w:p>
    <w:p>
      <w:pPr>
        <w:bidi/>
        <w:spacing w:before="0" w:after="100"/>
        <w:jc w:val="both"/>
      </w:pPr>
      <w:r>
        <w:rPr>
          <w:rtl/>
        </w:rPr>
        <w:t>ד. אחותי בת שבעה.</w:t>
      </w:r>
    </w:p>
    <w:p>
      <w:pPr>
        <w:bidi/>
        <w:spacing w:before="0" w:after="100"/>
        <w:jc w:val="both"/>
      </w:pPr>
      <w:r>
        <w:rPr>
          <w:rtl/>
        </w:rPr>
        <w:t>ה. נסענו בקו חמישה.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מספר סתמי בא תמיד בצורת הנקבה.      נכון / לא נכון</w:t>
      </w:r>
    </w:p>
    <w:p>
      <w:pPr>
        <w:bidi/>
        <w:spacing w:before="0" w:after="60"/>
        <w:jc w:val="both"/>
      </w:pPr>
      <w:r>
        <w:rPr>
          <w:rtl/>
        </w:rPr>
        <w:t>ב. נכון לומר «שתיים תלמידות».      נכון / לא נכון</w:t>
      </w:r>
    </w:p>
    <w:p>
      <w:pPr>
        <w:bidi/>
        <w:spacing w:before="0" w:after="60"/>
        <w:jc w:val="both"/>
      </w:pPr>
      <w:r>
        <w:rPr>
          <w:rtl/>
        </w:rPr>
        <w:t>ג. «אחד עשר» מתאים לשם עצם בזכר.      נכון / לא נכון</w:t>
      </w:r>
    </w:p>
    <w:p>
      <w:pPr>
        <w:bidi/>
        <w:spacing w:before="0" w:after="60"/>
        <w:jc w:val="both"/>
      </w:pPr>
      <w:r>
        <w:rPr>
          <w:rtl/>
        </w:rPr>
        <w:t>ד. בגיל אומרים «בן שלושה».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התאימו את המספר לשם העצם.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שלוש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ספרים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שלושה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שורות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שתי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שאלות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שתים עשרה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מורות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איזו צורה תקינה?</w:t>
      </w:r>
    </w:p>
    <w:p>
      <w:pPr>
        <w:bidi/>
        <w:spacing w:before="0" w:after="20"/>
        <w:jc w:val="both"/>
      </w:pPr>
      <w:r>
        <w:rPr>
          <w:rtl/>
        </w:rPr>
        <w:t>א. במבחן יש ___ שאלות.</w:t>
      </w:r>
    </w:p>
    <w:p>
      <w:pPr>
        <w:bidi/>
        <w:spacing w:before="0" w:after="80"/>
        <w:jc w:val="both"/>
      </w:pPr>
      <w:r>
        <w:rPr>
          <w:rtl/>
        </w:rPr>
        <w:t xml:space="preserve">   ○ חמישה עשר      ○ חמש עשרה      ○ חמישה עשרה</w:t>
      </w:r>
    </w:p>
    <w:p>
      <w:pPr>
        <w:bidi/>
        <w:spacing w:before="0" w:after="20"/>
        <w:jc w:val="both"/>
      </w:pPr>
      <w:r>
        <w:rPr>
          <w:rtl/>
        </w:rPr>
        <w:t>ב. הטלפון: אפס, חמש, ___.</w:t>
      </w:r>
    </w:p>
    <w:p>
      <w:pPr>
        <w:bidi/>
        <w:spacing w:before="0" w:after="80"/>
        <w:jc w:val="both"/>
      </w:pPr>
      <w:r>
        <w:rPr>
          <w:rtl/>
        </w:rPr>
        <w:t xml:space="preserve">   ○ שניים      ○ שתיים      ○ שני</w:t>
      </w:r>
    </w:p>
    <w:p>
      <w:pPr>
        <w:bidi/>
        <w:spacing w:before="0" w:after="20"/>
        <w:jc w:val="both"/>
      </w:pPr>
      <w:r>
        <w:rPr>
          <w:rtl/>
        </w:rPr>
        <w:t>ג. ___ הספרים מונחים על השולחן.</w:t>
      </w:r>
    </w:p>
    <w:p>
      <w:pPr>
        <w:bidi/>
        <w:spacing w:before="0" w:after="80"/>
        <w:jc w:val="both"/>
      </w:pPr>
      <w:r>
        <w:rPr>
          <w:rtl/>
        </w:rPr>
        <w:t xml:space="preserve">   ○ שלושה      ○ שלוש      ○ שלושת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יום פתוח בספרייה*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ביום ראשון, בשעה ארבע אחר הצוהריים, נפתחה הספרייה העירונית החדשה.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האוטובוסים בקווים שלוש ושבע עוצרים ממש ליד הכניסה.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בספרייה שלושה חדרי קריאה ושתי פינות משחק. בכל חדר עשר עמדות מחשב. ילדים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עד גיל שתים עשרה נכנסים בחינם, ומבוגרים משלמים חמישה שקלים בלבד.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בחודש הראשון יתקיימו אחת עשרה הרצאות, ובכל אחת מהן ישתתפו עד עשרים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וחמישה אנשים.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אריה בירנבאום, 2018.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לפי «יום פתוח בספרייה»: כתבו ליד כל מספר אם הוא סתמי או מונה שם עצם, והסבירו את צורתו.</w:t>
      </w:r>
    </w:p>
    <w:p>
      <w:pPr>
        <w:bidi/>
        <w:spacing w:before="0" w:after="100"/>
        <w:jc w:val="both"/>
      </w:pPr>
      <w:r>
        <w:rPr>
          <w:rtl/>
        </w:rPr>
        <w:t>א. בשעה ארבע</w:t>
      </w:r>
    </w:p>
    <w:p>
      <w:pPr>
        <w:bidi/>
        <w:spacing w:before="0" w:after="100"/>
        <w:jc w:val="both"/>
      </w:pPr>
      <w:r>
        <w:rPr>
          <w:rtl/>
        </w:rPr>
        <w:t>ב. בקווים שלוש ושבע</w:t>
      </w:r>
    </w:p>
    <w:p>
      <w:pPr>
        <w:bidi/>
        <w:spacing w:before="0" w:after="100"/>
        <w:jc w:val="both"/>
      </w:pPr>
      <w:r>
        <w:rPr>
          <w:rtl/>
        </w:rPr>
        <w:t>ג. שלושה חדרי קריאה</w:t>
      </w:r>
    </w:p>
    <w:p>
      <w:pPr>
        <w:bidi/>
        <w:spacing w:before="0" w:after="100"/>
        <w:jc w:val="both"/>
      </w:pPr>
      <w:r>
        <w:rPr>
          <w:rtl/>
        </w:rPr>
        <w:t>ד. שתי פינות משחק</w:t>
      </w:r>
    </w:p>
    <w:p>
      <w:pPr>
        <w:bidi/>
        <w:spacing w:before="0" w:after="100"/>
        <w:jc w:val="both"/>
      </w:pPr>
      <w:r>
        <w:rPr>
          <w:rtl/>
        </w:rPr>
        <w:t>ה. עד גיל שתים עשרה</w:t>
      </w:r>
    </w:p>
    <w:p>
      <w:pPr>
        <w:bidi/>
        <w:spacing w:before="0" w:after="100"/>
        <w:jc w:val="both"/>
      </w:pPr>
      <w:r>
        <w:rPr>
          <w:rtl/>
        </w:rPr>
        <w:t>ו. חמישה שקלים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את המספר במילים: שעות, טלפון וחשבון.</w:t>
      </w:r>
    </w:p>
    <w:p>
      <w:pPr>
        <w:bidi/>
        <w:spacing w:before="0" w:after="60"/>
        <w:jc w:val="both"/>
      </w:pPr>
      <w:r>
        <w:rPr>
          <w:rtl/>
        </w:rPr>
        <w:t>א. השיעור מתחיל בשעה (8) __________.</w:t>
      </w:r>
    </w:p>
    <w:p>
      <w:pPr>
        <w:bidi/>
        <w:spacing w:before="0" w:after="60"/>
        <w:jc w:val="both"/>
      </w:pPr>
      <w:r>
        <w:rPr>
          <w:rtl/>
        </w:rPr>
        <w:t>ב. שלוש ועוד חמש הן (8) __________.</w:t>
      </w:r>
    </w:p>
    <w:p>
      <w:pPr>
        <w:bidi/>
        <w:spacing w:before="0" w:after="60"/>
        <w:jc w:val="both"/>
      </w:pPr>
      <w:r>
        <w:rPr>
          <w:rtl/>
        </w:rPr>
        <w:t>ג. החדר שלנו הוא חדר (2)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מיינו את שמות העצם לפי המין, ואחר כך כתבו לכל אחד «שלוש» או «שלושה».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שקל  |  אגורה  |  דקה  |  שבוע  |  שעה  |  יום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(שלושה)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 (שלוש)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את המספר הסודר.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יסודי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סידורי (זכר)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הודעה קצרה (4–5 משפטים) לחברים על מסיבת כיתה: מתי, איפה, כמה משתתפים, מה צריך להביא וכמה זה עולה. שלבו לפחות חמישה מספרים במילים, ולפחות אחד מהם מספר סתמי.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שם המספר והמספר הסתמי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המספר במילים (בצורה הנכונה).</w:t>
      </w:r>
    </w:p>
    <w:p>
      <w:pPr>
        <w:bidi/>
        <w:spacing w:before="0" w:after="40"/>
        <w:jc w:val="both"/>
      </w:pPr>
      <w:r>
        <w:rPr>
          <w:rtl/>
        </w:rPr>
        <w:t>א. בכיתה יש (3) שלושה מחשבים.</w:t>
      </w:r>
    </w:p>
    <w:p>
      <w:pPr>
        <w:bidi/>
        <w:spacing w:before="0" w:after="40"/>
        <w:jc w:val="both"/>
      </w:pPr>
      <w:r>
        <w:rPr>
          <w:rtl/>
        </w:rPr>
        <w:t>ב. בתיק שלי (4) ארבע מחברות.</w:t>
      </w:r>
    </w:p>
    <w:p>
      <w:pPr>
        <w:bidi/>
        <w:spacing w:before="0" w:after="40"/>
        <w:jc w:val="both"/>
      </w:pPr>
      <w:r>
        <w:rPr>
          <w:rtl/>
        </w:rPr>
        <w:t>ג. חיכינו (10) עשר דקות.</w:t>
      </w:r>
    </w:p>
    <w:p>
      <w:pPr>
        <w:bidi/>
        <w:spacing w:before="0" w:after="40"/>
        <w:jc w:val="both"/>
      </w:pPr>
      <w:r>
        <w:rPr>
          <w:rtl/>
        </w:rPr>
        <w:t>ד. קנינו (8) שמונה כרטיסים.</w:t>
      </w:r>
    </w:p>
    <w:p>
      <w:pPr>
        <w:bidi/>
        <w:spacing w:before="0" w:after="40"/>
        <w:jc w:val="both"/>
      </w:pPr>
      <w:r>
        <w:rPr>
          <w:rtl/>
        </w:rPr>
        <w:t>ה. בקבוצה (11) אחד עשר שחקנים.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מספר סתמי או מספר שמונה שם עצם?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סתמי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שמונה שם עצם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בשעה שש, קו שלוש, חמש ועוד שתיים, דירה שבע, בת עשר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שש עוגות, שלושה אוטובוסים, חמישה ימים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צורת הסמיכות.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בלי ה"א הידיעה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בסמיכות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שלושה 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שלושת הילדים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חמש בנות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חמש הבנות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 שירים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שני השירים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שבעה ימים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שבעת הימים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שתי שאלות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שתי השאלות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בכל משפט יש טעות במספר. כתבו את הצורה התקינה.</w:t>
      </w:r>
    </w:p>
    <w:p>
      <w:pPr>
        <w:bidi/>
        <w:spacing w:before="0" w:after="100"/>
        <w:jc w:val="both"/>
      </w:pPr>
      <w:r>
        <w:rPr>
          <w:rtl/>
        </w:rPr>
        <w:t>א. המחברת עולה שלוש שקלים.  ← שלושה</w:t>
      </w:r>
    </w:p>
    <w:p>
      <w:pPr>
        <w:bidi/>
        <w:spacing w:before="0" w:after="100"/>
        <w:jc w:val="both"/>
      </w:pPr>
      <w:r>
        <w:rPr>
          <w:rtl/>
        </w:rPr>
        <w:t>ב. הגענו בשעה שלושה.  ← שלוש</w:t>
      </w:r>
    </w:p>
    <w:p>
      <w:pPr>
        <w:bidi/>
        <w:spacing w:before="0" w:after="100"/>
        <w:jc w:val="both"/>
      </w:pPr>
      <w:r>
        <w:rPr>
          <w:rtl/>
        </w:rPr>
        <w:t>ג. בבית יש שתיים חדרים.  ← שני</w:t>
      </w:r>
    </w:p>
    <w:p>
      <w:pPr>
        <w:bidi/>
        <w:spacing w:before="0" w:after="100"/>
        <w:jc w:val="both"/>
      </w:pPr>
      <w:r>
        <w:rPr>
          <w:rtl/>
        </w:rPr>
        <w:t>ד. אחותי בת שבעה.  ← שבע</w:t>
      </w:r>
    </w:p>
    <w:p>
      <w:pPr>
        <w:bidi/>
        <w:spacing w:before="0" w:after="100"/>
        <w:jc w:val="both"/>
      </w:pPr>
      <w:r>
        <w:rPr>
          <w:rtl/>
        </w:rPr>
        <w:t>ה. נסענו בקו חמישה.  ← חמש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מספר סתמי בא תמיד בצורת הנקבה. – נכון</w:t>
      </w:r>
    </w:p>
    <w:p>
      <w:pPr>
        <w:bidi/>
        <w:spacing w:before="0" w:after="40"/>
        <w:jc w:val="both"/>
      </w:pPr>
      <w:r>
        <w:rPr>
          <w:rtl/>
        </w:rPr>
        <w:t>ב. נכון לומר «שתיים תלמידות». – לא נכון – לפני שם עצם אומרים «שתי תלמידות»</w:t>
      </w:r>
    </w:p>
    <w:p>
      <w:pPr>
        <w:bidi/>
        <w:spacing w:before="0" w:after="40"/>
        <w:jc w:val="both"/>
      </w:pPr>
      <w:r>
        <w:rPr>
          <w:rtl/>
        </w:rPr>
        <w:t>ג. «אחד עשר» מתאים לשם עצם בזכר. – נכון</w:t>
      </w:r>
    </w:p>
    <w:p>
      <w:pPr>
        <w:bidi/>
        <w:spacing w:before="0" w:after="40"/>
        <w:jc w:val="both"/>
      </w:pPr>
      <w:r>
        <w:rPr>
          <w:rtl/>
        </w:rPr>
        <w:t>ד. בגיל אומרים «בן שלושה». – לא נכון – «בן שלוש» – כי המילה החסרה היא «שנים», והיא בנקבה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התאימו את המספר לשם העצם.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שלוש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ספרים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שלושה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שורות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שתי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שאלות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שתים עשרה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מורות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איזו צורה תקינה?</w:t>
      </w:r>
    </w:p>
    <w:p>
      <w:pPr>
        <w:bidi/>
        <w:spacing w:before="0" w:after="20"/>
        <w:jc w:val="both"/>
      </w:pPr>
      <w:r>
        <w:rPr>
          <w:rtl/>
        </w:rPr>
        <w:t>א. במבחן יש ___ שאלות.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חמש עשרה</w:t>
      </w:r>
    </w:p>
    <w:p>
      <w:pPr>
        <w:bidi/>
        <w:spacing w:before="0" w:after="20"/>
        <w:jc w:val="both"/>
      </w:pPr>
      <w:r>
        <w:rPr>
          <w:rtl/>
        </w:rPr>
        <w:t>ב. הטלפון: אפס, חמש, ___.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שתיים</w:t>
      </w:r>
    </w:p>
    <w:p>
      <w:pPr>
        <w:bidi/>
        <w:spacing w:before="0" w:after="20"/>
        <w:jc w:val="both"/>
      </w:pPr>
      <w:r>
        <w:rPr>
          <w:rtl/>
        </w:rPr>
        <w:t>ג. ___ הספרים מונחים על השולחן.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שלושת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לפי «יום פתוח בספרייה»: כתבו ליד כל מספר אם הוא סתמי או מונה שם עצם, והסבירו את צורתו.</w:t>
      </w:r>
    </w:p>
    <w:p>
      <w:pPr>
        <w:bidi/>
        <w:spacing w:before="0" w:after="100"/>
        <w:jc w:val="both"/>
      </w:pPr>
      <w:r>
        <w:rPr>
          <w:rtl/>
        </w:rPr>
        <w:t>א. בשעה ארבע  ← סתמי – שעה, בנקבה</w:t>
      </w:r>
    </w:p>
    <w:p>
      <w:pPr>
        <w:bidi/>
        <w:spacing w:before="0" w:after="100"/>
        <w:jc w:val="both"/>
      </w:pPr>
      <w:r>
        <w:rPr>
          <w:rtl/>
        </w:rPr>
        <w:t>ב. בקווים שלוש ושבע  ← סתמי – אחרי שם עצם במקום «מספר», בנקבה</w:t>
      </w:r>
    </w:p>
    <w:p>
      <w:pPr>
        <w:bidi/>
        <w:spacing w:before="0" w:after="100"/>
        <w:jc w:val="both"/>
      </w:pPr>
      <w:r>
        <w:rPr>
          <w:rtl/>
        </w:rPr>
        <w:t>ג. שלושה חדרי קריאה  ← מונה – «חדרים» בזכר, לכן «שלושה»</w:t>
      </w:r>
    </w:p>
    <w:p>
      <w:pPr>
        <w:bidi/>
        <w:spacing w:before="0" w:after="100"/>
        <w:jc w:val="both"/>
      </w:pPr>
      <w:r>
        <w:rPr>
          <w:rtl/>
        </w:rPr>
        <w:t>ד. שתי פינות משחק  ← מונה – «פינות» בנקבה, לכן «שתי»</w:t>
      </w:r>
    </w:p>
    <w:p>
      <w:pPr>
        <w:bidi/>
        <w:spacing w:before="0" w:after="100"/>
        <w:jc w:val="both"/>
      </w:pPr>
      <w:r>
        <w:rPr>
          <w:rtl/>
        </w:rPr>
        <w:t>ה. עד גיל שתים עשרה  ← סתמי – גיל, בנקבה</w:t>
      </w:r>
    </w:p>
    <w:p>
      <w:pPr>
        <w:bidi/>
        <w:spacing w:before="0" w:after="100"/>
        <w:jc w:val="both"/>
      </w:pPr>
      <w:r>
        <w:rPr>
          <w:rtl/>
        </w:rPr>
        <w:t>ו. חמישה שקלים  ← מונה – «שקלים» בזכר, לכן «חמישה»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את המספר במילים: שעות, טלפון וחשבון.</w:t>
      </w:r>
    </w:p>
    <w:p>
      <w:pPr>
        <w:bidi/>
        <w:spacing w:before="0" w:after="40"/>
        <w:jc w:val="both"/>
      </w:pPr>
      <w:r>
        <w:rPr>
          <w:rtl/>
        </w:rPr>
        <w:t>א. השיעור מתחיל בשעה (8) שמונה.</w:t>
      </w:r>
    </w:p>
    <w:p>
      <w:pPr>
        <w:bidi/>
        <w:spacing w:before="0" w:after="40"/>
        <w:jc w:val="both"/>
      </w:pPr>
      <w:r>
        <w:rPr>
          <w:rtl/>
        </w:rPr>
        <w:t>ב. שלוש ועוד חמש הן (8) שמונה.</w:t>
      </w:r>
    </w:p>
    <w:p>
      <w:pPr>
        <w:bidi/>
        <w:spacing w:before="0" w:after="40"/>
        <w:jc w:val="both"/>
      </w:pPr>
      <w:r>
        <w:rPr>
          <w:rtl/>
        </w:rPr>
        <w:t>ג. החדר שלנו הוא חדר (2) שתיים.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מיינו את שמות העצם לפי המין, ואחר כך כתבו לכל אחד «שלוש» או «שלושה».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(שלושה)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 (שלוש)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שקל, שבוע, יום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אגורה, דקה, שעה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את המספר הסודר.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יסודי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סידורי (זכר)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ראשון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שלישי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עשירי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העשרים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הודעה קצרה (4–5 משפטים) לחברים על מסיבת כיתה: מתי, איפה, כמה משתתפים, מה צריך להביא וכמה זה עולה. שלבו לפחות חמישה מספרים במילים, ולפחות אחד מהם מספר סתמי.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לדוגמה: «המסיבה תתקיים ביום חמישי בשעה שש בערב, בחדר שבע. יגיעו עשרים ושלושה תלמידים. כל אחד מביא שתי שקיות חטיפים ומשלם עשרה שקלים.»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