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י'–י"א   |   מחוון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🔑 מחוון – דף עבודה 1 – פירוק מילים וזיהוי צורנים</w:t>
      </w:r>
    </w:p>
    <w:p>
      <w:pPr>
        <w:bidi/>
        <w:spacing w:before="0" w:after="160"/>
        <w:jc w:val="both"/>
      </w:pPr>
      <w:r>
        <w:rPr>
          <w:color w:val="5B6476"/>
          <w:sz w:val="22"/>
          <w:szCs w:val="22"/>
          <w:rtl/>
        </w:rPr>
        <w:t>בסיס וצורן סופי · רמה 1 · היכרות · למורה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פרקו כל מילה לבסיס ולצורן סופי.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בסיס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צורן סופי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כפית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כף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־ית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עיתונאי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עיתון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־אי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ספרייה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ספר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־ייה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ילדות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ילד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־ות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ביתי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בית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־י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ספרון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ספר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־ון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את הבסיס החסר. היעזרו במחסן המילים (מילה אחת מיותרת).</w:t>
      </w:r>
    </w:p>
    <w:p>
      <w:pPr>
        <w:bidi/>
        <w:spacing w:before="0" w:after="40"/>
        <w:jc w:val="both"/>
      </w:pPr>
      <w:r>
        <w:rPr>
          <w:rtl/>
        </w:rPr>
        <w:t>א. ירקן = ירק + ־ן</w:t>
      </w:r>
    </w:p>
    <w:p>
      <w:pPr>
        <w:bidi/>
        <w:spacing w:before="0" w:after="40"/>
        <w:jc w:val="both"/>
      </w:pPr>
      <w:r>
        <w:rPr>
          <w:rtl/>
        </w:rPr>
        <w:t>ב. חשמלאי = חשמל + ־אי</w:t>
      </w:r>
    </w:p>
    <w:p>
      <w:pPr>
        <w:bidi/>
        <w:spacing w:before="0" w:after="40"/>
        <w:jc w:val="both"/>
      </w:pPr>
      <w:r>
        <w:rPr>
          <w:rtl/>
        </w:rPr>
        <w:t>ג. מפית = מפה + ־ית</w:t>
      </w:r>
    </w:p>
    <w:p>
      <w:pPr>
        <w:bidi/>
        <w:spacing w:before="0" w:after="40"/>
        <w:jc w:val="both"/>
      </w:pPr>
      <w:r>
        <w:rPr>
          <w:rtl/>
        </w:rPr>
        <w:t>ד. שבועון = שבוע + ־ון</w:t>
      </w:r>
    </w:p>
    <w:p>
      <w:pPr>
        <w:bidi/>
        <w:spacing w:before="0" w:after="40"/>
        <w:jc w:val="both"/>
      </w:pPr>
      <w:r>
        <w:rPr>
          <w:rtl/>
        </w:rPr>
        <w:t>ה. אנושיות = אנושי + ־ות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צרפו את הצורן לבסיס, וכתבו את המילה שנוצרה.</w:t>
      </w:r>
    </w:p>
    <w:p>
      <w:pPr>
        <w:bidi/>
        <w:spacing w:before="0" w:after="40"/>
        <w:jc w:val="both"/>
      </w:pPr>
      <w:r>
        <w:rPr>
          <w:rtl/>
        </w:rPr>
        <w:t>א. ים + ־אי = ימאי</w:t>
      </w:r>
    </w:p>
    <w:p>
      <w:pPr>
        <w:bidi/>
        <w:spacing w:before="0" w:after="40"/>
        <w:jc w:val="both"/>
      </w:pPr>
      <w:r>
        <w:rPr>
          <w:rtl/>
        </w:rPr>
        <w:t>ב. רפת + ־ן = רפתן</w:t>
      </w:r>
    </w:p>
    <w:p>
      <w:pPr>
        <w:bidi/>
        <w:spacing w:before="0" w:after="40"/>
        <w:jc w:val="both"/>
      </w:pPr>
      <w:r>
        <w:rPr>
          <w:rtl/>
        </w:rPr>
        <w:t>ג. נגר + ־ייה = נגרייה</w:t>
      </w:r>
    </w:p>
    <w:p>
      <w:pPr>
        <w:bidi/>
        <w:spacing w:before="0" w:after="40"/>
        <w:jc w:val="both"/>
      </w:pPr>
      <w:r>
        <w:rPr>
          <w:rtl/>
        </w:rPr>
        <w:t>ד. ידיד + ־ות = ידידות</w:t>
      </w:r>
    </w:p>
    <w:p>
      <w:pPr>
        <w:bidi/>
        <w:spacing w:before="0" w:after="40"/>
        <w:jc w:val="both"/>
      </w:pPr>
      <w:r>
        <w:rPr>
          <w:rtl/>
        </w:rPr>
        <w:t>ה. רגש + ־י = רגשי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התאימו כל מילה למשמעות של הצורן הסופי שבה. כתבו בכל משבצת את מספר המילה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ספרון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מקום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חשמלאי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שם מופשט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נגרייה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הקטנה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ילדות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כלי רכב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משאית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[6] כתב עת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שבועון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בעל מקצוע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מיינו את המילים לפי משמעות הצורן הסופי.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בעל מקצוע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הקטנה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מקום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עיתונאי, ירקן, ימאי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דובון, כפית, ספרון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נגרייה, מאפייה, ספרייה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בדרך התצורה «בסיס וצורן» מוסיפים צורן לסוף של מילה קיימת. – נכון</w:t>
      </w:r>
    </w:p>
    <w:p>
      <w:pPr>
        <w:bidi/>
        <w:spacing w:before="0" w:after="40"/>
        <w:jc w:val="both"/>
      </w:pPr>
      <w:r>
        <w:rPr>
          <w:rtl/>
        </w:rPr>
        <w:t>ב. במילה «מחשבון» הבסיס הוא «מחשב». – נכון</w:t>
      </w:r>
    </w:p>
    <w:p>
      <w:pPr>
        <w:bidi/>
        <w:spacing w:before="0" w:after="40"/>
        <w:jc w:val="both"/>
      </w:pPr>
      <w:r>
        <w:rPr>
          <w:rtl/>
        </w:rPr>
        <w:t>ג. הצורן ־ית מציין תמיד הקטנה. – לא נכון – ל־ית יש משמעויות נוספות: כלי רכב (מכונית), שפה (צרפתית); ובמילה כמו «מלצרית» הוא צורן נטייה של נקבה.</w:t>
      </w:r>
    </w:p>
    <w:p>
      <w:pPr>
        <w:bidi/>
        <w:spacing w:before="0" w:after="40"/>
        <w:jc w:val="both"/>
      </w:pPr>
      <w:r>
        <w:rPr>
          <w:rtl/>
        </w:rPr>
        <w:t>ד. במילה «שבועון» הצורן ־ון מציין הקטנה. – לא נכון – ב«שבועון» הצורן ־ון מציין כתב עת – עיתון שיוצא פעם בשבוע.</w:t>
      </w:r>
    </w:p>
    <w:p>
      <w:pPr>
        <w:bidi/>
        <w:spacing w:before="0" w:after="40"/>
        <w:jc w:val="both"/>
      </w:pPr>
      <w:r>
        <w:rPr>
          <w:rtl/>
        </w:rPr>
        <w:t>ה. דרך התצורה «בסיס וצורן» נקראת גם «גזירה קווית».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בכל שורה, סמנו את המילה שנוצרה בדרך בסיס + צורן סופי.</w:t>
      </w:r>
    </w:p>
    <w:p>
      <w:pPr>
        <w:bidi/>
        <w:spacing w:before="0" w:after="20"/>
        <w:jc w:val="both"/>
      </w:pPr>
      <w:r>
        <w:rPr>
          <w:rtl/>
        </w:rPr>
        <w:t>א. מקומות: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נגרייה</w:t>
      </w:r>
    </w:p>
    <w:p>
      <w:pPr>
        <w:bidi/>
        <w:spacing w:before="0" w:after="20"/>
        <w:jc w:val="both"/>
      </w:pPr>
      <w:r>
        <w:rPr>
          <w:rtl/>
        </w:rPr>
        <w:t>ב. בעלי עיסוק: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ירקן</w:t>
      </w:r>
    </w:p>
    <w:p>
      <w:pPr>
        <w:bidi/>
        <w:spacing w:before="0" w:after="20"/>
        <w:jc w:val="both"/>
      </w:pPr>
      <w:r>
        <w:rPr>
          <w:rtl/>
        </w:rPr>
        <w:t>ג. מילים המסתיימות ב־ון: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ספרון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כתבו ליד כל מילה את הבסיס ואת משמעות הצורן הסופי.</w:t>
      </w:r>
    </w:p>
    <w:p>
      <w:pPr>
        <w:bidi/>
        <w:spacing w:before="0" w:after="100"/>
        <w:jc w:val="both"/>
      </w:pPr>
      <w:r>
        <w:rPr>
          <w:rtl/>
        </w:rPr>
        <w:t>א. מכונית  ← מכונה + ־ית – כלי רכב</w:t>
      </w:r>
    </w:p>
    <w:p>
      <w:pPr>
        <w:bidi/>
        <w:spacing w:before="0" w:after="100"/>
        <w:jc w:val="both"/>
      </w:pPr>
      <w:r>
        <w:rPr>
          <w:rtl/>
        </w:rPr>
        <w:t>ב. מילון  ← מילה + ־ון – אוסף (של מילים)</w:t>
      </w:r>
    </w:p>
    <w:p>
      <w:pPr>
        <w:bidi/>
        <w:spacing w:before="0" w:after="100"/>
        <w:jc w:val="both"/>
      </w:pPr>
      <w:r>
        <w:rPr>
          <w:rtl/>
        </w:rPr>
        <w:t>ג. פסנתרן  ← פסנתר + ־ן – בעל עיסוק</w:t>
      </w:r>
    </w:p>
    <w:p>
      <w:pPr>
        <w:bidi/>
        <w:spacing w:before="0" w:after="100"/>
        <w:jc w:val="both"/>
      </w:pPr>
      <w:r>
        <w:rPr>
          <w:rtl/>
        </w:rPr>
        <w:t>ד. צרפתית  ← צרפת + ־ית – שפה</w:t>
      </w:r>
    </w:p>
    <w:p>
      <w:pPr>
        <w:bidi/>
        <w:spacing w:before="0" w:after="100"/>
        <w:jc w:val="both"/>
      </w:pPr>
      <w:r>
        <w:rPr>
          <w:rtl/>
        </w:rPr>
        <w:t>ה. עוגייה  ← עוגה + ־ייה – מאפה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כתבו מילה שנוצרה בדרך בסיס + צורן סופי, לפי ההגדרה.</w:t>
      </w:r>
    </w:p>
    <w:p>
      <w:pPr>
        <w:bidi/>
        <w:spacing w:before="0" w:after="40"/>
        <w:jc w:val="both"/>
      </w:pPr>
      <w:r>
        <w:rPr>
          <w:rtl/>
        </w:rPr>
        <w:t>א. בעל מקצוע שעובד עם חשמל: חשמלאי</w:t>
      </w:r>
    </w:p>
    <w:p>
      <w:pPr>
        <w:bidi/>
        <w:spacing w:before="0" w:after="40"/>
        <w:jc w:val="both"/>
      </w:pPr>
      <w:r>
        <w:rPr>
          <w:rtl/>
        </w:rPr>
        <w:t>ב. השפה שמדברים בספרד: ספרדית</w:t>
      </w:r>
    </w:p>
    <w:p>
      <w:pPr>
        <w:bidi/>
        <w:spacing w:before="0" w:after="40"/>
        <w:jc w:val="both"/>
      </w:pPr>
      <w:r>
        <w:rPr>
          <w:rtl/>
        </w:rPr>
        <w:t>ג. כתב עת שיוצא פעם בחודש (מן הבסיס «ירח»): ירחון</w:t>
      </w:r>
    </w:p>
    <w:p>
      <w:pPr>
        <w:bidi/>
        <w:spacing w:before="0" w:after="40"/>
        <w:jc w:val="both"/>
      </w:pPr>
      <w:r>
        <w:rPr>
          <w:rtl/>
        </w:rPr>
        <w:t>ד. המקום שבו עובד נגר: נגרייה</w:t>
      </w:r>
    </w:p>
    <w:p>
      <w:pPr>
        <w:bidi/>
        <w:spacing w:before="0" w:after="40"/>
        <w:jc w:val="both"/>
      </w:pPr>
      <w:r>
        <w:rPr>
          <w:rtl/>
        </w:rPr>
        <w:t>ה. כף קטנה: כפית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בסיס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צורן סופי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המילה החדשה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משמעות הצורן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קופה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־אי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קופאי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בעל מקצוע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שעה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־ון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שעון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כלי (מכשיר)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מצח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־ייה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מצחייה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פריט לבוש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דוב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־ון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דובון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הקטנה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האם המילה בנויה מבסיס + צורן סופי? מיינו.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בסיס + צורן סופי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לא – האות האחרונה שייכת לשורש או למשקל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רפתן, ספרון, כפית, חשמלאי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זקן, ביטחון, שכן, גנן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בחרו שתי מילים מן הדף שהצורן שלהן מציין «בעל מקצוע». הוסיפו מילה שלישית משלכם עם אותו צורן ואותה משמעות, וכתבו את הבסיס של כל אחת משלוש המילים.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למשל: עיתונאי (עיתון + ־אי), חשמלאי (חשמל + ־אי), ומילה משלי: ספורטאי (ספורט + ־אי). אפשר גם: ירקן (ירק + ־ן), פסנתרן (פסנתר + ־ן).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