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0"/>
          <w:szCs w:val="40"/>
          <w:rtl/>
        </w:rPr>
        <w:t>דף עבודה 1 – פירוק מילים וזיהוי צורנים</w:t>
      </w:r>
    </w:p>
    <w:p>
      <w:pPr>
        <w:bidi/>
        <w:spacing w:before="0" w:after="160"/>
        <w:jc w:val="both"/>
      </w:pPr>
      <w:r>
        <w:rPr>
          <w:color w:val="5B6476"/>
          <w:sz w:val="22"/>
          <w:szCs w:val="22"/>
          <w:rtl/>
        </w:rPr>
        <w:t>בסיס וצורן סופי · רמה 1 · היכרות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מילה לבסיס ולצורן סופי.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הבסיס החסר. היעזרו במחסן המילים (מילה אחת מיותרת).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ירק  |  חשמל  |  מפה  |  שבוע  |  אנושי  |  אנוש</w:t>
      </w:r>
    </w:p>
    <w:p>
      <w:pPr>
        <w:bidi/>
        <w:spacing w:before="0" w:after="60"/>
        <w:jc w:val="both"/>
      </w:pPr>
      <w:r>
        <w:rPr>
          <w:rtl/>
        </w:rPr>
        <w:t>א. ירקן = __________ + ־ן</w:t>
      </w:r>
    </w:p>
    <w:p>
      <w:pPr>
        <w:bidi/>
        <w:spacing w:before="0" w:after="60"/>
        <w:jc w:val="both"/>
      </w:pPr>
      <w:r>
        <w:rPr>
          <w:rtl/>
        </w:rPr>
        <w:t>ב. חשמלאי = __________ + ־אי</w:t>
      </w:r>
    </w:p>
    <w:p>
      <w:pPr>
        <w:bidi/>
        <w:spacing w:before="0" w:after="60"/>
        <w:jc w:val="both"/>
      </w:pPr>
      <w:r>
        <w:rPr>
          <w:rtl/>
        </w:rPr>
        <w:t>ג. מפית = __________ + ־ית</w:t>
      </w:r>
    </w:p>
    <w:p>
      <w:pPr>
        <w:bidi/>
        <w:spacing w:before="0" w:after="60"/>
        <w:jc w:val="both"/>
      </w:pPr>
      <w:r>
        <w:rPr>
          <w:rtl/>
        </w:rPr>
        <w:t>ד. שבועון = __________ + ־ון</w:t>
      </w:r>
    </w:p>
    <w:p>
      <w:pPr>
        <w:bidi/>
        <w:spacing w:before="0" w:after="60"/>
        <w:jc w:val="both"/>
      </w:pPr>
      <w:r>
        <w:rPr>
          <w:rtl/>
        </w:rPr>
        <w:t>ה. אנושיות = __________ + ־ות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צרפו את הצורן לבסיס, וכתבו את המילה שנוצרה.</w:t>
      </w:r>
    </w:p>
    <w:p>
      <w:pPr>
        <w:bidi/>
        <w:spacing w:before="0" w:after="60"/>
        <w:jc w:val="both"/>
      </w:pPr>
      <w:r>
        <w:rPr>
          <w:rtl/>
        </w:rPr>
        <w:t>א. ים + ־אי = __________</w:t>
      </w:r>
    </w:p>
    <w:p>
      <w:pPr>
        <w:bidi/>
        <w:spacing w:before="0" w:after="60"/>
        <w:jc w:val="both"/>
      </w:pPr>
      <w:r>
        <w:rPr>
          <w:rtl/>
        </w:rPr>
        <w:t>ב. רפת + ־ן = __________</w:t>
      </w:r>
    </w:p>
    <w:p>
      <w:pPr>
        <w:bidi/>
        <w:spacing w:before="0" w:after="60"/>
        <w:jc w:val="both"/>
      </w:pPr>
      <w:r>
        <w:rPr>
          <w:rtl/>
        </w:rPr>
        <w:t>ג. נגר + ־ייה = __________</w:t>
      </w:r>
    </w:p>
    <w:p>
      <w:pPr>
        <w:bidi/>
        <w:spacing w:before="0" w:after="60"/>
        <w:jc w:val="both"/>
      </w:pPr>
      <w:r>
        <w:rPr>
          <w:rtl/>
        </w:rPr>
        <w:t>ד. ידיד + ־ות = __________</w:t>
      </w:r>
    </w:p>
    <w:p>
      <w:pPr>
        <w:bidi/>
        <w:spacing w:before="0" w:after="60"/>
        <w:jc w:val="both"/>
      </w:pPr>
      <w:r>
        <w:rPr>
          <w:rtl/>
        </w:rPr>
        <w:t>ה. רגש + ־י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כל מילה למשמעות של הצורן הסופי שבה. כתבו בכל משבצת את מספר המילה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ספרון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חשמלאי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שם מופשט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נגרייה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הקטנה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ילדות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 רכב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משאית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כתב 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שבועון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בעל מקצוע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המילים לפי משמעות הצורן הסופי.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עיתונאי  |  דובון  |  נגרייה  |  ירקן  |  כפית  |  מאפייה  |  ימאי  |  ספרון  |  ספרייה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בעל מקצוע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הקטנה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בדרך התצורה «בסיס וצורן» מוסיפים צורן לסוף של מילה קיימת.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במילה «מחשבון» הבסיס הוא «מחשב».      נכון / לא נכון</w:t>
      </w:r>
    </w:p>
    <w:p>
      <w:pPr>
        <w:bidi/>
        <w:spacing w:before="0" w:after="60"/>
        <w:jc w:val="both"/>
      </w:pPr>
      <w:r>
        <w:rPr>
          <w:rtl/>
        </w:rPr>
        <w:t>ג. הצורן ־ית מציין תמיד הקטנה.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במילה «שבועון» הצורן ־ון מציין הקטנה.      נכון / לא נכון</w:t>
      </w:r>
    </w:p>
    <w:p>
      <w:pPr>
        <w:bidi/>
        <w:spacing w:before="0" w:after="60"/>
        <w:jc w:val="both"/>
      </w:pPr>
      <w:r>
        <w:rPr>
          <w:rtl/>
        </w:rPr>
        <w:t>ה. דרך התצורה «בסיס וצורן» נקראת גם «גזירה קווית».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בכל שורה, סמנו את המילה שנוצרה בדרך בסיס + צורן סופי.</w:t>
      </w:r>
    </w:p>
    <w:p>
      <w:pPr>
        <w:bidi/>
        <w:spacing w:before="0" w:after="20"/>
        <w:jc w:val="both"/>
      </w:pPr>
      <w:r>
        <w:rPr>
          <w:rtl/>
        </w:rPr>
        <w:t>א. מקומות:</w:t>
      </w:r>
    </w:p>
    <w:p>
      <w:pPr>
        <w:bidi/>
        <w:spacing w:before="0" w:after="80"/>
        <w:jc w:val="both"/>
      </w:pPr>
      <w:r>
        <w:rPr>
          <w:rtl/>
        </w:rPr>
        <w:t xml:space="preserve">   ○ מספרה      ○ נגרייה      ○ מסעדה</w:t>
      </w:r>
    </w:p>
    <w:p>
      <w:pPr>
        <w:bidi/>
        <w:spacing w:before="0" w:after="20"/>
        <w:jc w:val="both"/>
      </w:pPr>
      <w:r>
        <w:rPr>
          <w:rtl/>
        </w:rPr>
        <w:t>ב. בעלי עיסוק:</w:t>
      </w:r>
    </w:p>
    <w:p>
      <w:pPr>
        <w:bidi/>
        <w:spacing w:before="0" w:after="80"/>
        <w:jc w:val="both"/>
      </w:pPr>
      <w:r>
        <w:rPr>
          <w:rtl/>
        </w:rPr>
        <w:t xml:space="preserve">   ○ רקדן      ○ ירקן      ○ שדכן</w:t>
      </w:r>
    </w:p>
    <w:p>
      <w:pPr>
        <w:bidi/>
        <w:spacing w:before="0" w:after="20"/>
        <w:jc w:val="both"/>
      </w:pPr>
      <w:r>
        <w:rPr>
          <w:rtl/>
        </w:rPr>
        <w:t>ג. מילים המסתיימות ב־ון:</w:t>
      </w:r>
    </w:p>
    <w:p>
      <w:pPr>
        <w:bidi/>
        <w:spacing w:before="0" w:after="80"/>
        <w:jc w:val="both"/>
      </w:pPr>
      <w:r>
        <w:rPr>
          <w:rtl/>
        </w:rPr>
        <w:t xml:space="preserve">   ○ ביטחון      ○ זיכרון      ○ ספרון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ליד כל מילה את הבסיס ואת משמעות הצורן הסופי.</w:t>
      </w:r>
    </w:p>
    <w:p>
      <w:pPr>
        <w:bidi/>
        <w:spacing w:before="0" w:after="100"/>
        <w:jc w:val="both"/>
      </w:pPr>
      <w:r>
        <w:rPr>
          <w:rtl/>
        </w:rPr>
        <w:t>א. מכונית</w:t>
      </w:r>
    </w:p>
    <w:p>
      <w:pPr>
        <w:bidi/>
        <w:spacing w:before="0" w:after="100"/>
        <w:jc w:val="both"/>
      </w:pPr>
      <w:r>
        <w:rPr>
          <w:rtl/>
        </w:rPr>
        <w:t>ב. מילון</w:t>
      </w:r>
    </w:p>
    <w:p>
      <w:pPr>
        <w:bidi/>
        <w:spacing w:before="0" w:after="100"/>
        <w:jc w:val="both"/>
      </w:pPr>
      <w:r>
        <w:rPr>
          <w:rtl/>
        </w:rPr>
        <w:t>ג. פסנתרן</w:t>
      </w:r>
    </w:p>
    <w:p>
      <w:pPr>
        <w:bidi/>
        <w:spacing w:before="0" w:after="100"/>
        <w:jc w:val="both"/>
      </w:pPr>
      <w:r>
        <w:rPr>
          <w:rtl/>
        </w:rPr>
        <w:t>ד. צרפתית</w:t>
      </w:r>
    </w:p>
    <w:p>
      <w:pPr>
        <w:bidi/>
        <w:spacing w:before="0" w:after="100"/>
        <w:jc w:val="both"/>
      </w:pPr>
      <w:r>
        <w:rPr>
          <w:rtl/>
        </w:rPr>
        <w:t>ה. עוגייה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מילה שנוצרה בדרך בסיס + צורן סופי, לפי ההגדרה.</w:t>
      </w:r>
    </w:p>
    <w:p>
      <w:pPr>
        <w:bidi/>
        <w:spacing w:before="0" w:after="60"/>
        <w:jc w:val="both"/>
      </w:pPr>
      <w:r>
        <w:rPr>
          <w:rtl/>
        </w:rPr>
        <w:t>א. בעל מקצוע שעובד עם חשמל: __________</w:t>
      </w:r>
    </w:p>
    <w:p>
      <w:pPr>
        <w:bidi/>
        <w:spacing w:before="0" w:after="60"/>
        <w:jc w:val="both"/>
      </w:pPr>
      <w:r>
        <w:rPr>
          <w:rtl/>
        </w:rPr>
        <w:t>ב. השפה שמדברים בספרד: __________</w:t>
      </w:r>
    </w:p>
    <w:p>
      <w:pPr>
        <w:bidi/>
        <w:spacing w:before="0" w:after="60"/>
        <w:jc w:val="both"/>
      </w:pPr>
      <w:r>
        <w:rPr>
          <w:rtl/>
        </w:rPr>
        <w:t>ג. כתב עת שיוצא פעם בחודש (מן הבסיס «ירח»): __________</w:t>
      </w:r>
    </w:p>
    <w:p>
      <w:pPr>
        <w:bidi/>
        <w:spacing w:before="0" w:after="60"/>
        <w:jc w:val="both"/>
      </w:pPr>
      <w:r>
        <w:rPr>
          <w:rtl/>
        </w:rPr>
        <w:t>ד. המקום שבו עובד נגר: __________</w:t>
      </w:r>
    </w:p>
    <w:p>
      <w:pPr>
        <w:bidi/>
        <w:spacing w:before="0" w:after="60"/>
        <w:jc w:val="both"/>
      </w:pPr>
      <w:r>
        <w:rPr>
          <w:rtl/>
        </w:rPr>
        <w:t>ה. כף קטנה: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המילה החדשה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הצורן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קופה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־אי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מצחייה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האם המילה בנויה מבסיס + צורן סופי? מיינו.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רפתן  |  זקן  |  ספרון  |  ביטחון  |  כפית  |  שכן  |  חשמלאי  |  גנן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סופי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– האות האחרונה שייכת לשורש או למשקל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בחרו שתי מילים מן הדף שהצורן שלהן מציין «בעל מקצוע». הוסיפו מילה שלישית משלכם עם אותו צורן ואותה משמעות, וכתבו את הבסיס של כל אחת משלוש המילים.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