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י'–י"א   |   מחוון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🔑 מחוון – דף עבודה 2 – משמעויות, שינויים בבסיס, גזירה ונטייה</w:t>
      </w:r>
    </w:p>
    <w:p>
      <w:pPr>
        <w:bidi/>
        <w:spacing w:before="0" w:after="160"/>
        <w:jc w:val="both"/>
      </w:pPr>
      <w:r>
        <w:rPr>
          <w:color w:val="5B6476"/>
          <w:sz w:val="22"/>
          <w:szCs w:val="22"/>
          <w:rtl/>
        </w:rPr>
        <w:t>בסיס וצורן סופי · רמה 2 · העמקה · למורה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פרקו כל מילה לבסיס ולצורן, וכתבו מה השתנה בבסיס.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השתנה בבסיס?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חברה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ה׳ התחלפה בת׳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מילון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מילה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ה׳ נשמטה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ראש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התנועה השתנתה (רֹאשׁ – רִאשׁוֹן)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שנה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ה׳ התחלפה בת׳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עוגייה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עוגה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ה׳ נשמטה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ממשלתי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ממשלה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ה׳ התחלפה בת׳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כתבו ליד כל מילה את הבסיס ואת סוג הבסיס (שם עצם, שם תואר, שם מספר, תואר הפועל).</w:t>
      </w:r>
    </w:p>
    <w:p>
      <w:pPr>
        <w:bidi/>
        <w:spacing w:before="0" w:after="100"/>
        <w:jc w:val="both"/>
      </w:pPr>
      <w:r>
        <w:rPr>
          <w:rtl/>
        </w:rPr>
        <w:t>א. איטי  ← אט – תואר הפועל</w:t>
      </w:r>
    </w:p>
    <w:p>
      <w:pPr>
        <w:bidi/>
        <w:spacing w:before="0" w:after="100"/>
        <w:jc w:val="both"/>
      </w:pPr>
      <w:r>
        <w:rPr>
          <w:rtl/>
        </w:rPr>
        <w:t>ב. רבעון  ← רבע – שם מספר</w:t>
      </w:r>
    </w:p>
    <w:p>
      <w:pPr>
        <w:bidi/>
        <w:spacing w:before="0" w:after="100"/>
        <w:jc w:val="both"/>
      </w:pPr>
      <w:r>
        <w:rPr>
          <w:rtl/>
        </w:rPr>
        <w:t>ג. אנושיות  ← אנושי – שם תואר</w:t>
      </w:r>
    </w:p>
    <w:p>
      <w:pPr>
        <w:bidi/>
        <w:spacing w:before="0" w:after="100"/>
        <w:jc w:val="both"/>
      </w:pPr>
      <w:r>
        <w:rPr>
          <w:rtl/>
        </w:rPr>
        <w:t>ד. בנקאי  ← בנק – שם עצם (מילה לועזית)</w:t>
      </w:r>
    </w:p>
    <w:p>
      <w:pPr>
        <w:bidi/>
        <w:spacing w:before="0" w:after="100"/>
        <w:jc w:val="both"/>
      </w:pPr>
      <w:r>
        <w:rPr>
          <w:rtl/>
        </w:rPr>
        <w:t>ה. ביתי  ← בית – שם עצם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לצורן ־ון יש כמה משמעויות. התאימו כל מילה למשמעות הצורן 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גגון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אוסף (של שירים)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יומון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הקטנה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שירון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כלי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שעון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סדר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אחרון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כתב עת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באילו מילים ־ית הוא צורן גזירה (מילה חדשה), ובאילו – צורן נטייה (נקבה)?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גזירה – מילה חדשה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נטייה – 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כפית, ארונית, מכונית, לוחית, צרפתית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מלצרית, ספרנית, כדורגלנית, פסנתרנית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מה תפקיד הסיומת ־ות במילה שבסוגריים?</w:t>
      </w:r>
    </w:p>
    <w:p>
      <w:pPr>
        <w:bidi/>
        <w:spacing w:before="0" w:after="20"/>
        <w:jc w:val="both"/>
      </w:pPr>
      <w:r>
        <w:rPr>
          <w:rtl/>
        </w:rPr>
        <w:t>א. בין השכנים שררה ידידוּת אמיתית. (ידידוּת)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צורן גזירה – שם מופשט</w:t>
      </w:r>
    </w:p>
    <w:p>
      <w:pPr>
        <w:bidi/>
        <w:spacing w:before="0" w:after="20"/>
        <w:jc w:val="both"/>
      </w:pPr>
      <w:r>
        <w:rPr>
          <w:rtl/>
        </w:rPr>
        <w:t>ב. בכיתה יש שתי ידידוֹת שיושבות יחד. (ידידוֹת)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צורן נטייה – רבות</w:t>
      </w:r>
    </w:p>
    <w:p>
      <w:pPr>
        <w:bidi/>
        <w:spacing w:before="0" w:after="20"/>
        <w:jc w:val="both"/>
      </w:pPr>
      <w:r>
        <w:rPr>
          <w:rtl/>
        </w:rPr>
        <w:t>ג. התבוננתי בציור ארוכות. (ארוכות)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צורן גזירה – תואר הפועל</w:t>
      </w:r>
    </w:p>
    <w:p>
      <w:pPr>
        <w:bidi/>
        <w:spacing w:before="0" w:after="20"/>
        <w:jc w:val="both"/>
      </w:pPr>
      <w:r>
        <w:rPr>
          <w:rtl/>
        </w:rPr>
        <w:t>ד. קנינו שמלות ארוכות. (ארוכות)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צורן נטייה – רבות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במילה «תיכון» הבסיס הוא «תוך». – נכון</w:t>
      </w:r>
    </w:p>
    <w:p>
      <w:pPr>
        <w:bidi/>
        <w:spacing w:before="0" w:after="40"/>
        <w:jc w:val="both"/>
      </w:pPr>
      <w:r>
        <w:rPr>
          <w:rtl/>
        </w:rPr>
        <w:t>ב. המילה «חברתי» בנויה מן הבסיס «חבר» ומן הצורן ־תי. – לא נכון – הבסיס הוא «חברה»: ה׳ התחלפה בת׳, והצורן הוא ־י.</w:t>
      </w:r>
    </w:p>
    <w:p>
      <w:pPr>
        <w:bidi/>
        <w:spacing w:before="0" w:after="40"/>
        <w:jc w:val="both"/>
      </w:pPr>
      <w:r>
        <w:rPr>
          <w:rtl/>
        </w:rPr>
        <w:t>ג. במילה «קופאי» נשמטה ה׳ של הבסיס «קופה». – נכון</w:t>
      </w:r>
    </w:p>
    <w:p>
      <w:pPr>
        <w:bidi/>
        <w:spacing w:before="0" w:after="40"/>
        <w:jc w:val="both"/>
      </w:pPr>
      <w:r>
        <w:rPr>
          <w:rtl/>
        </w:rPr>
        <w:t>ד. במילה «צבאי» הצורן הוא ־אי, כמו במילה «עיתונאי». – לא נכון – הבסיס «צבא» מסתיים באל״ף; הצורן הוא ־י, ו«צבאי» היא שם תואר (שייך לצבא), לא בעל מקצוע.</w:t>
      </w:r>
    </w:p>
    <w:p>
      <w:pPr>
        <w:bidi/>
        <w:spacing w:before="0" w:after="40"/>
        <w:jc w:val="both"/>
      </w:pPr>
      <w:r>
        <w:rPr>
          <w:rtl/>
        </w:rPr>
        <w:t>ה. במילה «מימן» הצורן ־ן מציין יסוד כימי.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צרפו את הצורן לבסיס, וכתבו את המילה החדשה.</w:t>
      </w:r>
    </w:p>
    <w:p>
      <w:pPr>
        <w:bidi/>
        <w:spacing w:before="0" w:after="40"/>
        <w:jc w:val="both"/>
      </w:pPr>
      <w:r>
        <w:rPr>
          <w:rtl/>
        </w:rPr>
        <w:t>א. קיבוץ + ־ניק = קיבוצניק (חבר קיבוץ, בלשון דיבור)</w:t>
      </w:r>
    </w:p>
    <w:p>
      <w:pPr>
        <w:bidi/>
        <w:spacing w:before="0" w:after="40"/>
        <w:jc w:val="both"/>
      </w:pPr>
      <w:r>
        <w:rPr>
          <w:rtl/>
        </w:rPr>
        <w:t>ב. כדורגל + ־ן = כדורגלן</w:t>
      </w:r>
    </w:p>
    <w:p>
      <w:pPr>
        <w:bidi/>
        <w:spacing w:before="0" w:after="40"/>
        <w:jc w:val="both"/>
      </w:pPr>
      <w:r>
        <w:rPr>
          <w:rtl/>
        </w:rPr>
        <w:t>ג. גזע + ־ן = גזען</w:t>
      </w:r>
    </w:p>
    <w:p>
      <w:pPr>
        <w:bidi/>
        <w:spacing w:before="0" w:after="40"/>
        <w:jc w:val="both"/>
      </w:pPr>
      <w:r>
        <w:rPr>
          <w:rtl/>
        </w:rPr>
        <w:t>ד. יצירתי + ־ות = יצירתיות</w:t>
      </w:r>
    </w:p>
    <w:p>
      <w:pPr>
        <w:bidi/>
        <w:spacing w:before="0" w:after="40"/>
        <w:jc w:val="both"/>
      </w:pPr>
      <w:r>
        <w:rPr>
          <w:rtl/>
        </w:rPr>
        <w:t>ה. רבע + ־ון = רבעון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מיינו את המילים המסתיימות ב־ן: בסיס + צורן ־ן, או שורש במשקל קַטְלָן? (רמז: האם יש פועל מאותו שורש?)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+ צורן ־ן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במשקל קַטְלָן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ירקן, רפתן, פסנתרן, אופנוען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רקדן, שקדן, שדכן, דברן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לפניכם שמות של מקומות. כתבו את דרך התצורה של כל מילה ונמקו.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דרך התצורה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נימוק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שורש ומשקל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ס־פ־ר במשקל מִקְטָלָה; «מספר» אינה קשורה במשמעות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נגרייה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בסיס וצורן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נגר + ־ייה – מקום העבודה של הנגר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מאפייה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בסיס וצורן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מאפה + ־ייה – מקום שבו אופים מאפים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מסעדה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שורש ומשקל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ס־ע־ד במשקל מִקְטָלָה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בנייה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שורש ומשקל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ב־נ־י במשקל קְטִילָה – שם פעולה, לא מקום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פרקו כל מילה בשלבים, עד הבסיס הראשון.</w:t>
      </w:r>
    </w:p>
    <w:p>
      <w:pPr>
        <w:bidi/>
        <w:spacing w:before="0" w:after="100"/>
        <w:jc w:val="both"/>
      </w:pPr>
      <w:r>
        <w:rPr>
          <w:rtl/>
        </w:rPr>
        <w:t>א. יצירתיות  ← יצירתי + ־ות ← יצירה + ־י</w:t>
      </w:r>
    </w:p>
    <w:p>
      <w:pPr>
        <w:bidi/>
        <w:spacing w:before="0" w:after="100"/>
        <w:jc w:val="both"/>
      </w:pPr>
      <w:r>
        <w:rPr>
          <w:rtl/>
        </w:rPr>
        <w:t>ב. מקצוענות  ← מקצוען + ־ות ← מקצוע + ־ן</w:t>
      </w:r>
    </w:p>
    <w:p>
      <w:pPr>
        <w:bidi/>
        <w:spacing w:before="0" w:after="100"/>
        <w:jc w:val="both"/>
      </w:pPr>
      <w:r>
        <w:rPr>
          <w:rtl/>
        </w:rPr>
        <w:t>ג. עיתונאות  ← עיתונאי + ־ות ← עיתון + ־אי</w:t>
      </w:r>
    </w:p>
    <w:p>
      <w:pPr>
        <w:bidi/>
        <w:spacing w:before="0" w:after="100"/>
        <w:jc w:val="both"/>
      </w:pPr>
      <w:r>
        <w:rPr>
          <w:rtl/>
        </w:rPr>
        <w:t>ד. ראשוניות  ← ראשוני + ־ות ← ראשון + ־י ← ראש + ־ון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הסבירו מדוע המילה «גננת» אינה דוגמה לבסיס + צורן גזירה סופי.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ב«גננת» הסיומת ־ת היא צורן נטייה: זו צורת הנקבה של «גנן», ולא נוצרת מילה חדשה במילון. גם «גנן» עצמה לא נוצרה מבסיס + צורן: היא בנויה מן השורש ג־נ־ן במשקל קַטָּל (כמו נגר, טבח).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שני משפטים עם המילה «סביבתי»: באחד הסיומת ־י תהיה צורן גזירה (שם תואר), ובשני – צורן נטייה (כינוי שייכות). כתבו ליד כל משפט את סוג הצורן.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גזירה: «בבית הספר יש תוכנית לחינוך סביבתי» (סביבה + ־י, שם תואר). נטייה: «האנשים בסביבתי תמכו בי» (הסביבה שלי – כינוי שייכות).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צרו מן המילה «ראשון» מילה חדשה בעזרת צורן סופי. כתבו את משמעות הצורן, ושלבו את המילה במשפט.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ראשוני = ראשון + ־י (שם תואר): «זהו ממצא ראשוני בלבד». אפשר גם ראשוניות = ראשוני + ־ות (שם מופשט).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