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מבחן מסכם –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מֶשֶׁךְ הַמִּבְחָן: 45 דַּקּוֹת · סַךְ הַכֹּל 100 נְקֻדּוֹת · כִּתְבוּ אֶת דֶּרֶךְ הַפִּתְרוֹן.</w:t>
      </w:r>
    </w:p>
    <w:p>
      <w:pPr>
        <w:bidi/>
        <w:spacing w:before="200" w:after="80"/>
        <w:jc w:val="both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 (12 נק')</w:t>
      </w:r>
    </w:p>
    <w:p>
      <w:pPr>
        <w:bidi/>
        <w:spacing w:before="0" w:after="60"/>
        <w:jc w:val="both"/>
      </w:pPr>
      <w:r>
        <w:rPr>
          <w:rtl/>
        </w:rPr>
        <w:t>א. ‪3 + 4 = __________‬</w:t>
      </w:r>
    </w:p>
    <w:p>
      <w:pPr>
        <w:bidi/>
        <w:spacing w:before="0" w:after="60"/>
        <w:jc w:val="both"/>
      </w:pPr>
      <w:r>
        <w:rPr>
          <w:rtl/>
        </w:rPr>
        <w:t>ב. ‪8 − 5 = __________‬</w:t>
      </w:r>
    </w:p>
    <w:p>
      <w:pPr>
        <w:bidi/>
        <w:spacing w:before="0" w:after="60"/>
        <w:jc w:val="both"/>
      </w:pPr>
      <w:r>
        <w:rPr>
          <w:rtl/>
        </w:rPr>
        <w:t>ג. ‪6 + 0 = __________‬</w:t>
      </w:r>
    </w:p>
    <w:p>
      <w:pPr>
        <w:bidi/>
        <w:spacing w:before="0" w:after="60"/>
        <w:jc w:val="both"/>
      </w:pPr>
      <w:r>
        <w:rPr>
          <w:rtl/>
        </w:rPr>
        <w:t>ד. ‪10 − 7 = __________‬</w:t>
      </w:r>
    </w:p>
    <w:p>
      <w:pPr>
        <w:bidi/>
        <w:spacing w:before="0" w:after="60"/>
        <w:jc w:val="both"/>
      </w:pPr>
      <w:r>
        <w:rPr>
          <w:rtl/>
        </w:rPr>
        <w:t>ה. ‪5 + 5 = __________‬</w:t>
      </w:r>
    </w:p>
    <w:p>
      <w:pPr>
        <w:bidi/>
        <w:spacing w:before="0" w:after="60"/>
        <w:jc w:val="both"/>
      </w:pPr>
      <w:r>
        <w:rPr>
          <w:rtl/>
        </w:rPr>
        <w:t>ו. ‪9 − 9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חַשְּׁבוּ. (10 נק')</w:t>
      </w:r>
    </w:p>
    <w:p>
      <w:pPr>
        <w:bidi/>
        <w:spacing w:before="0" w:after="60"/>
        <w:jc w:val="both"/>
      </w:pPr>
      <w:r>
        <w:rPr>
          <w:rtl/>
        </w:rPr>
        <w:t>א. ‪12 + 5 = __________‬</w:t>
      </w:r>
    </w:p>
    <w:p>
      <w:pPr>
        <w:bidi/>
        <w:spacing w:before="0" w:after="60"/>
        <w:jc w:val="both"/>
      </w:pPr>
      <w:r>
        <w:rPr>
          <w:rtl/>
        </w:rPr>
        <w:t>ב. ‪17 − 4 = __________‬</w:t>
      </w:r>
    </w:p>
    <w:p>
      <w:pPr>
        <w:bidi/>
        <w:spacing w:before="0" w:after="60"/>
        <w:jc w:val="both"/>
      </w:pPr>
      <w:r>
        <w:rPr>
          <w:rtl/>
        </w:rPr>
        <w:t>ג. ‪8 + 6 = __________‬</w:t>
      </w:r>
    </w:p>
    <w:p>
      <w:pPr>
        <w:bidi/>
        <w:spacing w:before="0" w:after="60"/>
        <w:jc w:val="both"/>
      </w:pPr>
      <w:r>
        <w:rPr>
          <w:rtl/>
        </w:rPr>
        <w:t>ד. ‪13 − 5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הַשְׁווּ. כִּתְבוּ &gt; אוֹ &lt; אוֹ =. (6 נק')</w:t>
      </w:r>
    </w:p>
    <w:p>
      <w:pPr>
        <w:bidi/>
        <w:spacing w:before="0" w:after="60"/>
        <w:jc w:val="both"/>
      </w:pPr>
      <w:r>
        <w:rPr>
          <w:rtl/>
        </w:rPr>
        <w:t>א. ‪7 __________ 9‬</w:t>
      </w:r>
    </w:p>
    <w:p>
      <w:pPr>
        <w:bidi/>
        <w:spacing w:before="0" w:after="60"/>
        <w:jc w:val="both"/>
      </w:pPr>
      <w:r>
        <w:rPr>
          <w:rtl/>
        </w:rPr>
        <w:t>ב. ‪16 __________ 12‬</w:t>
      </w:r>
    </w:p>
    <w:p>
      <w:pPr>
        <w:bidi/>
        <w:spacing w:before="0" w:after="60"/>
        <w:jc w:val="both"/>
      </w:pPr>
      <w:r>
        <w:rPr>
          <w:rtl/>
        </w:rPr>
        <w:t>ג. ‪10 __________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הַשְׁלִימוּ. (6 נק')</w:t>
      </w:r>
    </w:p>
    <w:p>
      <w:pPr>
        <w:bidi/>
        <w:spacing w:before="0" w:after="60"/>
        <w:jc w:val="both"/>
      </w:pPr>
      <w:r>
        <w:rPr>
          <w:rtl/>
        </w:rPr>
        <w:t>א. 4, 5, 6, __________</w:t>
      </w:r>
    </w:p>
    <w:p>
      <w:pPr>
        <w:bidi/>
        <w:spacing w:before="0" w:after="60"/>
        <w:jc w:val="both"/>
      </w:pPr>
      <w:r>
        <w:rPr>
          <w:rtl/>
        </w:rPr>
        <w:t>ב. 10, 20, 30, __________</w:t>
      </w:r>
    </w:p>
    <w:p>
      <w:pPr>
        <w:bidi/>
        <w:spacing w:before="0" w:after="60"/>
        <w:jc w:val="both"/>
      </w:pPr>
      <w:r>
        <w:rPr>
          <w:rtl/>
        </w:rPr>
        <w:t>ג. 5, 10, 15,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הַמִּסְפָּר הֶחָסֵר. (6 נק')</w:t>
      </w:r>
    </w:p>
    <w:p>
      <w:pPr>
        <w:bidi/>
        <w:spacing w:before="0" w:after="60"/>
        <w:jc w:val="both"/>
      </w:pPr>
      <w:r>
        <w:rPr>
          <w:rtl/>
        </w:rPr>
        <w:t>א. ‪3 + __________ = 9‬</w:t>
      </w:r>
    </w:p>
    <w:p>
      <w:pPr>
        <w:bidi/>
        <w:spacing w:before="0" w:after="60"/>
        <w:jc w:val="both"/>
      </w:pPr>
      <w:r>
        <w:rPr>
          <w:rtl/>
        </w:rPr>
        <w:t>ב. ‪15 = 10 + __________‬</w:t>
      </w:r>
    </w:p>
    <w:p>
      <w:pPr>
        <w:bidi/>
        <w:spacing w:before="0" w:after="60"/>
        <w:jc w:val="both"/>
      </w:pPr>
      <w:r>
        <w:rPr>
          <w:rtl/>
        </w:rPr>
        <w:t>ג. ‪20 + __________ = 50‬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בַּגִּנָּה 5 פַּרְפָּרִים. בָּאוּ עוֹד 3 פַּרְפָּרִים. כַּמָּה פַּרְפָּרִים בַּגִּנָּה? (8 נק')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🦋🦋🦋🦋🦋 ➕ 🦋🦋🦋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לְאוּרִי הָיוּ 9 עֶפְרוֹנוֹת. הוּא נָתַן 4 עֶפְרוֹנוֹת לְאָחִיו. כַּמָּה עֶפְרוֹנוֹת נִשְׁאֲרוּ לְאוּרִי? (8 נק')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בָּאוֹטוֹבּוּס יָשְׁבוּ 8 יְלָדִים. עָלוּ עוֹד 7 יְלָדִים. כַּמָּה יְלָדִים יֵשׁ עַכְשָׁו בָּאוֹטוֹבּוּס? (8 נק')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עוּגָה עוֹלָה 6 ₪. יוֹאָב שִׁלֵּם בְּמַטְבֵּעַ שֶׁל 10 ₪. כַּמָּה עֹדֶף קִבֵּל? (8 נק')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[אתגר] לְדָנִיֵּאל 14 קְלָפִים. הוּא קִבֵּל עוֹד 3 קְלָפִים וְאַחַר כָּךְ הִפְסִיד 5. כַּמָּה קְלָפִים יֵשׁ לוֹ עַכְשָׁו? (8 נק')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ג': חשיבה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[בינוני] נָכוֹן אוֹ לֹא נָכוֹן? תַּקְּנוּ אֶת הַטָּעוּת. (8 נק')</w:t>
      </w:r>
    </w:p>
    <w:p>
      <w:pPr>
        <w:bidi/>
        <w:spacing w:before="0" w:after="60"/>
        <w:jc w:val="both"/>
      </w:pPr>
      <w:r>
        <w:rPr>
          <w:rtl/>
        </w:rPr>
        <w:t>א. ‪7 + 5 = 12‬      נכון / לא נכון</w:t>
      </w:r>
    </w:p>
    <w:p>
      <w:pPr>
        <w:bidi/>
        <w:spacing w:before="0" w:after="60"/>
        <w:jc w:val="both"/>
      </w:pPr>
      <w:r>
        <w:rPr>
          <w:rtl/>
        </w:rPr>
        <w:t>ב. לְמַלְבֵּן יֵשׁ 3 צְלָעוֹת.      נכון / לא נכון</w:t>
      </w:r>
    </w:p>
    <w:p>
      <w:pPr>
        <w:bidi/>
        <w:spacing w:before="0" w:after="60"/>
        <w:jc w:val="both"/>
      </w:pPr>
      <w:r>
        <w:rPr>
          <w:rtl/>
        </w:rPr>
        <w:t>ג. ‪18 − 8 = 10‬      נכון / לא נכון</w:t>
      </w:r>
    </w:p>
    <w:p>
      <w:pPr>
        <w:bidi/>
        <w:spacing w:before="0" w:after="60"/>
        <w:jc w:val="both"/>
      </w:pPr>
      <w:r>
        <w:rPr>
          <w:rtl/>
        </w:rPr>
        <w:t>ד. בַּמִּסְפָּר 16 יֵשׁ 1 יְחִידוֹת.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מִצְאוּ אֶת הַטָּעוּת: אִיתַי כָּתַב ‪9 + 3 = 11‬. מָה הַתְּשׁוּבָה הַנְּכוֹנָה? הַסְבִּירוּ.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[אתגר] כִּתְבוּ 2 תַּרְגִּילִים שׁוֹנִים שֶׁהַתּוֹצָאָה שֶׁלָּהֶם 10: תַּרְגִּיל חִבּוּר וְתַרְגִּיל חִסּוּר.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