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מחוון למבחן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חַשְּׁבוּ. (12 נק')</w:t>
      </w:r>
    </w:p>
    <w:p>
      <w:pPr>
        <w:bidi/>
        <w:spacing w:before="0" w:after="40"/>
        <w:jc w:val="both"/>
      </w:pPr>
      <w:r>
        <w:rPr>
          <w:rtl/>
        </w:rPr>
        <w:t>א. ‪9 + 6 = 15‬</w:t>
      </w:r>
    </w:p>
    <w:p>
      <w:pPr>
        <w:bidi/>
        <w:spacing w:before="0" w:after="40"/>
        <w:jc w:val="both"/>
      </w:pPr>
      <w:r>
        <w:rPr>
          <w:rtl/>
        </w:rPr>
        <w:t>ב. ‪15 − 7 = 8‬</w:t>
      </w:r>
    </w:p>
    <w:p>
      <w:pPr>
        <w:bidi/>
        <w:spacing w:before="0" w:after="40"/>
        <w:jc w:val="both"/>
      </w:pPr>
      <w:r>
        <w:rPr>
          <w:rtl/>
        </w:rPr>
        <w:t>ג. ‪7 + 8 = 15‬</w:t>
      </w:r>
    </w:p>
    <w:p>
      <w:pPr>
        <w:bidi/>
        <w:spacing w:before="0" w:after="40"/>
        <w:jc w:val="both"/>
      </w:pPr>
      <w:r>
        <w:rPr>
          <w:rtl/>
        </w:rPr>
        <w:t>ד. ‪13 − 9 = 4‬</w:t>
      </w:r>
    </w:p>
    <w:p>
      <w:pPr>
        <w:bidi/>
        <w:spacing w:before="0" w:after="40"/>
        <w:jc w:val="both"/>
      </w:pPr>
      <w:r>
        <w:rPr>
          <w:rtl/>
        </w:rPr>
        <w:t>ה. ‪6 + 7 = 13‬</w:t>
      </w:r>
    </w:p>
    <w:p>
      <w:pPr>
        <w:bidi/>
        <w:spacing w:before="0" w:after="40"/>
        <w:jc w:val="both"/>
      </w:pPr>
      <w:r>
        <w:rPr>
          <w:rtl/>
        </w:rPr>
        <w:t>ו. ‪16 − 8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[אתגר] פִּתְרוּ תַּרְגִּיל אָרֹךְ. (9 נק')</w:t>
      </w:r>
    </w:p>
    <w:p>
      <w:pPr>
        <w:bidi/>
        <w:spacing w:before="0" w:after="40"/>
        <w:jc w:val="both"/>
      </w:pPr>
      <w:r>
        <w:rPr>
          <w:rtl/>
        </w:rPr>
        <w:t>א. ‪8 + 5 − 3 = 10‬</w:t>
      </w:r>
    </w:p>
    <w:p>
      <w:pPr>
        <w:bidi/>
        <w:spacing w:before="0" w:after="40"/>
        <w:jc w:val="both"/>
      </w:pPr>
      <w:r>
        <w:rPr>
          <w:rtl/>
        </w:rPr>
        <w:t>ב. ‪20 − 10 + 6 = 16‬</w:t>
      </w:r>
    </w:p>
    <w:p>
      <w:pPr>
        <w:bidi/>
        <w:spacing w:before="0" w:after="40"/>
        <w:jc w:val="both"/>
      </w:pPr>
      <w:r>
        <w:rPr>
          <w:rtl/>
        </w:rPr>
        <w:t>ג. ‪4 + 4 + 4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הַשְׁלִימוּ אֶת הַמִּסְפָּר הֶחָסֵר. (9 נק')</w:t>
      </w:r>
    </w:p>
    <w:p>
      <w:pPr>
        <w:bidi/>
        <w:spacing w:before="0" w:after="40"/>
        <w:jc w:val="both"/>
      </w:pPr>
      <w:r>
        <w:rPr>
          <w:rtl/>
        </w:rPr>
        <w:t>א. ‪9 + 7 = 16‬</w:t>
      </w:r>
    </w:p>
    <w:p>
      <w:pPr>
        <w:bidi/>
        <w:spacing w:before="0" w:after="40"/>
        <w:jc w:val="both"/>
      </w:pPr>
      <w:r>
        <w:rPr>
          <w:rtl/>
        </w:rPr>
        <w:t>ב. ‪14 − 8 = 6‬</w:t>
      </w:r>
    </w:p>
    <w:p>
      <w:pPr>
        <w:bidi/>
        <w:spacing w:before="0" w:after="40"/>
        <w:jc w:val="both"/>
      </w:pPr>
      <w:r>
        <w:rPr>
          <w:rtl/>
        </w:rPr>
        <w:t>ג. ‪90 − 50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 (6 נק')</w:t>
      </w:r>
    </w:p>
    <w:p>
      <w:pPr>
        <w:bidi/>
        <w:spacing w:before="0" w:after="40"/>
        <w:jc w:val="both"/>
      </w:pPr>
      <w:r>
        <w:rPr>
          <w:rtl/>
        </w:rPr>
        <w:t>א. ‪8 + 5 &gt; 12‬</w:t>
      </w:r>
    </w:p>
    <w:p>
      <w:pPr>
        <w:bidi/>
        <w:spacing w:before="0" w:after="40"/>
        <w:jc w:val="both"/>
      </w:pPr>
      <w:r>
        <w:rPr>
          <w:rtl/>
        </w:rPr>
        <w:t>ב. ‪17 − 9 = 8‬</w:t>
      </w:r>
    </w:p>
    <w:p>
      <w:pPr>
        <w:bidi/>
        <w:spacing w:before="0" w:after="40"/>
        <w:jc w:val="both"/>
      </w:pPr>
      <w:r>
        <w:rPr>
          <w:rtl/>
        </w:rPr>
        <w:t>ג. ‪30 + 40 &lt;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הַשְׁלִימוּ אֶת הַסִּדְרָה. (4 נק')</w:t>
      </w:r>
    </w:p>
    <w:p>
      <w:pPr>
        <w:bidi/>
        <w:spacing w:before="0" w:after="40"/>
        <w:jc w:val="both"/>
      </w:pPr>
      <w:r>
        <w:rPr>
          <w:rtl/>
        </w:rPr>
        <w:t>א. 35, 40, 45, 50</w:t>
      </w:r>
    </w:p>
    <w:p>
      <w:pPr>
        <w:bidi/>
        <w:spacing w:before="0" w:after="40"/>
        <w:jc w:val="both"/>
      </w:pPr>
      <w:r>
        <w:rPr>
          <w:rtl/>
        </w:rPr>
        <w:t>ב. 20, 18, 16, 14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בַּסִּפְרִיָּה 9 סְפָרֵי חַיּוֹת וְ-8 סִפְרֵי סִפּוּרִים. כַּמָּה סְפָרִים יֵשׁ בְּסַךְ הַכֹּל?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+ 1 = 10‬ ; ‪10 + 7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17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לְעוֹמֶר 6 גֻּלּוֹת. כַּמָּה גֻּלּוֹת חֲסֵרוֹת לוֹ כְּדֵי שֶׁיִּהְיוּ לוֹ 13 גֻּלּוֹת?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___ = 13‬ ; ‪13 − 6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חסרות לעומר 7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מִיכַל קָנְתָה מַחַק בְּ-3 ₪ וְעִפָּרוֹן בְּ-4 ₪. הִיא שִׁלְּמָה בְּמַטְבֵּעַ שֶׁל 10 ₪. כַּמָּה עֹדֶף קִבְּלָה?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+ 4 = 7‬ ; ‪10 − 7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מיכל קיבלה 3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[אתגר] הַחוּג שֶׁל אֲרִיאֵל מַתְחִיל בְּשָׁעָה 3 וְנִמְשָׁךְ 2 שָׁעוֹת. אַחֲרָיו הוּא מְשַׂחֵק עוֹד שָׁעָה אַחַת בַּפַּארְק. בְּאֵיזוֹ שָׁעָה הוּא חוֹזֵר הַבַּיְתָה?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+ 2 = 5‬ ; ‪5 + 1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אריאל חוזר הביתה בשעה 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לִשְׁנֵי מְשֻׁלָּשִׁים וּלְרִבּוּעַ אֶחָד – כַּמָּה צְלָעוֹת יֵשׁ יַחַד?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+ 3 = 6‬ ; ‪6 + 4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יחד יש 10 צלעות.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[אתגר] מִצְאוּ אֶת הַטָּעוּת: דָּוִד כָּתַב ‪14 − 6 = 9‬. מָה הַתְּשׁוּבָה הַנְּכוֹנָה? הַסְבִּירוּ אֵיךְ בּוֹדְקִים.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‪14 − 4 = 10‬, ועוד ‪2: 10 − 2 = 8‬. בודקים: ‪8 + 6 = 14‬. התשובה הנכונה 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[אתגר] אֲנִי מִסְפָּר בֵּין 10 לְ-20. יֵשׁ לִי 7 יְחִידוֹת. אִם מוֹסִיפִים לִי 3 מְקַבְּלִים 20. מִי אֲנִי?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17, כי ‪17 = 10 + 7‬ ו-‪17 + 3 = 20‬.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הַשְׁלִימוּ אֶת רִבּוּעַ הַקֶּסֶם: בְּכָל שׁוּרָה הַסְּכוּם הוּא 10. ‪___ + 3 + 5 = 10‬ ; ‪4 + ___ + 4 = 10‬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 + 3 + 5 = 10‬ ; ‪4 + 2 + 4 = 10‬. החסרים: 2 ו-2.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