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א'   |   דף סיכום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המספרים עד 10: ספירה, כתיבה, השוואה וסדר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1D4ED8"/>
          <w:sz w:val="24"/>
          <w:szCs w:val="24"/>
          <w:rtl/>
        </w:rPr>
        <w:t>דַּף סִכּוּם: סוֹפְרִים, כּוֹתְבִים וּמַשְׁוִים מִסְפָּרִים עַד 10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1_t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סוֹפְרִים</w:t>
      </w:r>
    </w:p>
    <w:p>
      <w:pPr>
        <w:bidi/>
        <w:spacing w:before="0" w:after="40"/>
        <w:jc w:val="both"/>
      </w:pPr>
      <w:r>
        <w:rPr>
          <w:rtl/>
        </w:rPr>
        <w:t>סוֹפְרִים כָּל חֵפֶץ פַּעַם אַחַת. הַמִּסְפָּר הָאַחֲרוֹן הוּא הַתְּשׁוּבָה.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דֻּגְמָה: 🐢🐢🐢🐢 = 4</w:t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יְשַׁר הַמִּסְפָּרִים</w:t>
      </w:r>
    </w:p>
    <w:p>
      <w:pPr>
        <w:bidi/>
        <w:spacing w:before="0" w:after="40"/>
        <w:jc w:val="both"/>
      </w:pPr>
      <w:r>
        <w:rPr>
          <w:rtl/>
        </w:rPr>
        <w:t>כָּל מִסְפָּר גָּדוֹל בְּ-1 מִן הַמִּסְפָּר שֶׁלְּפָנָיו.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דוגמאות: 0, 1, 2, 3, 4, 5, 6, 7, 8, 9, 10</w:t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מַשְׁוִים</w:t>
      </w:r>
    </w:p>
    <w:p>
      <w:pPr>
        <w:bidi/>
        <w:spacing w:before="0" w:after="40"/>
        <w:jc w:val="both"/>
      </w:pPr>
      <w:r>
        <w:rPr>
          <w:rtl/>
        </w:rPr>
        <w:t>הַצַּד הַפָּתוּחַ שֶׁל הַסִּימָן פּוֹנֶה אֶל הַמִּסְפָּר הַגָּדוֹל.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גָּדוֹל מִ-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קָטָן מִ-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שָׁוֶה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 &gt; 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 &lt; 9‬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‪5 = 5‬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כְּדֵי לְהַשְׁווֹת, מַתְאִימִים אֶחָד לְאֶחָד. לְמִי שֶׁנִּשְׁאֲרוּ עוֹד – יֵשׁ יוֹתֵר.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‪6 ___ 9‬</w:t>
      </w:r>
    </w:p>
    <w:p>
      <w:pPr>
        <w:bidi/>
        <w:spacing w:before="0" w:after="20"/>
        <w:jc w:val="both"/>
      </w:pPr>
      <w:r>
        <w:rPr>
          <w:rtl/>
        </w:rPr>
        <w:t>1. 9 בָּא אַחֲרֵי 6 עַל יְשַׁר הַמִּסְפָּרִים.</w:t>
      </w:r>
    </w:p>
    <w:p>
      <w:pPr>
        <w:bidi/>
        <w:spacing w:before="0" w:after="20"/>
        <w:jc w:val="both"/>
      </w:pPr>
      <w:r>
        <w:rPr>
          <w:rtl/>
        </w:rPr>
        <w:t>2. לָכֵן 6 קָטָן מִ-9.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‪6 &lt; 9‬</w:t>
      </w:r>
    </w:p>
    <w:p>
      <w:pPr>
        <w:bidi/>
        <w:spacing w:before="120" w:after="8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בודקים את עצמנו – הַשְׁלִימוּ:</w:t>
      </w:r>
    </w:p>
    <w:p>
      <w:pPr>
        <w:bidi/>
        <w:spacing w:before="0" w:after="60"/>
        <w:jc w:val="both"/>
      </w:pPr>
      <w:r>
        <w:rPr>
          <w:rtl/>
        </w:rPr>
        <w:t>א. ⭐⭐⭐⭐⭐ = __________</w:t>
      </w:r>
    </w:p>
    <w:p>
      <w:pPr>
        <w:bidi/>
        <w:spacing w:before="0" w:after="60"/>
        <w:jc w:val="both"/>
      </w:pPr>
      <w:r>
        <w:rPr>
          <w:rtl/>
        </w:rPr>
        <w:t>ב. אַחֲרֵי 8 בָּא __________</w:t>
      </w:r>
    </w:p>
    <w:p>
      <w:pPr>
        <w:bidi/>
        <w:spacing w:before="0" w:after="60"/>
        <w:jc w:val="both"/>
      </w:pPr>
      <w:r>
        <w:rPr>
          <w:rtl/>
        </w:rPr>
        <w:t>ג. לִפְנֵי 1 בָּא __________</w:t>
      </w:r>
    </w:p>
    <w:p>
      <w:pPr>
        <w:bidi/>
        <w:spacing w:before="0" w:after="60"/>
        <w:jc w:val="both"/>
      </w:pPr>
      <w:r>
        <w:rPr>
          <w:rtl/>
        </w:rPr>
        <w:t>ד. ‪10 __________ 7‬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5 · ב. 9 · ג. 0 · ד. &gt;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