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המספרים עד 10: ספירה, כתיבה, השוואה וסדר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סוֹפְרִים כָּל חֵפֶץ פַּעַם אַחַת וּמַצְבִּיעִים עָלָיו.</w:t>
      </w:r>
    </w:p>
    <w:p>
      <w:pPr>
        <w:bidi/>
        <w:spacing w:before="0" w:after="20"/>
        <w:jc w:val="both"/>
      </w:pPr>
      <w:r>
        <w:rPr>
          <w:rtl/>
        </w:rPr>
        <w:t>2. שָׁלָב 2: הַמִּסְפָּר הָאַחֲרוֹן שֶׁאָמַרְנוּ הוּא הַתְּשׁוּבָה.</w:t>
      </w:r>
    </w:p>
    <w:p>
      <w:pPr>
        <w:bidi/>
        <w:spacing w:before="0" w:after="20"/>
        <w:jc w:val="both"/>
      </w:pPr>
      <w:r>
        <w:rPr>
          <w:rtl/>
        </w:rPr>
        <w:t>3. שָׁלָב 3: כְּדֵי לְהַשְׁווֹת, בּוֹדְקִים מִי בָּא אַחֲרֵי מִי עַל יְשַׁר הַמִּסְפָּרִים. מִי שֶׁבָּא אַחֲרֵי – גָּדוֹל יוֹתֵר.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לְנוֹעַם 🚗🚗🚗🚗🚗🚗 וּלְאִיתַי 🚗🚗🚗🚗. לְמִי יֵשׁ יוֹתֵר מְכוֹנִיּוֹת?</w:t>
      </w:r>
    </w:p>
    <w:p>
      <w:pPr>
        <w:bidi/>
        <w:spacing w:before="0" w:after="20"/>
        <w:jc w:val="both"/>
      </w:pPr>
      <w:r>
        <w:rPr>
          <w:rtl/>
        </w:rPr>
        <w:t>1. סוֹפְרִים: לְנוֹעַם 6 מְכוֹנִיּוֹת.</w:t>
      </w:r>
    </w:p>
    <w:p>
      <w:pPr>
        <w:bidi/>
        <w:spacing w:before="0" w:after="20"/>
        <w:jc w:val="both"/>
      </w:pPr>
      <w:r>
        <w:rPr>
          <w:rtl/>
        </w:rPr>
        <w:t>2. סוֹפְרִים: לְאִיתַי 4 מְכוֹנִיּוֹת.</w:t>
      </w:r>
    </w:p>
    <w:p>
      <w:pPr>
        <w:bidi/>
        <w:spacing w:before="0" w:after="20"/>
        <w:jc w:val="both"/>
      </w:pPr>
      <w:r>
        <w:rPr>
          <w:rtl/>
        </w:rPr>
        <w:t>3. 6 בָּא אַחֲרֵי 4, וְלָכֵן ‪6 &gt; 4‬.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לְנוֹעַם יֵשׁ יוֹתֵר מְכוֹנִיּוֹת.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וְכִתְבוּ כַּמָּה.</w:t>
      </w:r>
    </w:p>
    <w:p>
      <w:pPr>
        <w:bidi/>
        <w:spacing w:before="0" w:after="60"/>
        <w:jc w:val="both"/>
      </w:pPr>
      <w:r>
        <w:rPr>
          <w:rtl/>
        </w:rPr>
        <w:t>א. 🍎🍎🍎 = __________</w:t>
      </w:r>
    </w:p>
    <w:p>
      <w:pPr>
        <w:bidi/>
        <w:spacing w:before="0" w:after="60"/>
        <w:jc w:val="both"/>
      </w:pPr>
      <w:r>
        <w:rPr>
          <w:rtl/>
        </w:rPr>
        <w:t>ב. ⭐⭐⭐⭐⭐⭐ = __________</w:t>
      </w:r>
    </w:p>
    <w:p>
      <w:pPr>
        <w:bidi/>
        <w:spacing w:before="0" w:after="60"/>
        <w:jc w:val="both"/>
      </w:pPr>
      <w:r>
        <w:rPr>
          <w:rtl/>
        </w:rPr>
        <w:t>ג. 🐟🐟🐟🐟🐟🐟🐟🐟 = __________</w:t>
      </w:r>
    </w:p>
    <w:p>
      <w:pPr>
        <w:bidi/>
        <w:spacing w:before="0" w:after="60"/>
        <w:jc w:val="both"/>
      </w:pPr>
      <w:r>
        <w:rPr>
          <w:rtl/>
        </w:rPr>
        <w:t>ד. ⚽⚽ = __________</w:t>
      </w:r>
    </w:p>
    <w:p>
      <w:pPr>
        <w:bidi/>
        <w:spacing w:before="0" w:after="60"/>
        <w:jc w:val="both"/>
      </w:pPr>
      <w:r>
        <w:rPr>
          <w:rtl/>
        </w:rPr>
        <w:t>ה. 🎈🎈🎈🎈🎈🎈🎈🎈🎈🎈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אֶת הַמִּסְפָּר שֶׁבָּא אַחֲרָיו.</w:t>
      </w:r>
    </w:p>
    <w:p>
      <w:pPr>
        <w:bidi/>
        <w:spacing w:before="0" w:after="60"/>
        <w:jc w:val="both"/>
      </w:pPr>
      <w:r>
        <w:rPr>
          <w:rtl/>
        </w:rPr>
        <w:t>א. 4, __________</w:t>
      </w:r>
    </w:p>
    <w:p>
      <w:pPr>
        <w:bidi/>
        <w:spacing w:before="0" w:after="60"/>
        <w:jc w:val="both"/>
      </w:pPr>
      <w:r>
        <w:rPr>
          <w:rtl/>
        </w:rPr>
        <w:t>ב. 7, __________</w:t>
      </w:r>
    </w:p>
    <w:p>
      <w:pPr>
        <w:bidi/>
        <w:spacing w:before="0" w:after="60"/>
        <w:jc w:val="both"/>
      </w:pPr>
      <w:r>
        <w:rPr>
          <w:rtl/>
        </w:rPr>
        <w:t>ג. 0, __________</w:t>
      </w:r>
    </w:p>
    <w:p>
      <w:pPr>
        <w:bidi/>
        <w:spacing w:before="0" w:after="60"/>
        <w:jc w:val="both"/>
      </w:pPr>
      <w:r>
        <w:rPr>
          <w:rtl/>
        </w:rPr>
        <w:t>ד. 9,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הַשְׁלִימוּ אֶת הַמִּסְפָּרִים הַחֲסֵרִים.</w:t>
      </w:r>
    </w:p>
    <w:p>
      <w:pPr>
        <w:bidi/>
        <w:spacing w:before="0" w:after="60"/>
        <w:jc w:val="both"/>
      </w:pPr>
      <w:r>
        <w:rPr>
          <w:rtl/>
        </w:rPr>
        <w:t>א. 1, 2, __________, 4, 5</w:t>
      </w:r>
    </w:p>
    <w:p>
      <w:pPr>
        <w:bidi/>
        <w:spacing w:before="0" w:after="60"/>
        <w:jc w:val="both"/>
      </w:pPr>
      <w:r>
        <w:rPr>
          <w:rtl/>
        </w:rPr>
        <w:t>ב. 5, 6, 7, __________, 9</w:t>
      </w:r>
    </w:p>
    <w:p>
      <w:pPr>
        <w:bidi/>
        <w:spacing w:before="0" w:after="60"/>
        <w:jc w:val="both"/>
      </w:pPr>
      <w:r>
        <w:rPr>
          <w:rtl/>
        </w:rPr>
        <w:t>ג. __________, 1, 2, 3</w:t>
      </w:r>
    </w:p>
    <w:p>
      <w:pPr>
        <w:bidi/>
        <w:spacing w:before="0" w:after="60"/>
        <w:jc w:val="both"/>
      </w:pPr>
      <w:r>
        <w:rPr>
          <w:rtl/>
        </w:rPr>
        <w:t>ד. 6, __________, 8, 9, 10</w:t>
      </w:r>
    </w:p>
    <w:p>
      <w:pPr>
        <w:bidi/>
        <w:spacing w:before="0" w:after="60"/>
        <w:jc w:val="both"/>
      </w:pPr>
      <w:r>
        <w:rPr>
          <w:rtl/>
        </w:rPr>
        <w:t>ה. 10, 9, 8, __________,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הַשְׁווּ. כִּתְבוּ &gt; אוֹ &lt; אוֹ =.</w:t>
      </w:r>
    </w:p>
    <w:p>
      <w:pPr>
        <w:bidi/>
        <w:spacing w:before="0" w:after="60"/>
        <w:jc w:val="both"/>
      </w:pPr>
      <w:r>
        <w:rPr>
          <w:rtl/>
        </w:rPr>
        <w:t>א. ‪7 __________ 3‬</w:t>
      </w:r>
    </w:p>
    <w:p>
      <w:pPr>
        <w:bidi/>
        <w:spacing w:before="0" w:after="60"/>
        <w:jc w:val="both"/>
      </w:pPr>
      <w:r>
        <w:rPr>
          <w:rtl/>
        </w:rPr>
        <w:t>ב. ‪2 __________ 6‬</w:t>
      </w:r>
    </w:p>
    <w:p>
      <w:pPr>
        <w:bidi/>
        <w:spacing w:before="0" w:after="60"/>
        <w:jc w:val="both"/>
      </w:pPr>
      <w:r>
        <w:rPr>
          <w:rtl/>
        </w:rPr>
        <w:t>ג. ‪5 __________ 5‬</w:t>
      </w:r>
    </w:p>
    <w:p>
      <w:pPr>
        <w:bidi/>
        <w:spacing w:before="0" w:after="60"/>
        <w:jc w:val="both"/>
      </w:pPr>
      <w:r>
        <w:rPr>
          <w:rtl/>
        </w:rPr>
        <w:t>ד. ‪0 __________ 4‬</w:t>
      </w:r>
    </w:p>
    <w:p>
      <w:pPr>
        <w:bidi/>
        <w:spacing w:before="0" w:after="60"/>
        <w:jc w:val="both"/>
      </w:pPr>
      <w:r>
        <w:rPr>
          <w:rtl/>
        </w:rPr>
        <w:t>ה. ‪9 __________ 10‬</w:t>
      </w:r>
    </w:p>
    <w:p>
      <w:pPr>
        <w:bidi/>
        <w:spacing w:before="0" w:after="60"/>
        <w:jc w:val="both"/>
      </w:pPr>
      <w:r>
        <w:rPr>
          <w:rtl/>
        </w:rPr>
        <w:t>ו. ‪8 __________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לִפְנֵי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אַחֲרֵי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מִתְחוּ קַו מִן הַצִּיּוּר אֶל הַמִּסְפָּר.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🐢🐢🐢🐢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🍓🍓🍓🍓🍓🍓🍓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🚗🚗🚗🚗🚗🚗🚗🚗🚗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🍇🍇🍇🍇🍇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‪8 &gt; 6‬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‪3 &gt; 5‬      נכון / לא נכון</w:t>
      </w:r>
    </w:p>
    <w:p>
      <w:pPr>
        <w:bidi/>
        <w:spacing w:before="0" w:after="60"/>
        <w:jc w:val="both"/>
      </w:pPr>
      <w:r>
        <w:rPr>
          <w:rtl/>
        </w:rPr>
        <w:t>ג. אַחֲרֵי 7 בָּא 8.      נכון / לא נכון</w:t>
      </w:r>
    </w:p>
    <w:p>
      <w:pPr>
        <w:bidi/>
        <w:spacing w:before="0" w:after="60"/>
        <w:jc w:val="both"/>
      </w:pPr>
      <w:r>
        <w:rPr>
          <w:rtl/>
        </w:rPr>
        <w:t>ד. 0 גָּדוֹל מִ-1.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מַיְּנוּ אֶת הַמִּסְפָּרִים.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2  |  8  |  0  |  6  |  4  |  9  |  1  |  7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קְטַנִּים מִ-5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גְּדוֹלִים מִ-5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אֵיזֶה מִסְפָּר בָּא בֵּין 5 לְ-7?</w:t>
      </w:r>
    </w:p>
    <w:p>
      <w:pPr>
        <w:bidi/>
        <w:spacing w:before="0" w:after="80"/>
        <w:jc w:val="both"/>
      </w:pPr>
      <w:r>
        <w:rPr>
          <w:rtl/>
        </w:rPr>
        <w:t xml:space="preserve">   ○ 4      ○ 6      ○ 8</w:t>
      </w:r>
    </w:p>
    <w:p>
      <w:pPr>
        <w:bidi/>
        <w:spacing w:before="0" w:after="20"/>
        <w:jc w:val="both"/>
      </w:pPr>
      <w:r>
        <w:rPr>
          <w:rtl/>
        </w:rPr>
        <w:t>ב. אֵיזֶה מִסְפָּר הוּא הַקָּטָן בְּיוֹתֵר?</w:t>
      </w:r>
    </w:p>
    <w:p>
      <w:pPr>
        <w:bidi/>
        <w:spacing w:before="0" w:after="80"/>
        <w:jc w:val="both"/>
      </w:pPr>
      <w:r>
        <w:rPr>
          <w:rtl/>
        </w:rPr>
        <w:t xml:space="preserve">   ○ 3      ○ 7      ○ 0</w:t>
      </w:r>
    </w:p>
    <w:p>
      <w:pPr>
        <w:bidi/>
        <w:spacing w:before="0" w:after="20"/>
        <w:jc w:val="both"/>
      </w:pPr>
      <w:r>
        <w:rPr>
          <w:rtl/>
        </w:rPr>
        <w:t>ג. בְּאֵיזוֹ קְבוּצָה יֵשׁ 6?</w:t>
      </w:r>
    </w:p>
    <w:p>
      <w:pPr>
        <w:bidi/>
        <w:spacing w:before="0" w:after="80"/>
        <w:jc w:val="both"/>
      </w:pPr>
      <w:r>
        <w:rPr>
          <w:rtl/>
        </w:rPr>
        <w:t xml:space="preserve">   ○ 🐥🐥🐥🐥🐥🐥      ○ 🐥🐥🐥🐥      ○ 🐥🐥🐥🐥🐥🐥🐥🐥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סַדְּרוּ מִן הַקָּטָן אֶל הַגָּדוֹל: 7, 2, 9, 0, 5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עַל הֶעָלֶה יֵשׁ פָּרוֹת מֹשֶׁה רַבֵּנוּ. סִפְרוּ: כַּמָּה פָּרוֹת מֹשֶׁה רַבֵּנוּ יֵשׁ עַל הֶעָלֶה?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🐞🐞🐞🐞🐞🐞🐞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בְּאַרְגַּז הַמִּשְׂחָקִים יֵשׁ 5 כַּדּוּרֵי רֶגֶל וְ-3 כַּדּוּרֵי סַל. מֵאֵיזֶה סוּג יֵשׁ יוֹתֵר? בְּכַמָּה?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⚽⚽⚽⚽⚽ 🏀🏀🏀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לְאוּרִי 6 מַדְבֵּקוֹת. הוּא קִבֵּל עוֹד מַדְבֵּקָה אַחַת. כַּמָּה מַדְבֵּקוֹת יֵשׁ לְאוּרִי עַכְשָׁו?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⭐⭐⭐⭐⭐⭐ ➕ ⭐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בַּחֲנָיָה עוֹמְדוֹת 9 מְכוֹנִיּוֹת. מְכוֹנִית אַחַת יָצְאָה. כַּמָּה מְכוֹנִיּוֹת נִשְׁאֲרוּ בַּחֲנָיָה?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🚗🚗🚗🚗🚗🚗🚗🚗🚗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דָּוִד גָּר בְּבַיִת מִסְפָּר 7. עִידוֹ גָּר בַּבַּיִת שֶׁבָּא מִיָּד אַחֲרָיו. מָה הַמִּסְפָּר עַל הַבַּיִת שֶׁל עִידוֹ?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יְלָדִים עוֹמְדִים בַּתּוֹר לַמִּגְלָשָׁה. עוֹמֶר שְׁלִישִׁי בַּתּוֹר, וְאַחֲרָיו עוֹמְדִים עוֹד 2 יְלָדִים. כַּמָּה יְלָדִים עוֹמְדִים בַּתּוֹר?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17. סִפְרוּ. גִּזְרוּ אֶת כַּרְטִיסֵי הַמִּסְפָּרִים, וְהַדְבִּיקוּ לְיַד כָּל קְבוּצָה אֶת הַמִּסְפָּר שֶׁלָּהּ.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🍎🍎🍎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⭐⭐⭐⭐⭐⭐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🐟🐟🐟🐟🐟🐟🐟🐟🐟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🎈🎈🎈🎈🎈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⚽⚽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הַתְאִימוּ תְּמוּנָה לַמִּשְׁפָּט: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🐞🐞🐞🐞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🌸🌸🌸🌸🌸🌸🌸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🚗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🐥🐥🐥🐥🐥🐥🐥🐥🐥🐥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בָּרְחוֹב חוֹנָה מְכוֹנִית אַחַת.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עַל הֶעָלֶה יֵשׁ 4 פָּרוֹת מֹשֶׁה רַבֵּנוּ.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בַּגִּנָּה יֵשׁ 7 פְּרָחִים.</w:t>
      </w:r>
    </w:p>
    <w:p>
      <w:pPr>
        <w:bidi/>
        <w:spacing w:before="0" w:after="60"/>
        <w:jc w:val="both"/>
      </w:pPr>
      <w:r>
        <w:rPr>
          <w:sz w:val="25"/>
          <w:szCs w:val="25"/>
          <w:rtl/>
        </w:rPr>
        <w:t>[      ]   בֶּחָצֵר יֵשׁ 10 אֶפְרוֹחִים.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המספרים עד 10: ספירה, כתיבה, השוואה וסדר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5, מְשִׂימָה 17.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2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9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5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6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המספרים עד 10: ספירה, כתיבה, השוואה וסדר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סִפְרוּ וְכִתְבוּ כַּמָּה.</w:t>
      </w:r>
    </w:p>
    <w:p>
      <w:pPr>
        <w:bidi/>
        <w:spacing w:before="0" w:after="40"/>
        <w:jc w:val="both"/>
      </w:pPr>
      <w:r>
        <w:rPr>
          <w:rtl/>
        </w:rPr>
        <w:t>א. 🍎🍎🍎 = 3</w:t>
      </w:r>
    </w:p>
    <w:p>
      <w:pPr>
        <w:bidi/>
        <w:spacing w:before="0" w:after="40"/>
        <w:jc w:val="both"/>
      </w:pPr>
      <w:r>
        <w:rPr>
          <w:rtl/>
        </w:rPr>
        <w:t>ב. ⭐⭐⭐⭐⭐⭐ = 6</w:t>
      </w:r>
    </w:p>
    <w:p>
      <w:pPr>
        <w:bidi/>
        <w:spacing w:before="0" w:after="40"/>
        <w:jc w:val="both"/>
      </w:pPr>
      <w:r>
        <w:rPr>
          <w:rtl/>
        </w:rPr>
        <w:t>ג. 🐟🐟🐟🐟🐟🐟🐟🐟 = 8</w:t>
      </w:r>
    </w:p>
    <w:p>
      <w:pPr>
        <w:bidi/>
        <w:spacing w:before="0" w:after="40"/>
        <w:jc w:val="both"/>
      </w:pPr>
      <w:r>
        <w:rPr>
          <w:rtl/>
        </w:rPr>
        <w:t>ד. ⚽⚽ = 2</w:t>
      </w:r>
    </w:p>
    <w:p>
      <w:pPr>
        <w:bidi/>
        <w:spacing w:before="0" w:after="40"/>
        <w:jc w:val="both"/>
      </w:pPr>
      <w:r>
        <w:rPr>
          <w:rtl/>
        </w:rPr>
        <w:t>ה. 🎈🎈🎈🎈🎈🎈🎈🎈🎈🎈 = 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כִּתְבוּ אֶת הַמִּסְפָּר שֶׁבָּא אַחֲרָיו.</w:t>
      </w:r>
    </w:p>
    <w:p>
      <w:pPr>
        <w:bidi/>
        <w:spacing w:before="0" w:after="40"/>
        <w:jc w:val="both"/>
      </w:pPr>
      <w:r>
        <w:rPr>
          <w:rtl/>
        </w:rPr>
        <w:t>א. 4, 5</w:t>
      </w:r>
    </w:p>
    <w:p>
      <w:pPr>
        <w:bidi/>
        <w:spacing w:before="0" w:after="40"/>
        <w:jc w:val="both"/>
      </w:pPr>
      <w:r>
        <w:rPr>
          <w:rtl/>
        </w:rPr>
        <w:t>ב. 7, 8</w:t>
      </w:r>
    </w:p>
    <w:p>
      <w:pPr>
        <w:bidi/>
        <w:spacing w:before="0" w:after="40"/>
        <w:jc w:val="both"/>
      </w:pPr>
      <w:r>
        <w:rPr>
          <w:rtl/>
        </w:rPr>
        <w:t>ג. 0, 1</w:t>
      </w:r>
    </w:p>
    <w:p>
      <w:pPr>
        <w:bidi/>
        <w:spacing w:before="0" w:after="40"/>
        <w:jc w:val="both"/>
      </w:pPr>
      <w:r>
        <w:rPr>
          <w:rtl/>
        </w:rPr>
        <w:t>ד. 9, 10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הַשְׁלִימוּ אֶת הַמִּסְפָּרִים הַחֲסֵרִים.</w:t>
      </w:r>
    </w:p>
    <w:p>
      <w:pPr>
        <w:bidi/>
        <w:spacing w:before="0" w:after="40"/>
        <w:jc w:val="both"/>
      </w:pPr>
      <w:r>
        <w:rPr>
          <w:rtl/>
        </w:rPr>
        <w:t>א. 1, 2, 3, 4, 5</w:t>
      </w:r>
    </w:p>
    <w:p>
      <w:pPr>
        <w:bidi/>
        <w:spacing w:before="0" w:after="40"/>
        <w:jc w:val="both"/>
      </w:pPr>
      <w:r>
        <w:rPr>
          <w:rtl/>
        </w:rPr>
        <w:t>ב. 5, 6, 7, 8, 9</w:t>
      </w:r>
    </w:p>
    <w:p>
      <w:pPr>
        <w:bidi/>
        <w:spacing w:before="0" w:after="40"/>
        <w:jc w:val="both"/>
      </w:pPr>
      <w:r>
        <w:rPr>
          <w:rtl/>
        </w:rPr>
        <w:t>ג. 0, 1, 2, 3</w:t>
      </w:r>
    </w:p>
    <w:p>
      <w:pPr>
        <w:bidi/>
        <w:spacing w:before="0" w:after="40"/>
        <w:jc w:val="both"/>
      </w:pPr>
      <w:r>
        <w:rPr>
          <w:rtl/>
        </w:rPr>
        <w:t>ד. 6, 7, 8, 9, 10</w:t>
      </w:r>
    </w:p>
    <w:p>
      <w:pPr>
        <w:bidi/>
        <w:spacing w:before="0" w:after="40"/>
        <w:jc w:val="both"/>
      </w:pPr>
      <w:r>
        <w:rPr>
          <w:rtl/>
        </w:rPr>
        <w:t>ה. 10, 9, 8, 7, 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הַשְׁווּ. כִּתְבוּ &gt; אוֹ &lt; אוֹ =.</w:t>
      </w:r>
    </w:p>
    <w:p>
      <w:pPr>
        <w:bidi/>
        <w:spacing w:before="0" w:after="40"/>
        <w:jc w:val="both"/>
      </w:pPr>
      <w:r>
        <w:rPr>
          <w:rtl/>
        </w:rPr>
        <w:t>א. ‪7 &gt; 3‬</w:t>
      </w:r>
    </w:p>
    <w:p>
      <w:pPr>
        <w:bidi/>
        <w:spacing w:before="0" w:after="40"/>
        <w:jc w:val="both"/>
      </w:pPr>
      <w:r>
        <w:rPr>
          <w:rtl/>
        </w:rPr>
        <w:t>ב. ‪2 &lt; 6‬</w:t>
      </w:r>
    </w:p>
    <w:p>
      <w:pPr>
        <w:bidi/>
        <w:spacing w:before="0" w:after="40"/>
        <w:jc w:val="both"/>
      </w:pPr>
      <w:r>
        <w:rPr>
          <w:rtl/>
        </w:rPr>
        <w:t>ג. ‪5 = 5‬</w:t>
      </w:r>
    </w:p>
    <w:p>
      <w:pPr>
        <w:bidi/>
        <w:spacing w:before="0" w:after="40"/>
        <w:jc w:val="both"/>
      </w:pPr>
      <w:r>
        <w:rPr>
          <w:rtl/>
        </w:rPr>
        <w:t>ד. ‪0 &lt; 4‬</w:t>
      </w:r>
    </w:p>
    <w:p>
      <w:pPr>
        <w:bidi/>
        <w:spacing w:before="0" w:after="40"/>
        <w:jc w:val="both"/>
      </w:pPr>
      <w:r>
        <w:rPr>
          <w:rtl/>
        </w:rPr>
        <w:t>ה. ‪9 &lt; 10‬</w:t>
      </w:r>
    </w:p>
    <w:p>
      <w:pPr>
        <w:bidi/>
        <w:spacing w:before="0" w:after="40"/>
        <w:jc w:val="both"/>
      </w:pPr>
      <w:r>
        <w:rPr>
          <w:rtl/>
        </w:rPr>
        <w:t>ו. ‪8 &gt;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לִפְנֵי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הַמִּסְפָּר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אַחֲרֵי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מִתְחוּ קַו מִן הַצִּיּוּר אֶל הַמִּסְפָּר.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🐢🐢🐢🐢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🍓🍓🍓🍓🍓🍓🍓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🚗🚗🚗🚗🚗🚗🚗🚗🚗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🍇🍇🍇🍇🍇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‪8 &gt; 6‬ – נכון</w:t>
      </w:r>
    </w:p>
    <w:p>
      <w:pPr>
        <w:bidi/>
        <w:spacing w:before="0" w:after="40"/>
        <w:jc w:val="both"/>
      </w:pPr>
      <w:r>
        <w:rPr>
          <w:rtl/>
        </w:rPr>
        <w:t>ב. ‪3 &gt; 5‬ – לא נכון – ‪3 &lt; 5‬</w:t>
      </w:r>
    </w:p>
    <w:p>
      <w:pPr>
        <w:bidi/>
        <w:spacing w:before="0" w:after="40"/>
        <w:jc w:val="both"/>
      </w:pPr>
      <w:r>
        <w:rPr>
          <w:rtl/>
        </w:rPr>
        <w:t>ג. אַחֲרֵי 7 בָּא 8. – נכון</w:t>
      </w:r>
    </w:p>
    <w:p>
      <w:pPr>
        <w:bidi/>
        <w:spacing w:before="0" w:after="40"/>
        <w:jc w:val="both"/>
      </w:pPr>
      <w:r>
        <w:rPr>
          <w:rtl/>
        </w:rPr>
        <w:t>ד. 0 גָּדוֹל מִ-1. – לא נכון – 0 קטן מ-‪1: 0 &lt;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מַיְּנוּ אֶת הַמִּסְפָּרִים.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קְטַנִּים מִ-5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גְּדוֹלִים מִ-5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2, 0, 4, 1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8, 6, 9, 7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בַּחֲרוּ אֶת הַתְּשׁוּבָה הַנְּכוֹנָה.</w:t>
      </w:r>
    </w:p>
    <w:p>
      <w:pPr>
        <w:bidi/>
        <w:spacing w:before="0" w:after="20"/>
        <w:jc w:val="both"/>
      </w:pPr>
      <w:r>
        <w:rPr>
          <w:rtl/>
        </w:rPr>
        <w:t>א. אֵיזֶה מִסְפָּר בָּא בֵּין 5 לְ-7?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6</w:t>
      </w:r>
    </w:p>
    <w:p>
      <w:pPr>
        <w:bidi/>
        <w:spacing w:before="0" w:after="20"/>
        <w:jc w:val="both"/>
      </w:pPr>
      <w:r>
        <w:rPr>
          <w:rtl/>
        </w:rPr>
        <w:t>ב. אֵיזֶה מִסְפָּר הוּא הַקָּטָן בְּיוֹתֵר?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0</w:t>
      </w:r>
    </w:p>
    <w:p>
      <w:pPr>
        <w:bidi/>
        <w:spacing w:before="0" w:after="20"/>
        <w:jc w:val="both"/>
      </w:pPr>
      <w:r>
        <w:rPr>
          <w:rtl/>
        </w:rPr>
        <w:t>ג. בְּאֵיזוֹ קְבוּצָה יֵשׁ 6?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🐥🐥🐥🐥🐥🐥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[אתגר] אֶתְגָּר: סַדְּרוּ מִן הַקָּטָן אֶל הַגָּדוֹל: 7, 2, 9, 0, 5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0, 2, 5, 7, 9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[קל] עַל הֶעָלֶה יֵשׁ פָּרוֹת מֹשֶׁה רַבֵּנוּ. סִפְרוּ: כַּמָּה פָּרוֹת מֹשֶׁה רַבֵּנוּ יֵשׁ עַל הֶעָלֶה?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סופרים אחת אחת: 1, 2, 3, 4, 5, 6, 7.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 העלה יש 7 פרות משה רבנו.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בְּאַרְגַּז הַמִּשְׂחָקִים יֵשׁ 5 כַּדּוּרֵי רֶגֶל וְ-3 כַּדּוּרֵי סַל. מֵאֵיזֶה סוּג יֵשׁ יוֹתֵר? בְּכַמָּה?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&gt; 3‬, ולכן יש יותר כדורי רגל. ; מתאימים אחד לאחד: נשארים 2 כדורי רגל. ‪5 − 3 = 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יש יותר כדורי רגל, 2 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[בינוני] לְאוּרִי 6 מַדְבֵּקוֹת. הוּא קִבֵּל עוֹד מַדְבֵּקָה אַחַת. כַּמָּה מַדְבֵּקוֹת יֵשׁ לְאוּרִי עַכְשָׁו?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אחרי 6 בא 7. ; ‪6 + 1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לאורי יש 7 מדבקות.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בַּחֲנָיָה עוֹמְדוֹת 9 מְכוֹנִיּוֹת. מְכוֹנִית אַחַת יָצְאָה. כַּמָּה מְכוֹנִיּוֹת נִשְׁאֲרוּ בַּחֲנָיָה?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לפני 9 בא 8. ; ‪9 − 1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8 מכוניות.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[אתגר] דָּוִד גָּר בְּבַיִת מִסְפָּר 7. עִידוֹ גָּר בַּבַּיִת שֶׁבָּא מִיָּד אַחֲרָיו. מָה הַמִּסְפָּר עַל הַבַּיִת שֶׁל עִידוֹ?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אחרי 7 בא 8. ; ‪7 + 1 = 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עידו גר בבית מספר 8.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יְלָדִים עוֹמְדִים בַּתּוֹר לַמִּגְלָשָׁה. עוֹמֶר שְׁלִישִׁי בַּתּוֹר, וְאַחֲרָיו עוֹמְדִים עוֹד 2 יְלָדִים. כַּמָּה יְלָדִים עוֹמְדִים בַּתּוֹר?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עומר הוא השלישי: לפניו 2 ילדים, והוא ה-3. ; אחריו עוד ‪2: 3 + 2 = 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בתור עומדים 5 ילדים.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17. סִפְרוּ. גִּזְרוּ אֶת כַּרְטִיסֵי הַמִּסְפָּרִים, וְהַדְבִּיקוּ לְיַד כָּל קְבוּצָה אֶת הַמִּסְפָּר שֶׁלָּהּ.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🍎🍎🍎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⭐⭐⭐⭐⭐⭐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6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🐟🐟🐟🐟🐟🐟🐟🐟🐟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9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🎈🎈🎈🎈🎈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5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⚽⚽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18. הַתְאִימוּ תְּמוּנָה לַמִּשְׁפָּט: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6D28D9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🐞🐞🐞🐞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🌸🌸🌸🌸🌸🌸🌸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🚗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🐥🐥🐥🐥🐥🐥🐥🐥🐥🐥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[ 3 ]   בָּרְחוֹב חוֹנָה מְכוֹנִית אַחַת.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[ 1 ]   עַל הֶעָלֶה יֵשׁ 4 פָּרוֹת מֹשֶׁה רַבֵּנוּ.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[ 2 ]   בַּגִּנָּה יֵשׁ 7 פְּרָחִים.</w:t>
      </w:r>
    </w:p>
    <w:p>
      <w:pPr>
        <w:bidi/>
        <w:spacing w:before="0" w:after="60"/>
        <w:jc w:val="both"/>
      </w:pPr>
      <w:r>
        <w:rPr>
          <w:b/>
          <w:bCs/>
          <w:color w:val="0F7A4F"/>
          <w:sz w:val="25"/>
          <w:szCs w:val="25"/>
          <w:rtl/>
        </w:rPr>
        <w:t>[ 4 ]   בֶּחָצֵר יֵשׁ 10 אֶפְרוֹחִים.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