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חיבור וחיסור עד 10 (כולל 0) והקשר ביניהם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דַּף סִכּוּם: חִבּוּר וְחִסּוּר עַד 10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חִבּוּר וְחִסּוּר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חִבּוּר +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חִסּוּר 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מוֹסִיפִים, מְקַבְּלִים יוֹתֵר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מוֹרִידִים, מְקַבְּלִים פָּחוֹת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+ 2 =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‪7 − 3 = 4‬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הַמִּסְפָּר 0</w:t>
      </w:r>
    </w:p>
    <w:p>
      <w:pPr>
        <w:bidi/>
        <w:spacing w:before="0" w:after="20"/>
        <w:jc w:val="both"/>
      </w:pPr>
      <w:r>
        <w:rPr>
          <w:rtl/>
        </w:rPr>
        <w:t>1. ‪6 + 0 = 6‬</w:t>
      </w:r>
    </w:p>
    <w:p>
      <w:pPr>
        <w:bidi/>
        <w:spacing w:before="0" w:after="20"/>
        <w:jc w:val="both"/>
      </w:pPr>
      <w:r>
        <w:rPr>
          <w:rtl/>
        </w:rPr>
        <w:t>2. ‪5 − 0 = 5‬</w:t>
      </w:r>
    </w:p>
    <w:p>
      <w:pPr>
        <w:bidi/>
        <w:spacing w:before="0" w:after="20"/>
        <w:jc w:val="both"/>
      </w:pPr>
      <w:r>
        <w:rPr>
          <w:rtl/>
        </w:rPr>
        <w:t>3. ‪4 − 4 = 0‬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מִשְׁפָּחָה שֶׁל תַּרְגִּילִים</w:t>
      </w:r>
    </w:p>
    <w:p>
      <w:pPr>
        <w:bidi/>
        <w:spacing w:before="0" w:after="40"/>
        <w:jc w:val="both"/>
      </w:pPr>
      <w:r>
        <w:rPr>
          <w:rtl/>
        </w:rPr>
        <w:t>אֶפְשָׁר לְחַבֵּר בְּכָל סֵדֶר. חִסּוּר בּוֹדְקִים בְּחִבּוּר.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‪2 + 5 = 7 · 5 + 2 = 7 · 7 − 5 = 2 · 7 − 2 = 5‬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בְּחִבּוּר מַתְחִילִים מִן הַמִּסְפָּר הַגָּדוֹל וְסוֹפְרִים קָדִימָה. בְּחִסּוּר סוֹפְרִים אֲחוֹרָה.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‪9 − 4 = ___‬</w:t>
      </w:r>
    </w:p>
    <w:p>
      <w:pPr>
        <w:bidi/>
        <w:spacing w:before="0" w:after="20"/>
        <w:jc w:val="both"/>
      </w:pPr>
      <w:r>
        <w:rPr>
          <w:rtl/>
        </w:rPr>
        <w:t>1. מַתְחִילִים בְּ-9 וְסוֹפְרִים אֲחוֹרָה ‪4: 8‬, 7, 6, 5.</w:t>
      </w:r>
    </w:p>
    <w:p>
      <w:pPr>
        <w:bidi/>
        <w:spacing w:before="0" w:after="20"/>
        <w:jc w:val="both"/>
      </w:pPr>
      <w:r>
        <w:rPr>
          <w:rtl/>
        </w:rPr>
        <w:t>2. בּוֹדְקִים: ‪5 + 4 = 9‬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5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חַשְּׁבוּ:</w:t>
      </w:r>
    </w:p>
    <w:p>
      <w:pPr>
        <w:bidi/>
        <w:spacing w:before="0" w:after="60"/>
        <w:jc w:val="both"/>
      </w:pPr>
      <w:r>
        <w:rPr>
          <w:rtl/>
        </w:rPr>
        <w:t>א. ‪6 + 3 = __________‬</w:t>
      </w:r>
    </w:p>
    <w:p>
      <w:pPr>
        <w:bidi/>
        <w:spacing w:before="0" w:after="60"/>
        <w:jc w:val="both"/>
      </w:pPr>
      <w:r>
        <w:rPr>
          <w:rtl/>
        </w:rPr>
        <w:t>ב. ‪10 − 7 = __________‬</w:t>
      </w:r>
    </w:p>
    <w:p>
      <w:pPr>
        <w:bidi/>
        <w:spacing w:before="0" w:after="60"/>
        <w:jc w:val="both"/>
      </w:pPr>
      <w:r>
        <w:rPr>
          <w:rtl/>
        </w:rPr>
        <w:t>ג. ‪5 + __________ = 9‬</w:t>
      </w:r>
    </w:p>
    <w:p>
      <w:pPr>
        <w:bidi/>
        <w:spacing w:before="0" w:after="60"/>
        <w:jc w:val="both"/>
      </w:pPr>
      <w:r>
        <w:rPr>
          <w:rtl/>
        </w:rPr>
        <w:t>ד. ‪8 − 8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9 · ב. 3 · ג. 4 · ד. 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