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חיבור וחיסור עד 10 (כולל 0) והקשר ביניהם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שָׁלָב 1: קוֹרְאִים אֶת הַתַּרְגִּיל וּבוֹדְקִים: + אוֹ −?</w:t>
      </w:r>
    </w:p>
    <w:p>
      <w:pPr>
        <w:bidi/>
        <w:spacing w:before="0" w:after="20"/>
        <w:jc w:val="both"/>
      </w:pPr>
      <w:r>
        <w:rPr>
          <w:rtl/>
        </w:rPr>
        <w:t>2. שָׁלָב 2: בְּחִבּוּר – מַתְחִילִים מִן הַמִּסְפָּר הַגָּדוֹל וְסוֹפְרִים קָדִימָה.</w:t>
      </w:r>
    </w:p>
    <w:p>
      <w:pPr>
        <w:bidi/>
        <w:spacing w:before="0" w:after="20"/>
        <w:jc w:val="both"/>
      </w:pPr>
      <w:r>
        <w:rPr>
          <w:rtl/>
        </w:rPr>
        <w:t>3. שָׁלָב 3: בְּחִסּוּר – מַתְחִילִים מִן הַמִּסְפָּר הָרִאשׁוֹן וְסוֹפְרִים אֲחוֹרָה.</w:t>
      </w:r>
    </w:p>
    <w:p>
      <w:pPr>
        <w:bidi/>
        <w:spacing w:before="0" w:after="20"/>
        <w:jc w:val="both"/>
      </w:pPr>
      <w:r>
        <w:rPr>
          <w:rtl/>
        </w:rPr>
        <w:t>4. שָׁלָב 4: בּוֹדְקִים בְּתַרְגִּיל הָפוּךְ: ‪7 − 3 = 4‬, כִּי ‪4 + 3 = 7‬.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עַל הָעֵץ יָשְׁבוּ 6 צִפּוֹרִים. בָּאוּ עוֹד 3. כַּמָּה צִפּוֹרִים עַל הָעֵץ?</w:t>
      </w:r>
    </w:p>
    <w:p>
      <w:pPr>
        <w:bidi/>
        <w:spacing w:before="0" w:after="20"/>
        <w:jc w:val="both"/>
      </w:pPr>
      <w:r>
        <w:rPr>
          <w:rtl/>
        </w:rPr>
        <w:t>1. בָּאוּ עוֹד – מְחַבְּרִים.</w:t>
      </w:r>
    </w:p>
    <w:p>
      <w:pPr>
        <w:bidi/>
        <w:spacing w:before="0" w:after="20"/>
        <w:jc w:val="both"/>
      </w:pPr>
      <w:r>
        <w:rPr>
          <w:rtl/>
        </w:rPr>
        <w:t>2. מַתְחִילִים בְּ-6 וְסוֹפְרִים קָדִימָה ‪3: 7‬, 8, 9.</w:t>
      </w:r>
    </w:p>
    <w:p>
      <w:pPr>
        <w:bidi/>
        <w:spacing w:before="0" w:after="20"/>
        <w:jc w:val="both"/>
      </w:pPr>
      <w:r>
        <w:rPr>
          <w:rtl/>
        </w:rPr>
        <w:t>3. ‪6 + 3 = 9‬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עַל הָעֵץ 9 צִפּוֹרִים.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60"/>
        <w:jc w:val="both"/>
      </w:pPr>
      <w:r>
        <w:rPr>
          <w:rtl/>
        </w:rPr>
        <w:t>א. ‪2 + 3 = __________‬</w:t>
      </w:r>
    </w:p>
    <w:p>
      <w:pPr>
        <w:bidi/>
        <w:spacing w:before="0" w:after="60"/>
        <w:jc w:val="both"/>
      </w:pPr>
      <w:r>
        <w:rPr>
          <w:rtl/>
        </w:rPr>
        <w:t>ב. ‪4 + 4 = __________‬</w:t>
      </w:r>
    </w:p>
    <w:p>
      <w:pPr>
        <w:bidi/>
        <w:spacing w:before="0" w:after="60"/>
        <w:jc w:val="both"/>
      </w:pPr>
      <w:r>
        <w:rPr>
          <w:rtl/>
        </w:rPr>
        <w:t>ג. ‪6 + 1 = __________‬</w:t>
      </w:r>
    </w:p>
    <w:p>
      <w:pPr>
        <w:bidi/>
        <w:spacing w:before="0" w:after="60"/>
        <w:jc w:val="both"/>
      </w:pPr>
      <w:r>
        <w:rPr>
          <w:rtl/>
        </w:rPr>
        <w:t>ד. ‪5 + 5 = __________‬</w:t>
      </w:r>
    </w:p>
    <w:p>
      <w:pPr>
        <w:bidi/>
        <w:spacing w:before="0" w:after="60"/>
        <w:jc w:val="both"/>
      </w:pPr>
      <w:r>
        <w:rPr>
          <w:rtl/>
        </w:rPr>
        <w:t>ה. ‪3 + 0 = __________‬</w:t>
      </w:r>
    </w:p>
    <w:p>
      <w:pPr>
        <w:bidi/>
        <w:spacing w:before="0" w:after="60"/>
        <w:jc w:val="both"/>
      </w:pPr>
      <w:r>
        <w:rPr>
          <w:rtl/>
        </w:rPr>
        <w:t>ו. ‪1 + 7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חַשְּׁבוּ.</w:t>
      </w:r>
    </w:p>
    <w:p>
      <w:pPr>
        <w:bidi/>
        <w:spacing w:before="0" w:after="60"/>
        <w:jc w:val="both"/>
      </w:pPr>
      <w:r>
        <w:rPr>
          <w:rtl/>
        </w:rPr>
        <w:t>א. ‪5 − 2 = __________‬</w:t>
      </w:r>
    </w:p>
    <w:p>
      <w:pPr>
        <w:bidi/>
        <w:spacing w:before="0" w:after="60"/>
        <w:jc w:val="both"/>
      </w:pPr>
      <w:r>
        <w:rPr>
          <w:rtl/>
        </w:rPr>
        <w:t>ב. ‪9 − 4 = __________‬</w:t>
      </w:r>
    </w:p>
    <w:p>
      <w:pPr>
        <w:bidi/>
        <w:spacing w:before="0" w:after="60"/>
        <w:jc w:val="both"/>
      </w:pPr>
      <w:r>
        <w:rPr>
          <w:rtl/>
        </w:rPr>
        <w:t>ג. ‪7 − 7 = __________‬</w:t>
      </w:r>
    </w:p>
    <w:p>
      <w:pPr>
        <w:bidi/>
        <w:spacing w:before="0" w:after="60"/>
        <w:jc w:val="both"/>
      </w:pPr>
      <w:r>
        <w:rPr>
          <w:rtl/>
        </w:rPr>
        <w:t>ד. ‪10 − 3 = __________‬</w:t>
      </w:r>
    </w:p>
    <w:p>
      <w:pPr>
        <w:bidi/>
        <w:spacing w:before="0" w:after="60"/>
        <w:jc w:val="both"/>
      </w:pPr>
      <w:r>
        <w:rPr>
          <w:rtl/>
        </w:rPr>
        <w:t>ה. ‪6 − 0 = __________‬</w:t>
      </w:r>
    </w:p>
    <w:p>
      <w:pPr>
        <w:bidi/>
        <w:spacing w:before="0" w:after="60"/>
        <w:jc w:val="both"/>
      </w:pPr>
      <w:r>
        <w:rPr>
          <w:rtl/>
        </w:rPr>
        <w:t>ו. ‪8 − 6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תַּרְגִּיל לְפִי הַצִּיּוּר וּפִתְרוּ.</w:t>
      </w:r>
    </w:p>
    <w:p>
      <w:pPr>
        <w:bidi/>
        <w:spacing w:before="0" w:after="60"/>
        <w:jc w:val="both"/>
      </w:pPr>
      <w:r>
        <w:rPr>
          <w:rtl/>
        </w:rPr>
        <w:t>א. 🍓🍓🍓🍓 ➕ 🍓🍓 → ‪4 + 2 = __________‬</w:t>
      </w:r>
    </w:p>
    <w:p>
      <w:pPr>
        <w:bidi/>
        <w:spacing w:before="0" w:after="60"/>
        <w:jc w:val="both"/>
      </w:pPr>
      <w:r>
        <w:rPr>
          <w:rtl/>
        </w:rPr>
        <w:t>ב. 🐟🐟🐟🐟🐟🐟🐟 ➖ 🐟🐟 → ‪7 − 2 = __________‬</w:t>
      </w:r>
    </w:p>
    <w:p>
      <w:pPr>
        <w:bidi/>
        <w:spacing w:before="0" w:after="60"/>
        <w:jc w:val="both"/>
      </w:pPr>
      <w:r>
        <w:rPr>
          <w:rtl/>
        </w:rPr>
        <w:t>ג. ⭐⭐⭐⭐⭐ ➕ ⭐⭐⭐⭐ → ‪5 + 4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הַמִּסְפָּר הֶחָסֵר.</w:t>
      </w:r>
    </w:p>
    <w:p>
      <w:pPr>
        <w:bidi/>
        <w:spacing w:before="0" w:after="60"/>
        <w:jc w:val="both"/>
      </w:pPr>
      <w:r>
        <w:rPr>
          <w:rtl/>
        </w:rPr>
        <w:t>א. ‪3 + __________ = 7‬</w:t>
      </w:r>
    </w:p>
    <w:p>
      <w:pPr>
        <w:bidi/>
        <w:spacing w:before="0" w:after="60"/>
        <w:jc w:val="both"/>
      </w:pPr>
      <w:r>
        <w:rPr>
          <w:rtl/>
        </w:rPr>
        <w:t>ב. ‪__________ + 5 = 9‬</w:t>
      </w:r>
    </w:p>
    <w:p>
      <w:pPr>
        <w:bidi/>
        <w:spacing w:before="0" w:after="60"/>
        <w:jc w:val="both"/>
      </w:pPr>
      <w:r>
        <w:rPr>
          <w:rtl/>
        </w:rPr>
        <w:t>ג. ‪6 − __________ = 2‬</w:t>
      </w:r>
    </w:p>
    <w:p>
      <w:pPr>
        <w:bidi/>
        <w:spacing w:before="0" w:after="60"/>
        <w:jc w:val="both"/>
      </w:pPr>
      <w:r>
        <w:rPr>
          <w:rtl/>
        </w:rPr>
        <w:t>ד. ‪10 − __________ = 6‬</w:t>
      </w:r>
    </w:p>
    <w:p>
      <w:pPr>
        <w:bidi/>
        <w:spacing w:before="0" w:after="60"/>
        <w:jc w:val="both"/>
      </w:pPr>
      <w:r>
        <w:rPr>
          <w:rtl/>
        </w:rPr>
        <w:t>ה. ‪__________ + 0 = 8‬</w:t>
      </w:r>
    </w:p>
    <w:p>
      <w:pPr>
        <w:bidi/>
        <w:spacing w:before="0" w:after="60"/>
        <w:jc w:val="both"/>
      </w:pPr>
      <w:r>
        <w:rPr>
          <w:rtl/>
        </w:rPr>
        <w:t>ו. ‪4 + __________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טַבְלַת הַחִבּוּר.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 + 6‬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‪9 − 6‬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 + 6‬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‪7 − 6‬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‪3 + 3‬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60"/>
        <w:jc w:val="both"/>
      </w:pPr>
      <w:r>
        <w:rPr>
          <w:rtl/>
        </w:rPr>
        <w:t>א. ‪4 + 5 = 5 + 4‬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‪8 − 0 = 0‬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‪6 − 6 = 0‬      נכון / לא נכון</w:t>
      </w:r>
    </w:p>
    <w:p>
      <w:pPr>
        <w:bidi/>
        <w:spacing w:before="0" w:after="60"/>
        <w:jc w:val="both"/>
      </w:pPr>
      <w:r>
        <w:rPr>
          <w:rtl/>
        </w:rPr>
        <w:t>ד. ‪3 + 4 = 8‬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מַיְּנוּ אֶת הַתַּרְגִּילִים לְפִי הַתּוֹצָאָה.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‪3 + 2‬  |  ‪9 − 2‬  |  ‪1 + 6‬  |  ‪10 − 5‬  |  ‪5 + 0‬  |  ‪4 + 3‬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5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[אתגר] פִּתְרוּ תַּרְגִּיל אָרֹךְ.</w:t>
      </w:r>
    </w:p>
    <w:p>
      <w:pPr>
        <w:bidi/>
        <w:spacing w:before="0" w:after="60"/>
        <w:jc w:val="both"/>
      </w:pPr>
      <w:r>
        <w:rPr>
          <w:rtl/>
        </w:rPr>
        <w:t>א. ‪5 + 3 − 2 = __________‬</w:t>
      </w:r>
    </w:p>
    <w:p>
      <w:pPr>
        <w:bidi/>
        <w:spacing w:before="0" w:after="60"/>
        <w:jc w:val="both"/>
      </w:pPr>
      <w:r>
        <w:rPr>
          <w:rtl/>
        </w:rPr>
        <w:t>ב. ‪9 − 4 + 1 = __________‬</w:t>
      </w:r>
    </w:p>
    <w:p>
      <w:pPr>
        <w:bidi/>
        <w:spacing w:before="0" w:after="60"/>
        <w:jc w:val="both"/>
      </w:pPr>
      <w:r>
        <w:rPr>
          <w:rtl/>
        </w:rPr>
        <w:t>ג. ‪2 + 2 + 2 = __________‬</w:t>
      </w:r>
    </w:p>
    <w:p>
      <w:pPr>
        <w:bidi/>
        <w:spacing w:before="0" w:after="60"/>
        <w:jc w:val="both"/>
      </w:pPr>
      <w:r>
        <w:rPr>
          <w:rtl/>
        </w:rPr>
        <w:t>ד. ‪10 − 3 − 3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כִּתְבוּ מִשְׁפַּחַת תַּרְגִּילִים לַמִּסְפָּרִים 3, 6, 9: שְׁנֵי תַּרְגִּילֵי חִבּוּר וּשְׁנֵי תַּרְגִּילֵי חִסּוּר.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כִּתְבוּ 3 תַּרְגִּילִים שׁוֹנִים שֶׁהַתּוֹצָאָה שֶׁלָּהֶם 8.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בַּגִּנָּה פָּרְחוּ 4 פְּרָחִים אֲדֻמִּים וְ-3 פְּרָחִים צְהֻבִּים. כַּמָּה פְּרָחִים פָּרְחוּ בַּגִּנָּה?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🌷🌷🌷🌷 ➕ 🌼🌼🌼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לְיוֹאָב הָיוּ 8 בָּלוֹנִים. 2 בָּלוֹנִים הִתְפּוֹצְצוּ. כַּמָּה בָּלוֹנִים נִשְׁאֲרוּ לוֹ?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🎈🎈🎈🎈🎈🎈🎈🎈 ➖ 🎈🎈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בַּצַּלַּחַת הָיוּ 5 עוּגִיּוֹת. אַבָּא הוֹסִיף עוֹד 5. כַּמָּה עוּגִיּוֹת יֵשׁ עַכְשָׁו בַּצַּלַּחַת?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🍪🍪🍪🍪🍪 ➕ 🍪🍪🍪🍪🍪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בַּבְּרֵכָה שָׂחוּ 9 בַּרְוָזִים. 4 בַּרְוָזִים יָצְאוּ מִן הַמַּיִם. כַּמָּה בַּרְוָזִים נִשְׁאֲרוּ בַּבְּרֵכָה?</w:t>
      </w:r>
    </w:p>
    <w:p>
      <w:pPr>
        <w:bidi/>
        <w:spacing w:before="0" w:after="40"/>
        <w:jc w:val="center"/>
      </w:pPr>
      <w:r>
        <w:rPr>
          <w:sz w:val="44"/>
          <w:szCs w:val="44"/>
          <w:rtl/>
        </w:rPr>
        <w:t>🦆🦆🦆🦆🦆🦆🦆🦆🦆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לְאוּרִי יֵשׁ 3 מַחְבָּרוֹת. כַּמָּה מַחְבָּרוֹת עָלָיו לִקְנוֹת כְּדֵי שֶׁיִּהְיוּ לוֹ 7 מַחְבָּרוֹת?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בָּאוֹטוֹבּוּס יָשְׁבוּ 6 יְלָדִים. בַּתַּחֲנָה עָלוּ 3 יְלָדִים וְיָרְדוּ 2 יְלָדִים. כַּמָּה יְלָדִים יֵשׁ עַכְשָׁו בָּאוֹטוֹבּוּס?</w:t>
      </w:r>
    </w:p>
    <w:p>
      <w:pPr>
        <w:bidi/>
        <w:spacing w:before="0" w:after="20"/>
        <w:jc w:val="both"/>
      </w:pPr>
      <w:r>
        <w:rPr>
          <w:b/>
          <w:bCs/>
          <w:color w:val="9F1239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18. פִּתְרוּ. גִּזְרוּ אֶת כַּרְטִיסֵי הַתְּשׁוּבוֹת, וְהַדְבִּיקוּ כָּל תְּשׁוּבָה לְיַד הַתַּרְגִּיל.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 + 4‬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‪8 − 5‬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 + 0‬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‪10 − 2‬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‪9 − 9‬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הַדְבִּיקוּ כָּאן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מִתְחוּ קַו מִכָּל תַּרְגִּיל אֶל הַתְּשׁוּבָה שֶׁלּוֹ.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‪2 + 2‬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2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‪7 − 6‬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5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‪4 + 5‬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4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‪10 − 5‬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9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5. ‪1 + 1‬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ה. 1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דַּף גְּזִירָה – חיבור וחיסור עד 10 (כולל 0) והקשר ביניהם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גִּזְרוּ אֶת הַכַּרְטִיסִים לְאֹרֶךְ הַקַּו הַמְּקֻוְקָו וְהַדְבִּיקוּ בְּעַמּוּד 5, מְשִׂימָה 18.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6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8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7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3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10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40"/>
                <w:szCs w:val="40"/>
                <w:rtl/>
              </w:rPr>
              <w:t>0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חיבור וחיסור עד 10 (כולל 0) והקשר ביניהם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חַשְּׁבוּ.</w:t>
      </w:r>
    </w:p>
    <w:p>
      <w:pPr>
        <w:bidi/>
        <w:spacing w:before="0" w:after="40"/>
        <w:jc w:val="both"/>
      </w:pPr>
      <w:r>
        <w:rPr>
          <w:rtl/>
        </w:rPr>
        <w:t>א. ‪2 + 3 = 5‬</w:t>
      </w:r>
    </w:p>
    <w:p>
      <w:pPr>
        <w:bidi/>
        <w:spacing w:before="0" w:after="40"/>
        <w:jc w:val="both"/>
      </w:pPr>
      <w:r>
        <w:rPr>
          <w:rtl/>
        </w:rPr>
        <w:t>ב. ‪4 + 4 = 8‬</w:t>
      </w:r>
    </w:p>
    <w:p>
      <w:pPr>
        <w:bidi/>
        <w:spacing w:before="0" w:after="40"/>
        <w:jc w:val="both"/>
      </w:pPr>
      <w:r>
        <w:rPr>
          <w:rtl/>
        </w:rPr>
        <w:t>ג. ‪6 + 1 = 7‬</w:t>
      </w:r>
    </w:p>
    <w:p>
      <w:pPr>
        <w:bidi/>
        <w:spacing w:before="0" w:after="40"/>
        <w:jc w:val="both"/>
      </w:pPr>
      <w:r>
        <w:rPr>
          <w:rtl/>
        </w:rPr>
        <w:t>ד. ‪5 + 5 = 10‬</w:t>
      </w:r>
    </w:p>
    <w:p>
      <w:pPr>
        <w:bidi/>
        <w:spacing w:before="0" w:after="40"/>
        <w:jc w:val="both"/>
      </w:pPr>
      <w:r>
        <w:rPr>
          <w:rtl/>
        </w:rPr>
        <w:t>ה. ‪3 + 0 = 3‬</w:t>
      </w:r>
    </w:p>
    <w:p>
      <w:pPr>
        <w:bidi/>
        <w:spacing w:before="0" w:after="40"/>
        <w:jc w:val="both"/>
      </w:pPr>
      <w:r>
        <w:rPr>
          <w:rtl/>
        </w:rPr>
        <w:t>ו. ‪1 + 7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חַשְּׁבוּ.</w:t>
      </w:r>
    </w:p>
    <w:p>
      <w:pPr>
        <w:bidi/>
        <w:spacing w:before="0" w:after="40"/>
        <w:jc w:val="both"/>
      </w:pPr>
      <w:r>
        <w:rPr>
          <w:rtl/>
        </w:rPr>
        <w:t>א. ‪5 − 2 = 3‬</w:t>
      </w:r>
    </w:p>
    <w:p>
      <w:pPr>
        <w:bidi/>
        <w:spacing w:before="0" w:after="40"/>
        <w:jc w:val="both"/>
      </w:pPr>
      <w:r>
        <w:rPr>
          <w:rtl/>
        </w:rPr>
        <w:t>ב. ‪9 − 4 = 5‬</w:t>
      </w:r>
    </w:p>
    <w:p>
      <w:pPr>
        <w:bidi/>
        <w:spacing w:before="0" w:after="40"/>
        <w:jc w:val="both"/>
      </w:pPr>
      <w:r>
        <w:rPr>
          <w:rtl/>
        </w:rPr>
        <w:t>ג. ‪7 − 7 = 0‬</w:t>
      </w:r>
    </w:p>
    <w:p>
      <w:pPr>
        <w:bidi/>
        <w:spacing w:before="0" w:after="40"/>
        <w:jc w:val="both"/>
      </w:pPr>
      <w:r>
        <w:rPr>
          <w:rtl/>
        </w:rPr>
        <w:t>ד. ‪10 − 3 = 7‬</w:t>
      </w:r>
    </w:p>
    <w:p>
      <w:pPr>
        <w:bidi/>
        <w:spacing w:before="0" w:after="40"/>
        <w:jc w:val="both"/>
      </w:pPr>
      <w:r>
        <w:rPr>
          <w:rtl/>
        </w:rPr>
        <w:t>ה. ‪6 − 0 = 6‬</w:t>
      </w:r>
    </w:p>
    <w:p>
      <w:pPr>
        <w:bidi/>
        <w:spacing w:before="0" w:after="40"/>
        <w:jc w:val="both"/>
      </w:pPr>
      <w:r>
        <w:rPr>
          <w:rtl/>
        </w:rPr>
        <w:t>ו. ‪8 − 6 = 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כִּתְבוּ תַּרְגִּיל לְפִי הַצִּיּוּר וּפִתְרוּ.</w:t>
      </w:r>
    </w:p>
    <w:p>
      <w:pPr>
        <w:bidi/>
        <w:spacing w:before="0" w:after="40"/>
        <w:jc w:val="both"/>
      </w:pPr>
      <w:r>
        <w:rPr>
          <w:rtl/>
        </w:rPr>
        <w:t>א. 🍓🍓🍓🍓 ➕ 🍓🍓 → ‪4 + 2 = 6‬</w:t>
      </w:r>
    </w:p>
    <w:p>
      <w:pPr>
        <w:bidi/>
        <w:spacing w:before="0" w:after="40"/>
        <w:jc w:val="both"/>
      </w:pPr>
      <w:r>
        <w:rPr>
          <w:rtl/>
        </w:rPr>
        <w:t>ב. 🐟🐟🐟🐟🐟🐟🐟 ➖ 🐟🐟 → ‪7 − 2 = 5‬</w:t>
      </w:r>
    </w:p>
    <w:p>
      <w:pPr>
        <w:bidi/>
        <w:spacing w:before="0" w:after="40"/>
        <w:jc w:val="both"/>
      </w:pPr>
      <w:r>
        <w:rPr>
          <w:rtl/>
        </w:rPr>
        <w:t>ג. ⭐⭐⭐⭐⭐ ➕ ⭐⭐⭐⭐ → ‪5 + 4 = 9‬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הַשְׁלִימוּ אֶת הַמִּסְפָּר הֶחָסֵר.</w:t>
      </w:r>
    </w:p>
    <w:p>
      <w:pPr>
        <w:bidi/>
        <w:spacing w:before="0" w:after="40"/>
        <w:jc w:val="both"/>
      </w:pPr>
      <w:r>
        <w:rPr>
          <w:rtl/>
        </w:rPr>
        <w:t>א. ‪3 + 4 = 7‬</w:t>
      </w:r>
    </w:p>
    <w:p>
      <w:pPr>
        <w:bidi/>
        <w:spacing w:before="0" w:after="40"/>
        <w:jc w:val="both"/>
      </w:pPr>
      <w:r>
        <w:rPr>
          <w:rtl/>
        </w:rPr>
        <w:t>ב. ‪4 + 5 = 9‬</w:t>
      </w:r>
    </w:p>
    <w:p>
      <w:pPr>
        <w:bidi/>
        <w:spacing w:before="0" w:after="40"/>
        <w:jc w:val="both"/>
      </w:pPr>
      <w:r>
        <w:rPr>
          <w:rtl/>
        </w:rPr>
        <w:t>ג. ‪6 − 4 = 2‬</w:t>
      </w:r>
    </w:p>
    <w:p>
      <w:pPr>
        <w:bidi/>
        <w:spacing w:before="0" w:after="40"/>
        <w:jc w:val="both"/>
      </w:pPr>
      <w:r>
        <w:rPr>
          <w:rtl/>
        </w:rPr>
        <w:t>ד. ‪10 − 4 = 6‬</w:t>
      </w:r>
    </w:p>
    <w:p>
      <w:pPr>
        <w:bidi/>
        <w:spacing w:before="0" w:after="40"/>
        <w:jc w:val="both"/>
      </w:pPr>
      <w:r>
        <w:rPr>
          <w:rtl/>
        </w:rPr>
        <w:t>ה. ‪8 + 0 = 8‬</w:t>
      </w:r>
    </w:p>
    <w:p>
      <w:pPr>
        <w:bidi/>
        <w:spacing w:before="0" w:after="40"/>
        <w:jc w:val="both"/>
      </w:pPr>
      <w:r>
        <w:rPr>
          <w:rtl/>
        </w:rPr>
        <w:t>ו. ‪4 + 6 = 10‬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[בינוני] הַשְׁלִימוּ אֶת טַבְלַת הַחִבּוּר.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+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הַתְאִימוּ כָּל תַּרְגִּיל לַתּוֹצָאָה שֶׁלּוֹ.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 + 6‬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‪9 − 6‬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10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 + 6‬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‪7 − 6‬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‪3 + 3‬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נָכוֹן אוֹ לֹא נָכוֹן?</w:t>
      </w:r>
    </w:p>
    <w:p>
      <w:pPr>
        <w:bidi/>
        <w:spacing w:before="0" w:after="40"/>
        <w:jc w:val="both"/>
      </w:pPr>
      <w:r>
        <w:rPr>
          <w:rtl/>
        </w:rPr>
        <w:t>א. ‪4 + 5 = 5 + 4‬ – נכון</w:t>
      </w:r>
    </w:p>
    <w:p>
      <w:pPr>
        <w:bidi/>
        <w:spacing w:before="0" w:after="40"/>
        <w:jc w:val="both"/>
      </w:pPr>
      <w:r>
        <w:rPr>
          <w:rtl/>
        </w:rPr>
        <w:t>ב. ‪8 − 0 = 0‬ – לא נכון – ‪8 − 0 = 8‬</w:t>
      </w:r>
    </w:p>
    <w:p>
      <w:pPr>
        <w:bidi/>
        <w:spacing w:before="0" w:after="40"/>
        <w:jc w:val="both"/>
      </w:pPr>
      <w:r>
        <w:rPr>
          <w:rtl/>
        </w:rPr>
        <w:t>ג. ‪6 − 6 = 0‬ – נכון</w:t>
      </w:r>
    </w:p>
    <w:p>
      <w:pPr>
        <w:bidi/>
        <w:spacing w:before="0" w:after="40"/>
        <w:jc w:val="both"/>
      </w:pPr>
      <w:r>
        <w:rPr>
          <w:rtl/>
        </w:rPr>
        <w:t>ד. ‪3 + 4 = 8‬ – לא נכון – ‪3 + 4 = 7‬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מַיְּנוּ אֶת הַתַּרְגִּילִים לְפִי הַתּוֹצָאָה.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5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+ 2‬, ‪10 − 5‬, ‪5 + 0‬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‪9 − 2‬, ‪1 + 6‬, ‪4 + 3‬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[אתגר] פִּתְרוּ תַּרְגִּיל אָרֹךְ.</w:t>
      </w:r>
    </w:p>
    <w:p>
      <w:pPr>
        <w:bidi/>
        <w:spacing w:before="0" w:after="40"/>
        <w:jc w:val="both"/>
      </w:pPr>
      <w:r>
        <w:rPr>
          <w:rtl/>
        </w:rPr>
        <w:t>א. ‪5 + 3 − 2 = 6‬</w:t>
      </w:r>
    </w:p>
    <w:p>
      <w:pPr>
        <w:bidi/>
        <w:spacing w:before="0" w:after="40"/>
        <w:jc w:val="both"/>
      </w:pPr>
      <w:r>
        <w:rPr>
          <w:rtl/>
        </w:rPr>
        <w:t>ב. ‪9 − 4 + 1 = 6‬</w:t>
      </w:r>
    </w:p>
    <w:p>
      <w:pPr>
        <w:bidi/>
        <w:spacing w:before="0" w:after="40"/>
        <w:jc w:val="both"/>
      </w:pPr>
      <w:r>
        <w:rPr>
          <w:rtl/>
        </w:rPr>
        <w:t>ג. ‪2 + 2 + 2 = 6‬</w:t>
      </w:r>
    </w:p>
    <w:p>
      <w:pPr>
        <w:bidi/>
        <w:spacing w:before="0" w:after="40"/>
        <w:jc w:val="both"/>
      </w:pPr>
      <w:r>
        <w:rPr>
          <w:rtl/>
        </w:rPr>
        <w:t>ד. ‪10 − 3 − 3 = 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כִּתְבוּ מִשְׁפַּחַת תַּרְגִּילִים לַמִּסְפָּרִים 3, 6, 9: שְׁנֵי תַּרְגִּילֵי חִבּוּר וּשְׁנֵי תַּרְגִּילֵי חִסּוּר.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 + 6 = 9‬, ‪6 + 3 = 9‬, ‪9 − 3 = 6‬, ‪9 − 6 =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[אתגר] אֶתְגָּר: כִּתְבוּ 3 תַּרְגִּילִים שׁוֹנִים שֶׁהַתּוֹצָאָה שֶׁלָּהֶם 8.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‪4 + 4 = 8‬, ‪10 − 2 = 8‬, ‪8 + 0 = 8‬</w:t>
      </w:r>
    </w:p>
    <w:p>
      <w:pPr>
        <w:bidi/>
        <w:spacing w:before="240" w:after="40"/>
        <w:jc w:val="both"/>
      </w:pPr>
      <w:r>
        <w:rPr>
          <w:rFonts w:ascii="David" w:hAnsi="David" w:cs="David"/>
          <w:b/>
          <w:bCs/>
          <w:color w:val="9F1239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בַּגִּנָּה פָּרְחוּ 4 פְּרָחִים אֲדֻמִּים וְ-3 פְּרָחִים צְהֻבִּים. כַּמָּה פְּרָחִים פָּרְחוּ בַּגִּנָּה?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 + 3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בגינה פרחו 7 פרחים.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לְיוֹאָב הָיוּ 8 בָּלוֹנִים. 2 בָּלוֹנִים הִתְפּוֹצְצוּ. כַּמָּה בָּלוֹנִים נִשְׁאֲרוּ לוֹ?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‪8 − 2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ליואב נשארו 6 בלונים.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בַּצַּלַּחַת הָיוּ 5 עוּגִיּוֹת. אַבָּא הוֹסִיף עוֹד 5. כַּמָּה עוּגִיּוֹת יֵשׁ עַכְשָׁו בַּצַּלַּחַת?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‪5 + 5 = 10‬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בצלחת יש 10 עוגיות.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בַּבְּרֵכָה שָׂחוּ 9 בַּרְוָזִים. 4 בַּרְוָזִים יָצְאוּ מִן הַמַּיִם. כַּמָּה בַּרְוָזִים נִשְׁאֲרוּ בַּבְּרֵכָה?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‪9 − 4 = 5‬ ; בודקים: ‪5 + 4 = 9‬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בבריכה נשארו 5 ברווזים.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לְאוּרִי יֵשׁ 3 מַחְבָּרוֹת. כַּמָּה מַחְבָּרוֹת עָלָיו לִקְנוֹת כְּדֵי שֶׁיִּהְיוּ לוֹ 7 מַחְבָּרוֹת?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+ ___ = 7‬ ; סופרים מ-3 עד ‪7: 4‬, 5, 6, 7 – ארבעה צעדים. ; ‪7 − 3 = 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עליו לקנות 4 מחברות.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בָּאוֹטוֹבּוּס יָשְׁבוּ 6 יְלָדִים. בַּתַּחֲנָה עָלוּ 3 יְלָדִים וְיָרְדוּ 2 יְלָדִים. כַּמָּה יְלָדִים יֵשׁ עַכְשָׁו בָּאוֹטוֹבּוּס?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עלו ‪3: 6 + 3 = 9‬ ; ירדו ‪2: 9 − 2 = 7‬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באוטובוס יש עכשיו 7 ילדים.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18. פִּתְרוּ. גִּזְרוּ אֶת כַּרְטִיסֵי הַתְּשׁוּבוֹת, וְהַדְבִּיקוּ כָּל תְּשׁוּבָה לְיַד הַתַּרְגִּיל.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‪3 + 4‬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7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‪8 − 5‬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3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‪6 + 0‬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6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‪10 − 2‬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8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‪5 + 5‬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10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‪9 − 9‬ =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  <w:rtl/>
              </w:rPr>
              <w:t>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19. מִתְחוּ קַו מִכָּל תַּרְגִּיל אֶל הַתְּשׁוּבָה שֶׁלּוֹ.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‪2 + 2‬  ←  ג. 4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‪7 − 6‬  ←  ה. 1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‪4 + 5‬  ←  ד. 9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‪10 − 5‬  ←  ב. 5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5. ‪1 + 1‬  ←  א. 2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