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המספרים עד 20: עשרת ויחידות, ישר המספרים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דַּף סִכּוּם: הַמִּסְפָּרִים עַד 20 – עֶשֶׂר וִיחִידוֹת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89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עֲשָׂרָה וְעוֹד</w:t>
      </w:r>
    </w:p>
    <w:p>
      <w:pPr>
        <w:bidi/>
        <w:spacing w:before="0" w:after="40"/>
        <w:jc w:val="both"/>
      </w:pPr>
      <w:r>
        <w:rPr>
          <w:rtl/>
        </w:rPr>
        <w:t>כָּל מִסְפָּר מִ-11 עַד 19 הוּא עֶשֶׂר וְעוֹד יְחִידוֹת.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‪14 = 10 + 4 · 19 = 10 + 9‬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עֲשָׂרוֹת וִיחִידוֹת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מַשְׁוִים</w:t>
      </w:r>
    </w:p>
    <w:p>
      <w:pPr>
        <w:bidi/>
        <w:spacing w:before="0" w:after="20"/>
        <w:jc w:val="both"/>
      </w:pPr>
      <w:r>
        <w:rPr>
          <w:rtl/>
        </w:rPr>
        <w:t>1. מַשְׁוִים קֹדֶם עֲשָׂרוֹת, אַחַר כָּךְ יְחִידוֹת.</w:t>
      </w:r>
    </w:p>
    <w:p>
      <w:pPr>
        <w:bidi/>
        <w:spacing w:before="0" w:after="20"/>
        <w:jc w:val="both"/>
      </w:pPr>
      <w:r>
        <w:rPr>
          <w:rtl/>
        </w:rPr>
        <w:t>2. ‪17 &gt; 13‬</w:t>
      </w:r>
    </w:p>
    <w:p>
      <w:pPr>
        <w:bidi/>
        <w:spacing w:before="0" w:after="20"/>
        <w:jc w:val="both"/>
      </w:pPr>
      <w:r>
        <w:rPr>
          <w:rtl/>
        </w:rPr>
        <w:t>3. ‪9 &lt; 12‬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כָּל מִסְפָּר מִ-11 עַד 19 הוּא עֲשָׂרָה וְעוֹד כַּמָּה יְחִידוֹת.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‪18 = 10 + ___‬</w:t>
      </w:r>
    </w:p>
    <w:p>
      <w:pPr>
        <w:bidi/>
        <w:spacing w:before="0" w:after="20"/>
        <w:jc w:val="both"/>
      </w:pPr>
      <w:r>
        <w:rPr>
          <w:rtl/>
        </w:rPr>
        <w:t>1. בַּמִּסְפָּר 18 יֵשׁ עֶשֶׂר אַחַת.</w:t>
      </w:r>
    </w:p>
    <w:p>
      <w:pPr>
        <w:bidi/>
        <w:spacing w:before="0" w:after="20"/>
        <w:jc w:val="both"/>
      </w:pPr>
      <w:r>
        <w:rPr>
          <w:rtl/>
        </w:rPr>
        <w:t>2. נִשְׁאָרוֹת 8 יְחִידוֹת: ‪10 + 8 = 18‬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8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‪10 + 5 = __________‬</w:t>
      </w:r>
    </w:p>
    <w:p>
      <w:pPr>
        <w:bidi/>
        <w:spacing w:before="0" w:after="60"/>
        <w:jc w:val="both"/>
      </w:pPr>
      <w:r>
        <w:rPr>
          <w:rtl/>
        </w:rPr>
        <w:t>ב. ‪13 = 10 + __________‬</w:t>
      </w:r>
    </w:p>
    <w:p>
      <w:pPr>
        <w:bidi/>
        <w:spacing w:before="0" w:after="60"/>
        <w:jc w:val="both"/>
      </w:pPr>
      <w:r>
        <w:rPr>
          <w:rtl/>
        </w:rPr>
        <w:t>ג. אַחֲרֵי 19 בָּא __________</w:t>
      </w:r>
    </w:p>
    <w:p>
      <w:pPr>
        <w:bidi/>
        <w:spacing w:before="0" w:after="60"/>
        <w:jc w:val="both"/>
      </w:pPr>
      <w:r>
        <w:rPr>
          <w:rtl/>
        </w:rPr>
        <w:t>ד. ‪16 __________ 12‬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15 · ב. 3 · ג. 20 · ד. &gt;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