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א'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המספרים עד 20: עשרת ויחידות, ישר המספרים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שָׁלָב 1: מְחַפְּשִׂים אֶת הָעֶשֶׂר הַשְּׁלֵמָה.</w:t>
      </w:r>
    </w:p>
    <w:p>
      <w:pPr>
        <w:bidi/>
        <w:spacing w:before="0" w:after="20"/>
        <w:jc w:val="both"/>
      </w:pPr>
      <w:r>
        <w:rPr>
          <w:rtl/>
        </w:rPr>
        <w:t>2. שָׁלָב 2: סוֹפְרִים אֶת הַיְּחִידוֹת שֶׁנִּשְׁאֲרוּ.</w:t>
      </w:r>
    </w:p>
    <w:p>
      <w:pPr>
        <w:bidi/>
        <w:spacing w:before="0" w:after="20"/>
        <w:jc w:val="both"/>
      </w:pPr>
      <w:r>
        <w:rPr>
          <w:rtl/>
        </w:rPr>
        <w:t>3. שָׁלָב 3: כּוֹתְבִים: עֶשֶׂר וְעוֹד הַיְּחִידוֹת, לְמָשָׁל ‪10 + 6 = 16‬.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בַּקֻּפְסָה יֵשׁ 10 עֶפְרוֹנוֹת, וְעוֹד 4 עֶפְרוֹנוֹת לְיָדָהּ. כַּמָּה עֶפְרוֹנוֹת יֵשׁ?</w:t>
      </w:r>
    </w:p>
    <w:p>
      <w:pPr>
        <w:bidi/>
        <w:spacing w:before="0" w:after="20"/>
        <w:jc w:val="both"/>
      </w:pPr>
      <w:r>
        <w:rPr>
          <w:rtl/>
        </w:rPr>
        <w:t>1. בַּקֻּפְסָה עֶשֶׂר שְׁלֵמָה: 10.</w:t>
      </w:r>
    </w:p>
    <w:p>
      <w:pPr>
        <w:bidi/>
        <w:spacing w:before="0" w:after="20"/>
        <w:jc w:val="both"/>
      </w:pPr>
      <w:r>
        <w:rPr>
          <w:rtl/>
        </w:rPr>
        <w:t>2. לְיָדָהּ 4 יְחִידוֹת.</w:t>
      </w:r>
    </w:p>
    <w:p>
      <w:pPr>
        <w:bidi/>
        <w:spacing w:before="0" w:after="20"/>
        <w:jc w:val="both"/>
      </w:pPr>
      <w:r>
        <w:rPr>
          <w:rtl/>
        </w:rPr>
        <w:t>3. ‪10 + 4 = 14‬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14 עֶפְרוֹנוֹת.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חַשְּׁבוּ.</w:t>
      </w:r>
    </w:p>
    <w:p>
      <w:pPr>
        <w:bidi/>
        <w:spacing w:before="0" w:after="60"/>
        <w:jc w:val="both"/>
      </w:pPr>
      <w:r>
        <w:rPr>
          <w:rtl/>
        </w:rPr>
        <w:t>א. ‪10 + 2 = __________‬</w:t>
      </w:r>
    </w:p>
    <w:p>
      <w:pPr>
        <w:bidi/>
        <w:spacing w:before="0" w:after="60"/>
        <w:jc w:val="both"/>
      </w:pPr>
      <w:r>
        <w:rPr>
          <w:rtl/>
        </w:rPr>
        <w:t>ב. ‪10 + 5 = __________‬</w:t>
      </w:r>
    </w:p>
    <w:p>
      <w:pPr>
        <w:bidi/>
        <w:spacing w:before="0" w:after="60"/>
        <w:jc w:val="both"/>
      </w:pPr>
      <w:r>
        <w:rPr>
          <w:rtl/>
        </w:rPr>
        <w:t>ג. ‪10 + 9 = __________‬</w:t>
      </w:r>
    </w:p>
    <w:p>
      <w:pPr>
        <w:bidi/>
        <w:spacing w:before="0" w:after="60"/>
        <w:jc w:val="both"/>
      </w:pPr>
      <w:r>
        <w:rPr>
          <w:rtl/>
        </w:rPr>
        <w:t>ד. ‪10 + 0 = __________‬</w:t>
      </w:r>
    </w:p>
    <w:p>
      <w:pPr>
        <w:bidi/>
        <w:spacing w:before="0" w:after="60"/>
        <w:jc w:val="both"/>
      </w:pPr>
      <w:r>
        <w:rPr>
          <w:rtl/>
        </w:rPr>
        <w:t>ה. ‪10 + 10 = __________‬</w:t>
      </w:r>
    </w:p>
    <w:p>
      <w:pPr>
        <w:bidi/>
        <w:spacing w:before="0" w:after="60"/>
        <w:jc w:val="both"/>
      </w:pPr>
      <w:r>
        <w:rPr>
          <w:rtl/>
        </w:rPr>
        <w:t>ו. ‪10 + 7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פָּרְקוּ: עֶשֶׂר וְעוֹד.</w:t>
      </w:r>
    </w:p>
    <w:p>
      <w:pPr>
        <w:bidi/>
        <w:spacing w:before="0" w:after="60"/>
        <w:jc w:val="both"/>
      </w:pPr>
      <w:r>
        <w:rPr>
          <w:rtl/>
        </w:rPr>
        <w:t>א. ‪14 = 10 + __________‬</w:t>
      </w:r>
    </w:p>
    <w:p>
      <w:pPr>
        <w:bidi/>
        <w:spacing w:before="0" w:after="60"/>
        <w:jc w:val="both"/>
      </w:pPr>
      <w:r>
        <w:rPr>
          <w:rtl/>
        </w:rPr>
        <w:t>ב. ‪11 = 10 + __________‬</w:t>
      </w:r>
    </w:p>
    <w:p>
      <w:pPr>
        <w:bidi/>
        <w:spacing w:before="0" w:after="60"/>
        <w:jc w:val="both"/>
      </w:pPr>
      <w:r>
        <w:rPr>
          <w:rtl/>
        </w:rPr>
        <w:t>ג. ‪19 = 10 + __________‬</w:t>
      </w:r>
    </w:p>
    <w:p>
      <w:pPr>
        <w:bidi/>
        <w:spacing w:before="0" w:after="60"/>
        <w:jc w:val="both"/>
      </w:pPr>
      <w:r>
        <w:rPr>
          <w:rtl/>
        </w:rPr>
        <w:t>ד. ‪16 = __________ + 6‬</w:t>
      </w:r>
    </w:p>
    <w:p>
      <w:pPr>
        <w:bidi/>
        <w:spacing w:before="0" w:after="60"/>
        <w:jc w:val="both"/>
      </w:pPr>
      <w:r>
        <w:rPr>
          <w:rtl/>
        </w:rPr>
        <w:t>ה. ‪20 = 10 +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[בינוני] הַשְׁלִימוּ אֶת הַמִּסְפָּרִים הַחֲסֵרִים.</w:t>
      </w:r>
    </w:p>
    <w:p>
      <w:pPr>
        <w:bidi/>
        <w:spacing w:before="0" w:after="60"/>
        <w:jc w:val="both"/>
      </w:pPr>
      <w:r>
        <w:rPr>
          <w:rtl/>
        </w:rPr>
        <w:t>א. 11, 12, __________, 14</w:t>
      </w:r>
    </w:p>
    <w:p>
      <w:pPr>
        <w:bidi/>
        <w:spacing w:before="0" w:after="60"/>
        <w:jc w:val="both"/>
      </w:pPr>
      <w:r>
        <w:rPr>
          <w:rtl/>
        </w:rPr>
        <w:t>ב. 16, 17, 18, __________</w:t>
      </w:r>
    </w:p>
    <w:p>
      <w:pPr>
        <w:bidi/>
        <w:spacing w:before="0" w:after="60"/>
        <w:jc w:val="both"/>
      </w:pPr>
      <w:r>
        <w:rPr>
          <w:rtl/>
        </w:rPr>
        <w:t>ג. __________, 15, 16, 17</w:t>
      </w:r>
    </w:p>
    <w:p>
      <w:pPr>
        <w:bidi/>
        <w:spacing w:before="0" w:after="60"/>
        <w:jc w:val="both"/>
      </w:pPr>
      <w:r>
        <w:rPr>
          <w:rtl/>
        </w:rPr>
        <w:t>ד. 20, 19, __________, 17</w:t>
      </w:r>
    </w:p>
    <w:p>
      <w:pPr>
        <w:bidi/>
        <w:spacing w:before="0" w:after="60"/>
        <w:jc w:val="both"/>
      </w:pPr>
      <w:r>
        <w:rPr>
          <w:rtl/>
        </w:rPr>
        <w:t>ה. 9, 10, __________, 12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[בינוני] הַשְׁלִימוּ אֶת הַטַּבְלָה.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הַמִּסְפָּר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עֲשָׂרוֹת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יְחִידוֹת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12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8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[בינוני] הַשְׁווּ. כִּתְבוּ &gt; אוֹ &lt; אוֹ =.</w:t>
      </w:r>
    </w:p>
    <w:p>
      <w:pPr>
        <w:bidi/>
        <w:spacing w:before="0" w:after="60"/>
        <w:jc w:val="both"/>
      </w:pPr>
      <w:r>
        <w:rPr>
          <w:rtl/>
        </w:rPr>
        <w:t>א. ‪14 __________ 17‬</w:t>
      </w:r>
    </w:p>
    <w:p>
      <w:pPr>
        <w:bidi/>
        <w:spacing w:before="0" w:after="60"/>
        <w:jc w:val="both"/>
      </w:pPr>
      <w:r>
        <w:rPr>
          <w:rtl/>
        </w:rPr>
        <w:t>ב. ‪19 __________ 12‬</w:t>
      </w:r>
    </w:p>
    <w:p>
      <w:pPr>
        <w:bidi/>
        <w:spacing w:before="0" w:after="60"/>
        <w:jc w:val="both"/>
      </w:pPr>
      <w:r>
        <w:rPr>
          <w:rtl/>
        </w:rPr>
        <w:t>ג. ‪10 __________ 10‬</w:t>
      </w:r>
    </w:p>
    <w:p>
      <w:pPr>
        <w:bidi/>
        <w:spacing w:before="0" w:after="60"/>
        <w:jc w:val="both"/>
      </w:pPr>
      <w:r>
        <w:rPr>
          <w:rtl/>
        </w:rPr>
        <w:t>ד. ‪8 __________ 18‬</w:t>
      </w:r>
    </w:p>
    <w:p>
      <w:pPr>
        <w:bidi/>
        <w:spacing w:before="0" w:after="60"/>
        <w:jc w:val="both"/>
      </w:pPr>
      <w:r>
        <w:rPr>
          <w:rtl/>
        </w:rPr>
        <w:t>ה. ‪20 __________ 16‬</w:t>
      </w:r>
    </w:p>
    <w:p>
      <w:pPr>
        <w:bidi/>
        <w:spacing w:before="0" w:after="60"/>
        <w:jc w:val="both"/>
      </w:pPr>
      <w:r>
        <w:rPr>
          <w:rtl/>
        </w:rPr>
        <w:t>ו. ‪13 __________ 11‬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הַתְאִימוּ כָּל מִסְפָּר לַפֵּרוּק שֶׁלּוֹ.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1. 13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‪10 + 3‬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2. 17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‪10 + 1‬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3. 11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‪10 + 7‬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4. 20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‪10 + 5‬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5. 15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‪10 + 10‬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נָכוֹן אוֹ לֹא נָכוֹן?</w:t>
      </w:r>
    </w:p>
    <w:p>
      <w:pPr>
        <w:bidi/>
        <w:spacing w:before="0" w:after="60"/>
        <w:jc w:val="both"/>
      </w:pPr>
      <w:r>
        <w:rPr>
          <w:rtl/>
        </w:rPr>
        <w:t>א. בַּמִּסְפָּר 16 יֵשׁ 6 יְחִידוֹת.      נכון / לא נכון</w:t>
      </w:r>
    </w:p>
    <w:p>
      <w:pPr>
        <w:bidi/>
        <w:spacing w:before="0" w:after="60"/>
        <w:jc w:val="both"/>
      </w:pPr>
      <w:r>
        <w:rPr>
          <w:rtl/>
        </w:rPr>
        <w:t>ב. ‪12 &gt; 19‬      נכון / לא נכון</w:t>
      </w:r>
    </w:p>
    <w:p>
      <w:pPr>
        <w:bidi/>
        <w:spacing w:before="0" w:after="60"/>
        <w:jc w:val="both"/>
      </w:pPr>
      <w:r>
        <w:rPr>
          <w:rtl/>
        </w:rPr>
        <w:t>ג. אַחֲרֵי 19 בָּא 20.      נכון / לא נכון</w:t>
      </w:r>
    </w:p>
    <w:p>
      <w:pPr>
        <w:bidi/>
        <w:spacing w:before="0" w:after="60"/>
        <w:jc w:val="both"/>
      </w:pPr>
      <w:r>
        <w:rPr>
          <w:rtl/>
        </w:rPr>
        <w:t>ד. ‪10 + 8 = 19‬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[קל] מַיְּנוּ אֶת הַמִּסְפָּרִים.</w:t>
      </w:r>
    </w:p>
    <w:p>
      <w:pPr>
        <w:bidi/>
        <w:spacing w:before="0" w:after="80"/>
        <w:jc w:val="both"/>
      </w:pPr>
      <w:r>
        <w:rPr>
          <w:color w:val="C2410C"/>
          <w:sz w:val="24"/>
          <w:szCs w:val="24"/>
          <w:rtl/>
        </w:rPr>
        <w:t>המילים: 7  |  14  |  3  |  19  |  9  |  12  |  16  |  5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קְטַנִּים מִ-10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גְּדוֹלִים מִ-10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בַּחֲרוּ אֶת הַתְּשׁוּבָה הַנְּכוֹנָה.</w:t>
      </w:r>
    </w:p>
    <w:p>
      <w:pPr>
        <w:bidi/>
        <w:spacing w:before="0" w:after="20"/>
        <w:jc w:val="both"/>
      </w:pPr>
      <w:r>
        <w:rPr>
          <w:rtl/>
        </w:rPr>
        <w:t>א. עֶשֶׂר אַחַת וְ-6 יְחִידוֹת הֵן:</w:t>
      </w:r>
    </w:p>
    <w:p>
      <w:pPr>
        <w:bidi/>
        <w:spacing w:before="0" w:after="80"/>
        <w:jc w:val="both"/>
      </w:pPr>
      <w:r>
        <w:rPr>
          <w:rtl/>
        </w:rPr>
        <w:t xml:space="preserve">   ○ 6      ○ 16      ○ 61</w:t>
      </w:r>
    </w:p>
    <w:p>
      <w:pPr>
        <w:bidi/>
        <w:spacing w:before="0" w:after="20"/>
        <w:jc w:val="both"/>
      </w:pPr>
      <w:r>
        <w:rPr>
          <w:rtl/>
        </w:rPr>
        <w:t>ב. אֵיזֶה מִסְפָּר בָּא בֵּין 14 לְ-16?</w:t>
      </w:r>
    </w:p>
    <w:p>
      <w:pPr>
        <w:bidi/>
        <w:spacing w:before="0" w:after="80"/>
        <w:jc w:val="both"/>
      </w:pPr>
      <w:r>
        <w:rPr>
          <w:rtl/>
        </w:rPr>
        <w:t xml:space="preserve">   ○ 13      ○ 17      ○ 15</w:t>
      </w:r>
    </w:p>
    <w:p>
      <w:pPr>
        <w:bidi/>
        <w:spacing w:before="0" w:after="20"/>
        <w:jc w:val="both"/>
      </w:pPr>
      <w:r>
        <w:rPr>
          <w:rtl/>
        </w:rPr>
        <w:t>ג. 2 עֲשָׂרוֹת הֵן:</w:t>
      </w:r>
    </w:p>
    <w:p>
      <w:pPr>
        <w:bidi/>
        <w:spacing w:before="0" w:after="80"/>
        <w:jc w:val="both"/>
      </w:pPr>
      <w:r>
        <w:rPr>
          <w:rtl/>
        </w:rPr>
        <w:t xml:space="preserve">   ○ 20      ○ 12      ○ 2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סַמְּנוּ עַל יְשַׁר הַמִּסְפָּרִים מִ-10 עַד 20 אֶת הַמִּסְפָּרִים 12, 15 וְ-19.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[אתגר] אֶתְגָּר: אֲנִי מִסְפָּר בֵּין 10 לְ-20. יֵשׁ לִי 4 יְחִידוֹת. מִי אֲנִי?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40" w:after="40"/>
        <w:jc w:val="both"/>
      </w:pPr>
      <w:r>
        <w:rPr>
          <w:rFonts w:ascii="Tahoma" w:hAnsi="Tahoma" w:cs="Tahoma"/>
          <w:b/>
          <w:bCs/>
          <w:color w:val="C2410C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[קל] בַּקַּרְטוֹן יֵשׁ 10 בֵּיצִים, וְעוֹד 2 בֵּיצִים בַּצַּלַּחַת. כַּמָּה בֵּיצִים יֵשׁ בְּסַךְ הַכֹּל?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🥚🥚🥚🥚🥚🥚🥚🥚🥚🥚 ➕ 🥚🥚</w:t>
      </w:r>
    </w:p>
    <w:p>
      <w:pPr>
        <w:bidi/>
        <w:spacing w:before="0" w:after="20"/>
        <w:jc w:val="both"/>
      </w:pPr>
      <w:r>
        <w:rPr>
          <w:b/>
          <w:bCs/>
          <w:color w:val="C2410C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[קל] לְמֹשֶׁה יֵשׁ חֲבִילָה שֶׁל 10 קְלָפִים וְעוֹד 5 קְלָפִים. כַּמָּה קְלָפִים יֵשׁ לְמֹשֶׁה?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🃏🔟 ➕ 🃏🃏🃏🃏🃏</w:t>
      </w:r>
    </w:p>
    <w:p>
      <w:pPr>
        <w:bidi/>
        <w:spacing w:before="0" w:after="20"/>
        <w:jc w:val="both"/>
      </w:pPr>
      <w:r>
        <w:rPr>
          <w:b/>
          <w:bCs/>
          <w:color w:val="C2410C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בַּכִּתָּה יֵשׁ 16 כִּסְאוֹת. 10 כִּסְאוֹת כְּחֻלִּים, וְהַשְּׁאָר אֲדֻמִּים. כַּמָּה כִּסְאוֹת אֲדֻמִּים?</w:t>
      </w:r>
    </w:p>
    <w:p>
      <w:pPr>
        <w:bidi/>
        <w:spacing w:before="0" w:after="20"/>
        <w:jc w:val="both"/>
      </w:pPr>
      <w:r>
        <w:rPr>
          <w:b/>
          <w:bCs/>
          <w:color w:val="C2410C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[בינוני] אוּרִי בֶּן 8. אָחִיו הַגָּדוֹל בֶּן 13. מִי מְבֻגָּר יוֹתֵר? כַּמָּה שָׁנִים יוֹתֵר?</w:t>
      </w:r>
    </w:p>
    <w:p>
      <w:pPr>
        <w:bidi/>
        <w:spacing w:before="0" w:after="20"/>
        <w:jc w:val="both"/>
      </w:pPr>
      <w:r>
        <w:rPr>
          <w:b/>
          <w:bCs/>
          <w:color w:val="C2410C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[אתגר] נוֹעַם עוֹמֵד עַל יְשַׁר הַמִּסְפָּרִים בַּמִּסְפָּר 12. הוּא קוֹפֵץ 3 צְעָדִים קָדִימָה. לְאֵיזֶה מִסְפָּר הוּא מַגִּיעַ?</w:t>
      </w:r>
    </w:p>
    <w:p>
      <w:pPr>
        <w:bidi/>
        <w:spacing w:before="0" w:after="20"/>
        <w:jc w:val="both"/>
      </w:pPr>
      <w:r>
        <w:rPr>
          <w:b/>
          <w:bCs/>
          <w:color w:val="C2410C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[אתגר] בַּסַּל 20 תַּפּוּזִים. יֵשׁ בּוֹ 2 עֲשָׂרוֹת. אִמָּא לָקְחָה עֶשֶׂר אַחַת לַמִּיץ. כַּמָּה תַּפּוּזִים נִשְׁאֲרוּ בַּסַּל?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🍊🔟 🍊🔟</w:t>
      </w:r>
    </w:p>
    <w:p>
      <w:pPr>
        <w:bidi/>
        <w:spacing w:before="0" w:after="20"/>
        <w:jc w:val="both"/>
      </w:pPr>
      <w:r>
        <w:rPr>
          <w:b/>
          <w:bCs/>
          <w:color w:val="C2410C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C2410C"/>
          <w:sz w:val="26"/>
          <w:szCs w:val="26"/>
          <w:rtl/>
        </w:rPr>
        <w:t>18. גִּזְרוּ אֶת כַּרְטִיסֵי הַמִּסְפָּרִים, וְהַדְבִּיקוּ אוֹתָם לְפִי הַסֵּדֶר: מִן הַקָּטָן אֶל הַגָּדוֹל.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17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הֲכִי קָטָן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</w:r>
          </w:p>
        </w:tc>
      </w:tr>
      <w:tr>
        <w:trPr>
          <w:trHeight w:val="1417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הֲכִי גָּדוֹל</w:t>
            </w:r>
          </w:p>
        </w:tc>
        <w:tc>
          <w:tcPr>
            <w:tcW w:type="dxa" w:w="2466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C2410C"/>
          <w:sz w:val="26"/>
          <w:szCs w:val="26"/>
          <w:rtl/>
        </w:rPr>
        <w:t>19. קִרְאוּ אֶת בֵּאוּרֵי הַמִּלִּים.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tcBorders>
              <w:top w:val="single" w:sz="12" w:color="E0A800" w:space="0"/>
              <w:left w:val="single" w:sz="12" w:color="E0A800" w:space="0"/>
              <w:bottom w:val="single" w:sz="12" w:color="E0A800" w:space="0"/>
              <w:right w:val="single" w:sz="12" w:color="E0A800" w:space="0"/>
            </w:tcBorders>
            <w:shd w:val="clear" w:color="auto" w:fill="FFF8E1"/>
          </w:tcPr>
          <w:p>
            <w:pPr>
              <w:bidi/>
              <w:spacing w:before="0" w:after="60"/>
              <w:jc w:val="both"/>
            </w:pPr>
            <w:r>
              <w:rPr>
                <w:b/>
                <w:bCs/>
                <w:color w:val="8A5A00"/>
                <w:sz w:val="26"/>
                <w:szCs w:val="26"/>
                <w:rtl/>
              </w:rPr>
              <w:t>📖 בֵּאוּרֵי מִלִּים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עֲשֶׂרֶת – </w:t>
            </w:r>
            <w:r>
              <w:rPr>
                <w:sz w:val="24"/>
                <w:szCs w:val="24"/>
                <w:rtl/>
              </w:rPr>
              <w:t>קְבוּצָה שֶׁל 10 יְחִידוֹת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יְחִידוֹת – </w:t>
            </w:r>
            <w:r>
              <w:rPr>
                <w:sz w:val="24"/>
                <w:szCs w:val="24"/>
                <w:rtl/>
              </w:rPr>
              <w:t>מָה שֶׁנִּשְׁאַר אַחֲרֵי הָעֲשֶׂרֶת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יְשַׁר הַמִּסְפָּרִים – </w:t>
            </w:r>
            <w:r>
              <w:rPr>
                <w:sz w:val="24"/>
                <w:szCs w:val="24"/>
                <w:rtl/>
              </w:rPr>
              <w:t>קַו שֶׁהַמִּסְפָּרִים מְסֻדָּרִים עָלָיו לְפִי הַסֵּדֶר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אַחֲרֵי – </w:t>
            </w:r>
            <w:r>
              <w:rPr>
                <w:sz w:val="24"/>
                <w:szCs w:val="24"/>
                <w:rtl/>
              </w:rPr>
              <w:t>הַמִּסְפָּר הַגָּדוֹל בְּ-1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40"/>
        <w:jc w:val="both"/>
      </w:pPr>
      <w:r>
        <w:rPr>
          <w:b/>
          <w:bCs/>
          <w:sz w:val="25"/>
          <w:szCs w:val="25"/>
          <w:rtl/>
        </w:rPr>
        <w:t>✏️ כִּתְבוּ מִסְפָּר בֵּין 10 לָ-20, וְאִמְרוּ כַּמָּה עֲשָׂרוֹת וְכַמָּה יְחִידוֹת יֵשׁ בּוֹ.</w:t>
      </w:r>
    </w:p>
    <w:p>
      <w:pPr>
        <w:bidi/>
        <w:spacing w:before="0" w:after="120"/>
        <w:jc w:val="both"/>
      </w:pPr>
      <w:r>
        <w:rPr>
          <w:color w:val="9AA3B5"/>
          <w:sz w:val="24"/>
          <w:szCs w:val="24"/>
          <w:rtl/>
        </w:rPr>
        <w:t>______________________________________________________________________</w:t>
      </w:r>
    </w:p>
    <w:p>
      <w:pPr>
        <w:bidi/>
        <w:spacing w:before="0" w:after="120"/>
        <w:jc w:val="both"/>
      </w:pPr>
      <w:r>
        <w:rPr>
          <w:color w:val="9AA3B5"/>
          <w:sz w:val="24"/>
          <w:szCs w:val="24"/>
          <w:rtl/>
        </w:rPr>
        <w:t>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shd w:val="clear" w:color="auto" w:fill="555555"/>
            <w:vAlign w:val="center"/>
          </w:tcPr>
          <w:p>
            <w:pPr>
              <w:bidi/>
              <w:spacing w:before="60" w:after="60"/>
              <w:jc w:val="center"/>
            </w:pPr>
            <w:r>
              <w:rPr>
                <w:b/>
                <w:bCs/>
                <w:color w:val="FFFFFF"/>
                <w:sz w:val="34"/>
                <w:szCs w:val="34"/>
                <w:rtl/>
              </w:rPr>
              <w:t>✂ דַּף גְּזִירָה – המספרים עד 20: עשרת ויחידות, ישר המספרים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גִּזְרוּ אֶת הַכַּרְטִיסִים לְאֹרֶךְ הַקַּו הַמְּקֻוְקָו וְהַדְבִּיקוּ בְּעַמּוּד 5, מְשִׂימָה 18.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20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18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11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9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16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13</w:t>
            </w: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12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א'   |   דף עבודה – תשובות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A4F"/>
          <w:sz w:val="36"/>
          <w:szCs w:val="36"/>
          <w:rtl/>
        </w:rPr>
        <w:t>תשובות – המספרים עד 20: עשרת ויחידות, ישר המספרים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חַשְּׁבוּ.</w:t>
      </w:r>
    </w:p>
    <w:p>
      <w:pPr>
        <w:bidi/>
        <w:spacing w:before="0" w:after="40"/>
        <w:jc w:val="both"/>
      </w:pPr>
      <w:r>
        <w:rPr>
          <w:rtl/>
        </w:rPr>
        <w:t>א. ‪10 + 2 = 12‬</w:t>
      </w:r>
    </w:p>
    <w:p>
      <w:pPr>
        <w:bidi/>
        <w:spacing w:before="0" w:after="40"/>
        <w:jc w:val="both"/>
      </w:pPr>
      <w:r>
        <w:rPr>
          <w:rtl/>
        </w:rPr>
        <w:t>ב. ‪10 + 5 = 15‬</w:t>
      </w:r>
    </w:p>
    <w:p>
      <w:pPr>
        <w:bidi/>
        <w:spacing w:before="0" w:after="40"/>
        <w:jc w:val="both"/>
      </w:pPr>
      <w:r>
        <w:rPr>
          <w:rtl/>
        </w:rPr>
        <w:t>ג. ‪10 + 9 = 19‬</w:t>
      </w:r>
    </w:p>
    <w:p>
      <w:pPr>
        <w:bidi/>
        <w:spacing w:before="0" w:after="40"/>
        <w:jc w:val="both"/>
      </w:pPr>
      <w:r>
        <w:rPr>
          <w:rtl/>
        </w:rPr>
        <w:t>ד. ‪10 + 0 = 10‬</w:t>
      </w:r>
    </w:p>
    <w:p>
      <w:pPr>
        <w:bidi/>
        <w:spacing w:before="0" w:after="40"/>
        <w:jc w:val="both"/>
      </w:pPr>
      <w:r>
        <w:rPr>
          <w:rtl/>
        </w:rPr>
        <w:t>ה. ‪10 + 10 = 20‬</w:t>
      </w:r>
    </w:p>
    <w:p>
      <w:pPr>
        <w:bidi/>
        <w:spacing w:before="0" w:after="40"/>
        <w:jc w:val="both"/>
      </w:pPr>
      <w:r>
        <w:rPr>
          <w:rtl/>
        </w:rPr>
        <w:t>ו. ‪10 + 7 = 17‬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פָּרְקוּ: עֶשֶׂר וְעוֹד.</w:t>
      </w:r>
    </w:p>
    <w:p>
      <w:pPr>
        <w:bidi/>
        <w:spacing w:before="0" w:after="40"/>
        <w:jc w:val="both"/>
      </w:pPr>
      <w:r>
        <w:rPr>
          <w:rtl/>
        </w:rPr>
        <w:t>א. ‪14 = 10 + 4‬</w:t>
      </w:r>
    </w:p>
    <w:p>
      <w:pPr>
        <w:bidi/>
        <w:spacing w:before="0" w:after="40"/>
        <w:jc w:val="both"/>
      </w:pPr>
      <w:r>
        <w:rPr>
          <w:rtl/>
        </w:rPr>
        <w:t>ב. ‪11 = 10 + 1‬</w:t>
      </w:r>
    </w:p>
    <w:p>
      <w:pPr>
        <w:bidi/>
        <w:spacing w:before="0" w:after="40"/>
        <w:jc w:val="both"/>
      </w:pPr>
      <w:r>
        <w:rPr>
          <w:rtl/>
        </w:rPr>
        <w:t>ג. ‪19 = 10 + 9‬</w:t>
      </w:r>
    </w:p>
    <w:p>
      <w:pPr>
        <w:bidi/>
        <w:spacing w:before="0" w:after="40"/>
        <w:jc w:val="both"/>
      </w:pPr>
      <w:r>
        <w:rPr>
          <w:rtl/>
        </w:rPr>
        <w:t>ד. ‪16 = 10 + 6‬</w:t>
      </w:r>
    </w:p>
    <w:p>
      <w:pPr>
        <w:bidi/>
        <w:spacing w:before="0" w:after="40"/>
        <w:jc w:val="both"/>
      </w:pPr>
      <w:r>
        <w:rPr>
          <w:rtl/>
        </w:rPr>
        <w:t>ה. ‪20 = 10 + 10‬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[בינוני] הַשְׁלִימוּ אֶת הַמִּסְפָּרִים הַחֲסֵרִים.</w:t>
      </w:r>
    </w:p>
    <w:p>
      <w:pPr>
        <w:bidi/>
        <w:spacing w:before="0" w:after="40"/>
        <w:jc w:val="both"/>
      </w:pPr>
      <w:r>
        <w:rPr>
          <w:rtl/>
        </w:rPr>
        <w:t>א. 11, 12, 13, 14</w:t>
      </w:r>
    </w:p>
    <w:p>
      <w:pPr>
        <w:bidi/>
        <w:spacing w:before="0" w:after="40"/>
        <w:jc w:val="both"/>
      </w:pPr>
      <w:r>
        <w:rPr>
          <w:rtl/>
        </w:rPr>
        <w:t>ב. 16, 17, 18, 19</w:t>
      </w:r>
    </w:p>
    <w:p>
      <w:pPr>
        <w:bidi/>
        <w:spacing w:before="0" w:after="40"/>
        <w:jc w:val="both"/>
      </w:pPr>
      <w:r>
        <w:rPr>
          <w:rtl/>
        </w:rPr>
        <w:t>ג. 14, 15, 16, 17</w:t>
      </w:r>
    </w:p>
    <w:p>
      <w:pPr>
        <w:bidi/>
        <w:spacing w:before="0" w:after="40"/>
        <w:jc w:val="both"/>
      </w:pPr>
      <w:r>
        <w:rPr>
          <w:rtl/>
        </w:rPr>
        <w:t>ד. 20, 19, 18, 17</w:t>
      </w:r>
    </w:p>
    <w:p>
      <w:pPr>
        <w:bidi/>
        <w:spacing w:before="0" w:after="40"/>
        <w:jc w:val="both"/>
      </w:pPr>
      <w:r>
        <w:rPr>
          <w:rtl/>
        </w:rPr>
        <w:t>ה. 9, 10, 11, 12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[בינוני] הַשְׁלִימוּ אֶת הַטַּבְלָה.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הַמִּסְפָּר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עֲשָׂרוֹת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יְחִידוֹת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5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12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18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8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0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11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[בינוני] הַשְׁווּ. כִּתְבוּ &gt; אוֹ &lt; אוֹ =.</w:t>
      </w:r>
    </w:p>
    <w:p>
      <w:pPr>
        <w:bidi/>
        <w:spacing w:before="0" w:after="40"/>
        <w:jc w:val="both"/>
      </w:pPr>
      <w:r>
        <w:rPr>
          <w:rtl/>
        </w:rPr>
        <w:t>א. ‪14 &lt; 17‬</w:t>
      </w:r>
    </w:p>
    <w:p>
      <w:pPr>
        <w:bidi/>
        <w:spacing w:before="0" w:after="40"/>
        <w:jc w:val="both"/>
      </w:pPr>
      <w:r>
        <w:rPr>
          <w:rtl/>
        </w:rPr>
        <w:t>ב. ‪19 &gt; 12‬</w:t>
      </w:r>
    </w:p>
    <w:p>
      <w:pPr>
        <w:bidi/>
        <w:spacing w:before="0" w:after="40"/>
        <w:jc w:val="both"/>
      </w:pPr>
      <w:r>
        <w:rPr>
          <w:rtl/>
        </w:rPr>
        <w:t>ג. ‪10 = 10‬</w:t>
      </w:r>
    </w:p>
    <w:p>
      <w:pPr>
        <w:bidi/>
        <w:spacing w:before="0" w:after="40"/>
        <w:jc w:val="both"/>
      </w:pPr>
      <w:r>
        <w:rPr>
          <w:rtl/>
        </w:rPr>
        <w:t>ד. ‪8 &lt; 18‬</w:t>
      </w:r>
    </w:p>
    <w:p>
      <w:pPr>
        <w:bidi/>
        <w:spacing w:before="0" w:after="40"/>
        <w:jc w:val="both"/>
      </w:pPr>
      <w:r>
        <w:rPr>
          <w:rtl/>
        </w:rPr>
        <w:t>ה. ‪20 &gt; 16‬</w:t>
      </w:r>
    </w:p>
    <w:p>
      <w:pPr>
        <w:bidi/>
        <w:spacing w:before="0" w:after="40"/>
        <w:jc w:val="both"/>
      </w:pPr>
      <w:r>
        <w:rPr>
          <w:rtl/>
        </w:rPr>
        <w:t>ו. ‪13 &gt; 11‬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הַתְאִימוּ כָּל מִסְפָּר לַפֵּרוּק שֶׁלּוֹ.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1. 13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‪10 + 3‬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2. 17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‪10 + 1‬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3. 11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‪10 + 7‬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4. 20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‪10 + 5‬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5. 15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‪10 + 10‬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נָכוֹן אוֹ לֹא נָכוֹן?</w:t>
      </w:r>
    </w:p>
    <w:p>
      <w:pPr>
        <w:bidi/>
        <w:spacing w:before="0" w:after="40"/>
        <w:jc w:val="both"/>
      </w:pPr>
      <w:r>
        <w:rPr>
          <w:rtl/>
        </w:rPr>
        <w:t>א. בַּמִּסְפָּר 16 יֵשׁ 6 יְחִידוֹת. – נכון</w:t>
      </w:r>
    </w:p>
    <w:p>
      <w:pPr>
        <w:bidi/>
        <w:spacing w:before="0" w:after="40"/>
        <w:jc w:val="both"/>
      </w:pPr>
      <w:r>
        <w:rPr>
          <w:rtl/>
        </w:rPr>
        <w:t>ב. ‪12 &gt; 19‬ – לא נכון – ‪12 &lt; 19‬</w:t>
      </w:r>
    </w:p>
    <w:p>
      <w:pPr>
        <w:bidi/>
        <w:spacing w:before="0" w:after="40"/>
        <w:jc w:val="both"/>
      </w:pPr>
      <w:r>
        <w:rPr>
          <w:rtl/>
        </w:rPr>
        <w:t>ג. אַחֲרֵי 19 בָּא 20. – נכון</w:t>
      </w:r>
    </w:p>
    <w:p>
      <w:pPr>
        <w:bidi/>
        <w:spacing w:before="0" w:after="40"/>
        <w:jc w:val="both"/>
      </w:pPr>
      <w:r>
        <w:rPr>
          <w:rtl/>
        </w:rPr>
        <w:t>ד. ‪10 + 8 = 19‬ – לא נכון – ‪10 + 8 = 18‬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[קל] מַיְּנוּ אֶת הַמִּסְפָּרִים.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קְטַנִּים מִ-10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גְּדוֹלִים מִ-10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7, 3, 9, 5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14, 19, 12, 16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בַּחֲרוּ אֶת הַתְּשׁוּבָה הַנְּכוֹנָה.</w:t>
      </w:r>
    </w:p>
    <w:p>
      <w:pPr>
        <w:bidi/>
        <w:spacing w:before="0" w:after="20"/>
        <w:jc w:val="both"/>
      </w:pPr>
      <w:r>
        <w:rPr>
          <w:rtl/>
        </w:rPr>
        <w:t>א. עֶשֶׂר אַחַת וְ-6 יְחִידוֹת הֵן: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16</w:t>
      </w:r>
    </w:p>
    <w:p>
      <w:pPr>
        <w:bidi/>
        <w:spacing w:before="0" w:after="20"/>
        <w:jc w:val="both"/>
      </w:pPr>
      <w:r>
        <w:rPr>
          <w:rtl/>
        </w:rPr>
        <w:t>ב. אֵיזֶה מִסְפָּר בָּא בֵּין 14 לְ-16?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15</w:t>
      </w:r>
    </w:p>
    <w:p>
      <w:pPr>
        <w:bidi/>
        <w:spacing w:before="0" w:after="20"/>
        <w:jc w:val="both"/>
      </w:pPr>
      <w:r>
        <w:rPr>
          <w:rtl/>
        </w:rPr>
        <w:t>ג. 2 עֲשָׂרוֹת הֵן: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20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סַמְּנוּ עַל יְשַׁר הַמִּסְפָּרִים מִ-10 עַד 20 אֶת הַמִּסְפָּרִים 12, 15 וְ-19.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מסמנים את 12, 15 ו-19 במקומם על הישר.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[אתגר] אֶתְגָּר: אֲנִי מִסְפָּר בֵּין 10 לְ-20. יֵשׁ לִי 4 יְחִידוֹת. מִי אֲנִי?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14</w:t>
      </w:r>
    </w:p>
    <w:p>
      <w:pPr>
        <w:bidi/>
        <w:spacing w:before="240" w:after="40"/>
        <w:jc w:val="both"/>
      </w:pPr>
      <w:r>
        <w:rPr>
          <w:rFonts w:ascii="Tahoma" w:hAnsi="Tahoma" w:cs="Tahoma"/>
          <w:b/>
          <w:bCs/>
          <w:color w:val="C2410C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[קל] בַּקַּרְטוֹן יֵשׁ 10 בֵּיצִים, וְעוֹד 2 בֵּיצִים בַּצַּלַּחַת. כַּמָּה בֵּיצִים יֵשׁ בְּסַךְ הַכֹּל?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עשר ועוד ‪2: 10 + 2 = 12‬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יש 12 ביצים.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[קל] לְמֹשֶׁה יֵשׁ חֲבִילָה שֶׁל 10 קְלָפִים וְעוֹד 5 קְלָפִים. כַּמָּה קְלָפִים יֵשׁ לְמֹשֶׁה?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‪10 + 5 = 15‬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למשה יש 15 קלפים.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בַּכִּתָּה יֵשׁ 16 כִּסְאוֹת. 10 כִּסְאוֹת כְּחֻלִּים, וְהַשְּׁאָר אֲדֻמִּים. כַּמָּה כִּסְאוֹת אֲדֻמִּים?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‪16 = 10 + 6‬ ; ‪16 − 10 = 6‬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יש 6 כיסאות אדומים.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[בינוני] אוּרִי בֶּן 8. אָחִיו הַגָּדוֹל בֶּן 13. מִי מְבֻגָּר יוֹתֵר? כַּמָּה שָׁנִים יוֹתֵר?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‪13 &gt; 8‬, האח מבוגר יותר. ; סופרים מ-8 עד ‪13: 5‬ צעדים. ‪13 − 8 = 5‬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האח מבוגר יותר, ב-5 שנים.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[אתגר] נוֹעַם עוֹמֵד עַל יְשַׁר הַמִּסְפָּרִים בַּמִּסְפָּר 12. הוּא קוֹפֵץ 3 צְעָדִים קָדִימָה. לְאֵיזֶה מִסְפָּר הוּא מַגִּיעַ?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קופצים: 13, 14, 15. ; ‪12 + 3 = 15‬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נועם מגיע למספר 15.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[אתגר] בַּסַּל 20 תַּפּוּזִים. יֵשׁ בּוֹ 2 עֲשָׂרוֹת. אִמָּא לָקְחָה עֶשֶׂר אַחַת לַמִּיץ. כַּמָּה תַּפּוּזִים נִשְׁאֲרוּ בַּסַּל?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‪20 = 10 + 10‬ ; ‪20 − 10 = 10‬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נשארו 10 תפוזים.</w:t>
      </w:r>
    </w:p>
    <w:p>
      <w:pPr>
        <w:bidi/>
        <w:spacing w:before="160" w:after="60"/>
        <w:jc w:val="both"/>
      </w:pPr>
      <w:r>
        <w:rPr>
          <w:b/>
          <w:bCs/>
          <w:color w:val="C2410C"/>
          <w:sz w:val="26"/>
          <w:szCs w:val="26"/>
          <w:rtl/>
        </w:rPr>
        <w:t>18. גִּזְרוּ אֶת כַּרְטִיסֵי הַמִּסְפָּרִים, וְהַדְבִּיקוּ אוֹתָם לְפִי הַסֵּדֶר: מִן הַקָּטָן אֶל הַגָּדוֹל.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17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9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11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13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16</w:t>
            </w:r>
          </w:p>
        </w:tc>
      </w:tr>
      <w:tr>
        <w:trPr>
          <w:trHeight w:val="1417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18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20</w:t>
            </w:r>
          </w:p>
        </w:tc>
        <w:tc>
          <w:tcPr>
            <w:tcW w:type="dxa" w:w="2466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C2410C"/>
          <w:sz w:val="26"/>
          <w:szCs w:val="26"/>
          <w:rtl/>
        </w:rPr>
        <w:t>19. קִרְאוּ אֶת בֵּאוּרֵי הַמִּלִּים.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tcBorders>
              <w:top w:val="single" w:sz="12" w:color="E0A800" w:space="0"/>
              <w:left w:val="single" w:sz="12" w:color="E0A800" w:space="0"/>
              <w:bottom w:val="single" w:sz="12" w:color="E0A800" w:space="0"/>
              <w:right w:val="single" w:sz="12" w:color="E0A800" w:space="0"/>
            </w:tcBorders>
            <w:shd w:val="clear" w:color="auto" w:fill="FFF8E1"/>
          </w:tcPr>
          <w:p>
            <w:pPr>
              <w:bidi/>
              <w:spacing w:before="0" w:after="60"/>
              <w:jc w:val="both"/>
            </w:pPr>
            <w:r>
              <w:rPr>
                <w:b/>
                <w:bCs/>
                <w:color w:val="8A5A00"/>
                <w:sz w:val="26"/>
                <w:szCs w:val="26"/>
                <w:rtl/>
              </w:rPr>
              <w:t>📖 בֵּאוּרֵי מִלִּים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עֲשֶׂרֶת – </w:t>
            </w:r>
            <w:r>
              <w:rPr>
                <w:sz w:val="24"/>
                <w:szCs w:val="24"/>
                <w:rtl/>
              </w:rPr>
              <w:t>קְבוּצָה שֶׁל 10 יְחִידוֹת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יְחִידוֹת – </w:t>
            </w:r>
            <w:r>
              <w:rPr>
                <w:sz w:val="24"/>
                <w:szCs w:val="24"/>
                <w:rtl/>
              </w:rPr>
              <w:t>מָה שֶׁנִּשְׁאַר אַחֲרֵי הָעֲשֶׂרֶת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יְשַׁר הַמִּסְפָּרִים – </w:t>
            </w:r>
            <w:r>
              <w:rPr>
                <w:sz w:val="24"/>
                <w:szCs w:val="24"/>
                <w:rtl/>
              </w:rPr>
              <w:t>קַו שֶׁהַמִּסְפָּרִים מְסֻדָּרִים עָלָיו לְפִי הַסֵּדֶר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אַחֲרֵי – </w:t>
            </w:r>
            <w:r>
              <w:rPr>
                <w:sz w:val="24"/>
                <w:szCs w:val="24"/>
                <w:rtl/>
              </w:rPr>
              <w:t>הַמִּסְפָּר הַגָּדוֹל בְּ-1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80"/>
        <w:jc w:val="both"/>
      </w:pPr>
      <w:r>
        <w:rPr>
          <w:color w:val="0F7A4F"/>
          <w:sz w:val="24"/>
          <w:szCs w:val="24"/>
          <w:rtl/>
        </w:rPr>
        <w:t>כִּתְבוּ מִסְפָּר בֵּין 10 לָ-20, וְאִמְרוּ כַּמָּה עֲשָׂרוֹת וְכַמָּה יְחִידוֹת יֵשׁ בּוֹ. תשובה אישית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