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א'   |   דף סיכום</w:t>
      </w:r>
    </w:p>
    <w:p>
      <w:pPr>
        <w:bidi/>
        <w:spacing w:before="0" w:after="120"/>
        <w:jc w:val="both"/>
      </w:pPr>
      <w:r>
        <w:rPr>
          <w:rFonts w:ascii="Aharoni" w:hAnsi="Aharoni" w:cs="Aharoni"/>
          <w:b/>
          <w:bCs/>
          <w:color w:val="1D4ED8"/>
          <w:sz w:val="44"/>
          <w:szCs w:val="44"/>
          <w:rtl/>
        </w:rPr>
        <w:t>חיבור וחיסור עד 20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1D4ED8"/>
          <w:sz w:val="24"/>
          <w:szCs w:val="24"/>
          <w:rtl/>
        </w:rPr>
        <w:t>דַּף סִכּוּם: חִבּוּר וְחִסּוּר עַד 20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th_g1_t04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בְּלִי לַעֲבֹר אֶת 10</w:t>
      </w:r>
    </w:p>
    <w:p>
      <w:pPr>
        <w:bidi/>
        <w:spacing w:before="0" w:after="40"/>
        <w:jc w:val="both"/>
      </w:pPr>
      <w:r>
        <w:rPr>
          <w:rtl/>
        </w:rPr>
        <w:t>מְחַבְּרִים אוֹ מְחַסְּרִים רַק אֶת הַיְּחִידוֹת.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דוגמאות: ‪4 + 3 = 7 · 14 + 3 = 17 · 18 − 5 = 13‬</w:t>
      </w: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זוּגוֹת שֶׁל 10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199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‪1 + 9‬</w:t>
            </w:r>
          </w:p>
        </w:tc>
        <w:tc>
          <w:tcPr>
            <w:tcW w:type="dxa" w:w="199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‪2 + 8‬</w:t>
            </w:r>
          </w:p>
        </w:tc>
        <w:tc>
          <w:tcPr>
            <w:tcW w:type="dxa" w:w="199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‪3 + 7‬</w:t>
            </w:r>
          </w:p>
        </w:tc>
        <w:tc>
          <w:tcPr>
            <w:tcW w:type="dxa" w:w="199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‪4 + 6‬</w:t>
            </w:r>
          </w:p>
        </w:tc>
        <w:tc>
          <w:tcPr>
            <w:tcW w:type="dxa" w:w="1996"/>
            <w:shd w:val="clear" w:color="auto" w:fill="1d4ed8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‪5 + 5‬</w:t>
            </w:r>
          </w:p>
        </w:tc>
      </w:tr>
      <w:tr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  <w:tc>
          <w:tcPr>
            <w:tcW w:type="dxa" w:w="199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◆ דֶּרֶךְ 10</w:t>
      </w:r>
    </w:p>
    <w:p>
      <w:pPr>
        <w:bidi/>
        <w:spacing w:before="0" w:after="20"/>
        <w:jc w:val="both"/>
      </w:pPr>
      <w:r>
        <w:rPr>
          <w:rtl/>
        </w:rPr>
        <w:t>1. ‪8 + 5: 8 + 2 = 10‬, וְעוֹד ‪3: 10 + 3 = 13‬.</w:t>
      </w:r>
    </w:p>
    <w:p>
      <w:pPr>
        <w:bidi/>
        <w:spacing w:before="0" w:after="20"/>
        <w:jc w:val="both"/>
      </w:pPr>
      <w:r>
        <w:rPr>
          <w:rtl/>
        </w:rPr>
        <w:t>2. ‪13 − 5: 13 − 3 = 10‬, וְעוֹד ‪2: 10 − 2 = 8‬.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זִכְרוּ אֶת הַזּוּגוֹת שֶׁל ‪10: 1 + 9‬, ‪2 + 8‬, ‪3 + 7‬, ‪4 + 6‬, ‪5 + 5‬.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‪9 + 4 = ___‬</w:t>
      </w:r>
    </w:p>
    <w:p>
      <w:pPr>
        <w:bidi/>
        <w:spacing w:before="0" w:after="20"/>
        <w:jc w:val="both"/>
      </w:pPr>
      <w:r>
        <w:rPr>
          <w:rtl/>
        </w:rPr>
        <w:t>1. ‪9 + 1 = 10‬</w:t>
      </w:r>
    </w:p>
    <w:p>
      <w:pPr>
        <w:bidi/>
        <w:spacing w:before="0" w:after="20"/>
        <w:jc w:val="both"/>
      </w:pPr>
      <w:r>
        <w:rPr>
          <w:rtl/>
        </w:rPr>
        <w:t>2. נִשְׁאֲרוּ ‪3: 10 + 3 = 13‬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13</w:t>
      </w:r>
    </w:p>
    <w:p>
      <w:pPr>
        <w:bidi/>
        <w:spacing w:before="120" w:after="80"/>
        <w:jc w:val="both"/>
      </w:pPr>
      <w:r>
        <w:rPr>
          <w:rFonts w:ascii="Aharoni" w:hAnsi="Aharoni" w:cs="Aharoni"/>
          <w:b/>
          <w:bCs/>
          <w:color w:val="1D4ED8"/>
          <w:sz w:val="28"/>
          <w:szCs w:val="28"/>
          <w:rtl/>
        </w:rPr>
        <w:t>בודקים את עצמנו – חַשְּׁבוּ:</w:t>
      </w:r>
    </w:p>
    <w:p>
      <w:pPr>
        <w:bidi/>
        <w:spacing w:before="0" w:after="60"/>
        <w:jc w:val="both"/>
      </w:pPr>
      <w:r>
        <w:rPr>
          <w:rtl/>
        </w:rPr>
        <w:t>א. ‪13 + 4 = __________‬</w:t>
      </w:r>
    </w:p>
    <w:p>
      <w:pPr>
        <w:bidi/>
        <w:spacing w:before="0" w:after="60"/>
        <w:jc w:val="both"/>
      </w:pPr>
      <w:r>
        <w:rPr>
          <w:rtl/>
        </w:rPr>
        <w:t>ב. ‪17 − 6 = __________‬</w:t>
      </w:r>
    </w:p>
    <w:p>
      <w:pPr>
        <w:bidi/>
        <w:spacing w:before="0" w:after="60"/>
        <w:jc w:val="both"/>
      </w:pPr>
      <w:r>
        <w:rPr>
          <w:rtl/>
        </w:rPr>
        <w:t>ג. ‪8 + 6 = __________‬</w:t>
      </w:r>
    </w:p>
    <w:p>
      <w:pPr>
        <w:bidi/>
        <w:spacing w:before="0" w:after="60"/>
        <w:jc w:val="both"/>
      </w:pPr>
      <w:r>
        <w:rPr>
          <w:rtl/>
        </w:rPr>
        <w:t>ד. ‪12 − 5 = __________‬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17 · ב. 11 · ג. 14 · ד. 7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David" w:hAnsi="David" w:cs="David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