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חיבור וחיסור עד 20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בּוֹדְקִים: הַאִם עוֹבְרִים אֶת 10?</w:t>
      </w:r>
    </w:p>
    <w:p>
      <w:pPr>
        <w:bidi/>
        <w:spacing w:before="0" w:after="20"/>
        <w:jc w:val="both"/>
      </w:pPr>
      <w:r>
        <w:rPr>
          <w:rtl/>
        </w:rPr>
        <w:t>2. שָׁלָב 2: אִם לֹא – מְחַבְּרִים אוֹ מְחַסְּרִים רַק אֶת הַיְּחִידוֹת.</w:t>
      </w:r>
    </w:p>
    <w:p>
      <w:pPr>
        <w:bidi/>
        <w:spacing w:before="0" w:after="20"/>
        <w:jc w:val="both"/>
      </w:pPr>
      <w:r>
        <w:rPr>
          <w:rtl/>
        </w:rPr>
        <w:t>3. שָׁלָב 3: אִם כֵּן – מַגִּיעִים קֹדֶם לְ-10, וְאַחַר כָּךְ מַמְשִׁיכִים.</w:t>
      </w:r>
    </w:p>
    <w:p>
      <w:pPr>
        <w:bidi/>
        <w:spacing w:before="0" w:after="20"/>
        <w:jc w:val="both"/>
      </w:pPr>
      <w:r>
        <w:rPr>
          <w:rtl/>
        </w:rPr>
        <w:t>4. שָׁלָב 4: בּוֹדְקִים בְּתַרְגִּיל הָפוּךְ.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‪7 + 6 = ___‬</w:t>
      </w:r>
    </w:p>
    <w:p>
      <w:pPr>
        <w:bidi/>
        <w:spacing w:before="0" w:after="20"/>
        <w:jc w:val="both"/>
      </w:pPr>
      <w:r>
        <w:rPr>
          <w:rtl/>
        </w:rPr>
        <w:t>1. מַשְׁלִימִים לְ-‪10: 7 + 3 = 10‬.</w:t>
      </w:r>
    </w:p>
    <w:p>
      <w:pPr>
        <w:bidi/>
        <w:spacing w:before="0" w:after="20"/>
        <w:jc w:val="both"/>
      </w:pPr>
      <w:r>
        <w:rPr>
          <w:rtl/>
        </w:rPr>
        <w:t>2. מִ-6 נִשְׁאֲרוּ ‪3: 10 + 3 = 13‬.</w:t>
      </w:r>
    </w:p>
    <w:p>
      <w:pPr>
        <w:bidi/>
        <w:spacing w:before="0" w:after="20"/>
        <w:jc w:val="both"/>
      </w:pPr>
      <w:r>
        <w:rPr>
          <w:rtl/>
        </w:rPr>
        <w:t>3. בּוֹדְקִים: ‪13 − 6 = 7‬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13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חַשְּׁבוּ.</w:t>
      </w:r>
    </w:p>
    <w:p>
      <w:pPr>
        <w:bidi/>
        <w:spacing w:before="0" w:after="60"/>
        <w:jc w:val="both"/>
      </w:pPr>
      <w:r>
        <w:rPr>
          <w:rtl/>
        </w:rPr>
        <w:t>א. ‪11 + 4 = __________‬</w:t>
      </w:r>
    </w:p>
    <w:p>
      <w:pPr>
        <w:bidi/>
        <w:spacing w:before="0" w:after="60"/>
        <w:jc w:val="both"/>
      </w:pPr>
      <w:r>
        <w:rPr>
          <w:rtl/>
        </w:rPr>
        <w:t>ב. ‪13 + 5 = __________‬</w:t>
      </w:r>
    </w:p>
    <w:p>
      <w:pPr>
        <w:bidi/>
        <w:spacing w:before="0" w:after="60"/>
        <w:jc w:val="both"/>
      </w:pPr>
      <w:r>
        <w:rPr>
          <w:rtl/>
        </w:rPr>
        <w:t>ג. ‪16 + 2 = __________‬</w:t>
      </w:r>
    </w:p>
    <w:p>
      <w:pPr>
        <w:bidi/>
        <w:spacing w:before="0" w:after="60"/>
        <w:jc w:val="both"/>
      </w:pPr>
      <w:r>
        <w:rPr>
          <w:rtl/>
        </w:rPr>
        <w:t>ד. ‪12 + 7 = __________‬</w:t>
      </w:r>
    </w:p>
    <w:p>
      <w:pPr>
        <w:bidi/>
        <w:spacing w:before="0" w:after="60"/>
        <w:jc w:val="both"/>
      </w:pPr>
      <w:r>
        <w:rPr>
          <w:rtl/>
        </w:rPr>
        <w:t>ה. ‪15 + 0 = __________‬</w:t>
      </w:r>
    </w:p>
    <w:p>
      <w:pPr>
        <w:bidi/>
        <w:spacing w:before="0" w:after="60"/>
        <w:jc w:val="both"/>
      </w:pPr>
      <w:r>
        <w:rPr>
          <w:rtl/>
        </w:rPr>
        <w:t>ו. ‪14 + 6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חַשְּׁבוּ.</w:t>
      </w:r>
    </w:p>
    <w:p>
      <w:pPr>
        <w:bidi/>
        <w:spacing w:before="0" w:after="60"/>
        <w:jc w:val="both"/>
      </w:pPr>
      <w:r>
        <w:rPr>
          <w:rtl/>
        </w:rPr>
        <w:t>א. ‪17 − 3 = __________‬</w:t>
      </w:r>
    </w:p>
    <w:p>
      <w:pPr>
        <w:bidi/>
        <w:spacing w:before="0" w:after="60"/>
        <w:jc w:val="both"/>
      </w:pPr>
      <w:r>
        <w:rPr>
          <w:rtl/>
        </w:rPr>
        <w:t>ב. ‪19 − 6 = __________‬</w:t>
      </w:r>
    </w:p>
    <w:p>
      <w:pPr>
        <w:bidi/>
        <w:spacing w:before="0" w:after="60"/>
        <w:jc w:val="both"/>
      </w:pPr>
      <w:r>
        <w:rPr>
          <w:rtl/>
        </w:rPr>
        <w:t>ג. ‪15 − 5 = __________‬</w:t>
      </w:r>
    </w:p>
    <w:p>
      <w:pPr>
        <w:bidi/>
        <w:spacing w:before="0" w:after="60"/>
        <w:jc w:val="both"/>
      </w:pPr>
      <w:r>
        <w:rPr>
          <w:rtl/>
        </w:rPr>
        <w:t>ד. ‪18 − 8 = __________‬</w:t>
      </w:r>
    </w:p>
    <w:p>
      <w:pPr>
        <w:bidi/>
        <w:spacing w:before="0" w:after="60"/>
        <w:jc w:val="both"/>
      </w:pPr>
      <w:r>
        <w:rPr>
          <w:rtl/>
        </w:rPr>
        <w:t>ה. ‪16 − 4 = __________‬</w:t>
      </w:r>
    </w:p>
    <w:p>
      <w:pPr>
        <w:bidi/>
        <w:spacing w:before="0" w:after="60"/>
        <w:jc w:val="both"/>
      </w:pPr>
      <w:r>
        <w:rPr>
          <w:rtl/>
        </w:rPr>
        <w:t>ו. ‪20 − 10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פִּתְרוּ זוּגוֹת שֶׁל תַּרְגִּילִים.</w:t>
      </w:r>
    </w:p>
    <w:p>
      <w:pPr>
        <w:bidi/>
        <w:spacing w:before="0" w:after="60"/>
        <w:jc w:val="both"/>
      </w:pPr>
      <w:r>
        <w:rPr>
          <w:rtl/>
        </w:rPr>
        <w:t>א. ‪3 + 5 = __________‬</w:t>
      </w:r>
    </w:p>
    <w:p>
      <w:pPr>
        <w:bidi/>
        <w:spacing w:before="0" w:after="60"/>
        <w:jc w:val="both"/>
      </w:pPr>
      <w:r>
        <w:rPr>
          <w:rtl/>
        </w:rPr>
        <w:t>ב. ‪13 + 5 = __________‬</w:t>
      </w:r>
    </w:p>
    <w:p>
      <w:pPr>
        <w:bidi/>
        <w:spacing w:before="0" w:after="60"/>
        <w:jc w:val="both"/>
      </w:pPr>
      <w:r>
        <w:rPr>
          <w:rtl/>
        </w:rPr>
        <w:t>ג. ‪9 − 2 = __________‬</w:t>
      </w:r>
    </w:p>
    <w:p>
      <w:pPr>
        <w:bidi/>
        <w:spacing w:before="0" w:after="60"/>
        <w:jc w:val="both"/>
      </w:pPr>
      <w:r>
        <w:rPr>
          <w:rtl/>
        </w:rPr>
        <w:t>ד. ‪19 − 2 = __________‬</w:t>
      </w:r>
    </w:p>
    <w:p>
      <w:pPr>
        <w:bidi/>
        <w:spacing w:before="0" w:after="60"/>
        <w:jc w:val="both"/>
      </w:pPr>
      <w:r>
        <w:rPr>
          <w:rtl/>
        </w:rPr>
        <w:t>ה. ‪6 + 3 = __________‬</w:t>
      </w:r>
    </w:p>
    <w:p>
      <w:pPr>
        <w:bidi/>
        <w:spacing w:before="0" w:after="60"/>
        <w:jc w:val="both"/>
      </w:pPr>
      <w:r>
        <w:rPr>
          <w:rtl/>
        </w:rPr>
        <w:t>ו. ‪16 + 3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הַשְׁלִימוּ לְ-10.</w:t>
      </w:r>
    </w:p>
    <w:p>
      <w:pPr>
        <w:bidi/>
        <w:spacing w:before="0" w:after="60"/>
        <w:jc w:val="both"/>
      </w:pPr>
      <w:r>
        <w:rPr>
          <w:rtl/>
        </w:rPr>
        <w:t>א. ‪6 + __________ = 10‬</w:t>
      </w:r>
    </w:p>
    <w:p>
      <w:pPr>
        <w:bidi/>
        <w:spacing w:before="0" w:after="60"/>
        <w:jc w:val="both"/>
      </w:pPr>
      <w:r>
        <w:rPr>
          <w:rtl/>
        </w:rPr>
        <w:t>ב. ‪9 + __________ = 10‬</w:t>
      </w:r>
    </w:p>
    <w:p>
      <w:pPr>
        <w:bidi/>
        <w:spacing w:before="0" w:after="60"/>
        <w:jc w:val="both"/>
      </w:pPr>
      <w:r>
        <w:rPr>
          <w:rtl/>
        </w:rPr>
        <w:t>ג. ‪3 + __________ = 10‬</w:t>
      </w:r>
    </w:p>
    <w:p>
      <w:pPr>
        <w:bidi/>
        <w:spacing w:before="0" w:after="60"/>
        <w:jc w:val="both"/>
      </w:pPr>
      <w:r>
        <w:rPr>
          <w:rtl/>
        </w:rPr>
        <w:t>ד. ‪__________ + 5 =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חַבְּרוּ דֶּרֶךְ 10.</w:t>
      </w:r>
    </w:p>
    <w:p>
      <w:pPr>
        <w:bidi/>
        <w:spacing w:before="0" w:after="60"/>
        <w:jc w:val="both"/>
      </w:pPr>
      <w:r>
        <w:rPr>
          <w:rtl/>
        </w:rPr>
        <w:t>א. ‪8 + 4 = __________‬</w:t>
      </w:r>
    </w:p>
    <w:p>
      <w:pPr>
        <w:bidi/>
        <w:spacing w:before="0" w:after="60"/>
        <w:jc w:val="both"/>
      </w:pPr>
      <w:r>
        <w:rPr>
          <w:rtl/>
        </w:rPr>
        <w:t>ב. ‪9 + 6 = __________‬</w:t>
      </w:r>
    </w:p>
    <w:p>
      <w:pPr>
        <w:bidi/>
        <w:spacing w:before="0" w:after="60"/>
        <w:jc w:val="both"/>
      </w:pPr>
      <w:r>
        <w:rPr>
          <w:rtl/>
        </w:rPr>
        <w:t>ג. ‪7 + 5 = __________‬</w:t>
      </w:r>
    </w:p>
    <w:p>
      <w:pPr>
        <w:bidi/>
        <w:spacing w:before="0" w:after="60"/>
        <w:jc w:val="both"/>
      </w:pPr>
      <w:r>
        <w:rPr>
          <w:rtl/>
        </w:rPr>
        <w:t>ד. ‪6 + 6 = __________‬</w:t>
      </w:r>
    </w:p>
    <w:p>
      <w:pPr>
        <w:bidi/>
        <w:spacing w:before="0" w:after="60"/>
        <w:jc w:val="both"/>
      </w:pPr>
      <w:r>
        <w:rPr>
          <w:rtl/>
        </w:rPr>
        <w:t>ה. ‪8 + 7 = __________‬</w:t>
      </w:r>
    </w:p>
    <w:p>
      <w:pPr>
        <w:bidi/>
        <w:spacing w:before="0" w:after="60"/>
        <w:jc w:val="both"/>
      </w:pPr>
      <w:r>
        <w:rPr>
          <w:rtl/>
        </w:rPr>
        <w:t>ו. ‪9 + 9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חַסְּרוּ דֶּרֶךְ 10.</w:t>
      </w:r>
    </w:p>
    <w:p>
      <w:pPr>
        <w:bidi/>
        <w:spacing w:before="0" w:after="60"/>
        <w:jc w:val="both"/>
      </w:pPr>
      <w:r>
        <w:rPr>
          <w:rtl/>
        </w:rPr>
        <w:t>א. ‪12 − 4 = __________‬</w:t>
      </w:r>
    </w:p>
    <w:p>
      <w:pPr>
        <w:bidi/>
        <w:spacing w:before="0" w:after="60"/>
        <w:jc w:val="both"/>
      </w:pPr>
      <w:r>
        <w:rPr>
          <w:rtl/>
        </w:rPr>
        <w:t>ב. ‪14 − 6 = __________‬</w:t>
      </w:r>
    </w:p>
    <w:p>
      <w:pPr>
        <w:bidi/>
        <w:spacing w:before="0" w:after="60"/>
        <w:jc w:val="both"/>
      </w:pPr>
      <w:r>
        <w:rPr>
          <w:rtl/>
        </w:rPr>
        <w:t>ג. ‪11 − 3 = __________‬</w:t>
      </w:r>
    </w:p>
    <w:p>
      <w:pPr>
        <w:bidi/>
        <w:spacing w:before="0" w:after="60"/>
        <w:jc w:val="both"/>
      </w:pPr>
      <w:r>
        <w:rPr>
          <w:rtl/>
        </w:rPr>
        <w:t>ד. ‪15 − 7 = __________‬</w:t>
      </w:r>
    </w:p>
    <w:p>
      <w:pPr>
        <w:bidi/>
        <w:spacing w:before="0" w:after="60"/>
        <w:jc w:val="both"/>
      </w:pPr>
      <w:r>
        <w:rPr>
          <w:rtl/>
        </w:rPr>
        <w:t>ה. ‪13 − 8 = __________‬</w:t>
      </w:r>
    </w:p>
    <w:p>
      <w:pPr>
        <w:bidi/>
        <w:spacing w:before="0" w:after="60"/>
        <w:jc w:val="both"/>
      </w:pPr>
      <w:r>
        <w:rPr>
          <w:rtl/>
        </w:rPr>
        <w:t>ו. ‪16 − 9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+ 5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− 5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הַתְאִימוּ כָּל תַּרְגִּיל לַתּוֹצָאָה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‪9 + 5‬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‪18 − 7‬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‪8 + 8‬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‪13 − 4‬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‪12 + 7‬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‪15 + 4 = 19‬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‪8 + 5 = 12‬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‪17 − 7 = 10‬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‪14 − 5 = 10‬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הַסְבִּירוּ אֵיךְ חִשַּׁבְתֶּם: ‪9 + 7‬. כִּתְבוּ אֶת הַשְּׁלָבִים.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אֶתְגָּר: הַשְׁלִימוּ: ‪___ + ___ = 15‬. כִּתְבוּ 3 דְּרָכִים שׁוֹנוֹת.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Gisha" w:hAnsi="Gisha" w:cs="Gisha"/>
          <w:b/>
          <w:bCs/>
          <w:color w:val="6D28D9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בַּאֲרוֹן 12 כּוֹסוֹת. אִמָּא הוֹסִיפָה עוֹד 5 כּוֹסוֹת. כַּמָּה כּוֹסוֹת בָּאָרוֹן?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עַל הַגָּדֵר יָשְׁבוּ 18 צִפּוֹרִים. 6 צִפּוֹרִים עָפוּ. כַּמָּה צִפּוֹרִים נִשְׁאֲרוּ עַל הַגָּדֵר?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🐦 18 ➖ 🐦🐦🐦🐦🐦🐦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יוֹאָב אָסַף 8 צְדָפִים, וְאָחִיו אָסַף 6 צְדָפִים. כַּמָּה צְדָפִים אָסְפוּ שְׁנֵיהֶם יַחַד?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🐚🐚🐚🐚🐚🐚🐚🐚 ➕ 🐚🐚🐚🐚🐚🐚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בַּחֲבִילָה הָיוּ 13 עֶפְרוֹנוֹת. נוֹעַם חִלֵּק 5 עֶפְרוֹנוֹת לַחֲבֵרִים. כַּמָּה עֶפְרוֹנוֹת נִשְׁאֲרוּ בַּחֲבִילָה?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לְעוֹמֶר 9 מַדְבֵּקוֹת. כַּמָּה מַדְבֵּקוֹת חֲסֵרוֹת לוֹ כְּדֵי שֶׁיִּהְיוּ לוֹ 16?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בַּגַּן שִׂחֲקוּ 7 יְלָדִים. הִצְטָרְפוּ עוֹד 8 יְלָדִים, וְאַחַר כָּךְ 5 יְלָדִים הָלְכוּ הַבַּיְתָה. כַּמָּה יְלָדִים נִשְׁאֲרוּ בַּגַּן?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18. פִּתְרוּ. גִּזְרוּ אֶת כַּרְטִיסֵי הַתַּרְגִּילִים, וְהַדְבִּיקוּ כָּל תַּרְגִּיל בָּעַמּוּדָה הַמַּתְאִימָה.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הַתְּשׁוּבָה קְטַנָּה מֵ-10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הַתְּשׁוּבָה 10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הַתְּשׁוּבָה גְּדוֹלָה מֵ-10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19. הַתְאִימוּ תְּמוּנָה לְתַרְגִּיל: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6D28D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6D28D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6D28D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6D28D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🍪🍪🍪🍪🍪🍪🍪🍪 🍪🍪🍪🍪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🍓🍓🍓🍓🍓🍓🍓🍓🍓🍓 🍓🍓🍓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🧁🧁🧁🧁🧁🧁🧁 🧁🧁🧁🧁🧁🧁🧁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🍬🍬🍬🍬🍬🍬🍬🍬🍬 🍬🍬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‪8 + 4 = 12‬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‪10 + 3 = 13‬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‪9 + 2 = 11‬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‪7 + 7 = 14‬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 – חיבור וחיסור עד 20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5, מְשִׂימָה 18.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‪17 − 7‬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‪9 + 9‬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‪6 + 4‬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‪15 − 9‬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‪12 − 5‬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‪8 + 5‬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חיבור וחיסור עד 20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חַשְּׁבוּ.</w:t>
      </w:r>
    </w:p>
    <w:p>
      <w:pPr>
        <w:bidi/>
        <w:spacing w:before="0" w:after="40"/>
        <w:jc w:val="both"/>
      </w:pPr>
      <w:r>
        <w:rPr>
          <w:rtl/>
        </w:rPr>
        <w:t>א. ‪11 + 4 = 15‬</w:t>
      </w:r>
    </w:p>
    <w:p>
      <w:pPr>
        <w:bidi/>
        <w:spacing w:before="0" w:after="40"/>
        <w:jc w:val="both"/>
      </w:pPr>
      <w:r>
        <w:rPr>
          <w:rtl/>
        </w:rPr>
        <w:t>ב. ‪13 + 5 = 18‬</w:t>
      </w:r>
    </w:p>
    <w:p>
      <w:pPr>
        <w:bidi/>
        <w:spacing w:before="0" w:after="40"/>
        <w:jc w:val="both"/>
      </w:pPr>
      <w:r>
        <w:rPr>
          <w:rtl/>
        </w:rPr>
        <w:t>ג. ‪16 + 2 = 18‬</w:t>
      </w:r>
    </w:p>
    <w:p>
      <w:pPr>
        <w:bidi/>
        <w:spacing w:before="0" w:after="40"/>
        <w:jc w:val="both"/>
      </w:pPr>
      <w:r>
        <w:rPr>
          <w:rtl/>
        </w:rPr>
        <w:t>ד. ‪12 + 7 = 19‬</w:t>
      </w:r>
    </w:p>
    <w:p>
      <w:pPr>
        <w:bidi/>
        <w:spacing w:before="0" w:after="40"/>
        <w:jc w:val="both"/>
      </w:pPr>
      <w:r>
        <w:rPr>
          <w:rtl/>
        </w:rPr>
        <w:t>ה. ‪15 + 0 = 15‬</w:t>
      </w:r>
    </w:p>
    <w:p>
      <w:pPr>
        <w:bidi/>
        <w:spacing w:before="0" w:after="40"/>
        <w:jc w:val="both"/>
      </w:pPr>
      <w:r>
        <w:rPr>
          <w:rtl/>
        </w:rPr>
        <w:t>ו. ‪14 + 6 = 20‬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חַשְּׁבוּ.</w:t>
      </w:r>
    </w:p>
    <w:p>
      <w:pPr>
        <w:bidi/>
        <w:spacing w:before="0" w:after="40"/>
        <w:jc w:val="both"/>
      </w:pPr>
      <w:r>
        <w:rPr>
          <w:rtl/>
        </w:rPr>
        <w:t>א. ‪17 − 3 = 14‬</w:t>
      </w:r>
    </w:p>
    <w:p>
      <w:pPr>
        <w:bidi/>
        <w:spacing w:before="0" w:after="40"/>
        <w:jc w:val="both"/>
      </w:pPr>
      <w:r>
        <w:rPr>
          <w:rtl/>
        </w:rPr>
        <w:t>ב. ‪19 − 6 = 13‬</w:t>
      </w:r>
    </w:p>
    <w:p>
      <w:pPr>
        <w:bidi/>
        <w:spacing w:before="0" w:after="40"/>
        <w:jc w:val="both"/>
      </w:pPr>
      <w:r>
        <w:rPr>
          <w:rtl/>
        </w:rPr>
        <w:t>ג. ‪15 − 5 = 10‬</w:t>
      </w:r>
    </w:p>
    <w:p>
      <w:pPr>
        <w:bidi/>
        <w:spacing w:before="0" w:after="40"/>
        <w:jc w:val="both"/>
      </w:pPr>
      <w:r>
        <w:rPr>
          <w:rtl/>
        </w:rPr>
        <w:t>ד. ‪18 − 8 = 10‬</w:t>
      </w:r>
    </w:p>
    <w:p>
      <w:pPr>
        <w:bidi/>
        <w:spacing w:before="0" w:after="40"/>
        <w:jc w:val="both"/>
      </w:pPr>
      <w:r>
        <w:rPr>
          <w:rtl/>
        </w:rPr>
        <w:t>ה. ‪16 − 4 = 12‬</w:t>
      </w:r>
    </w:p>
    <w:p>
      <w:pPr>
        <w:bidi/>
        <w:spacing w:before="0" w:after="40"/>
        <w:jc w:val="both"/>
      </w:pPr>
      <w:r>
        <w:rPr>
          <w:rtl/>
        </w:rPr>
        <w:t>ו. ‪20 − 10 =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פִּתְרוּ זוּגוֹת שֶׁל תַּרְגִּילִים.</w:t>
      </w:r>
    </w:p>
    <w:p>
      <w:pPr>
        <w:bidi/>
        <w:spacing w:before="0" w:after="40"/>
        <w:jc w:val="both"/>
      </w:pPr>
      <w:r>
        <w:rPr>
          <w:rtl/>
        </w:rPr>
        <w:t>א. ‪3 + 5 = 8‬</w:t>
      </w:r>
    </w:p>
    <w:p>
      <w:pPr>
        <w:bidi/>
        <w:spacing w:before="0" w:after="40"/>
        <w:jc w:val="both"/>
      </w:pPr>
      <w:r>
        <w:rPr>
          <w:rtl/>
        </w:rPr>
        <w:t>ב. ‪13 + 5 = 18‬</w:t>
      </w:r>
    </w:p>
    <w:p>
      <w:pPr>
        <w:bidi/>
        <w:spacing w:before="0" w:after="40"/>
        <w:jc w:val="both"/>
      </w:pPr>
      <w:r>
        <w:rPr>
          <w:rtl/>
        </w:rPr>
        <w:t>ג. ‪9 − 2 = 7‬</w:t>
      </w:r>
    </w:p>
    <w:p>
      <w:pPr>
        <w:bidi/>
        <w:spacing w:before="0" w:after="40"/>
        <w:jc w:val="both"/>
      </w:pPr>
      <w:r>
        <w:rPr>
          <w:rtl/>
        </w:rPr>
        <w:t>ד. ‪19 − 2 = 17‬</w:t>
      </w:r>
    </w:p>
    <w:p>
      <w:pPr>
        <w:bidi/>
        <w:spacing w:before="0" w:after="40"/>
        <w:jc w:val="both"/>
      </w:pPr>
      <w:r>
        <w:rPr>
          <w:rtl/>
        </w:rPr>
        <w:t>ה. ‪6 + 3 = 9‬</w:t>
      </w:r>
    </w:p>
    <w:p>
      <w:pPr>
        <w:bidi/>
        <w:spacing w:before="0" w:after="40"/>
        <w:jc w:val="both"/>
      </w:pPr>
      <w:r>
        <w:rPr>
          <w:rtl/>
        </w:rPr>
        <w:t>ו. ‪16 + 3 = 19‬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הַשְׁלִימוּ לְ-10.</w:t>
      </w:r>
    </w:p>
    <w:p>
      <w:pPr>
        <w:bidi/>
        <w:spacing w:before="0" w:after="40"/>
        <w:jc w:val="both"/>
      </w:pPr>
      <w:r>
        <w:rPr>
          <w:rtl/>
        </w:rPr>
        <w:t>א. ‪6 + 4 = 10‬</w:t>
      </w:r>
    </w:p>
    <w:p>
      <w:pPr>
        <w:bidi/>
        <w:spacing w:before="0" w:after="40"/>
        <w:jc w:val="both"/>
      </w:pPr>
      <w:r>
        <w:rPr>
          <w:rtl/>
        </w:rPr>
        <w:t>ב. ‪9 + 1 = 10‬</w:t>
      </w:r>
    </w:p>
    <w:p>
      <w:pPr>
        <w:bidi/>
        <w:spacing w:before="0" w:after="40"/>
        <w:jc w:val="both"/>
      </w:pPr>
      <w:r>
        <w:rPr>
          <w:rtl/>
        </w:rPr>
        <w:t>ג. ‪3 + 7 = 10‬</w:t>
      </w:r>
    </w:p>
    <w:p>
      <w:pPr>
        <w:bidi/>
        <w:spacing w:before="0" w:after="40"/>
        <w:jc w:val="both"/>
      </w:pPr>
      <w:r>
        <w:rPr>
          <w:rtl/>
        </w:rPr>
        <w:t>ד. ‪5 + 5 =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חַבְּרוּ דֶּרֶךְ 10.</w:t>
      </w:r>
    </w:p>
    <w:p>
      <w:pPr>
        <w:bidi/>
        <w:spacing w:before="0" w:after="40"/>
        <w:jc w:val="both"/>
      </w:pPr>
      <w:r>
        <w:rPr>
          <w:rtl/>
        </w:rPr>
        <w:t>א. ‪8 + 4 = 12‬</w:t>
      </w:r>
    </w:p>
    <w:p>
      <w:pPr>
        <w:bidi/>
        <w:spacing w:before="0" w:after="40"/>
        <w:jc w:val="both"/>
      </w:pPr>
      <w:r>
        <w:rPr>
          <w:rtl/>
        </w:rPr>
        <w:t>ב. ‪9 + 6 = 15‬</w:t>
      </w:r>
    </w:p>
    <w:p>
      <w:pPr>
        <w:bidi/>
        <w:spacing w:before="0" w:after="40"/>
        <w:jc w:val="both"/>
      </w:pPr>
      <w:r>
        <w:rPr>
          <w:rtl/>
        </w:rPr>
        <w:t>ג. ‪7 + 5 = 12‬</w:t>
      </w:r>
    </w:p>
    <w:p>
      <w:pPr>
        <w:bidi/>
        <w:spacing w:before="0" w:after="40"/>
        <w:jc w:val="both"/>
      </w:pPr>
      <w:r>
        <w:rPr>
          <w:rtl/>
        </w:rPr>
        <w:t>ד. ‪6 + 6 = 12‬</w:t>
      </w:r>
    </w:p>
    <w:p>
      <w:pPr>
        <w:bidi/>
        <w:spacing w:before="0" w:after="40"/>
        <w:jc w:val="both"/>
      </w:pPr>
      <w:r>
        <w:rPr>
          <w:rtl/>
        </w:rPr>
        <w:t>ה. ‪8 + 7 = 15‬</w:t>
      </w:r>
    </w:p>
    <w:p>
      <w:pPr>
        <w:bidi/>
        <w:spacing w:before="0" w:after="40"/>
        <w:jc w:val="both"/>
      </w:pPr>
      <w:r>
        <w:rPr>
          <w:rtl/>
        </w:rPr>
        <w:t>ו. ‪9 + 9 = 18‬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חַסְּרוּ דֶּרֶךְ 10.</w:t>
      </w:r>
    </w:p>
    <w:p>
      <w:pPr>
        <w:bidi/>
        <w:spacing w:before="0" w:after="40"/>
        <w:jc w:val="both"/>
      </w:pPr>
      <w:r>
        <w:rPr>
          <w:rtl/>
        </w:rPr>
        <w:t>א. ‪12 − 4 = 8‬</w:t>
      </w:r>
    </w:p>
    <w:p>
      <w:pPr>
        <w:bidi/>
        <w:spacing w:before="0" w:after="40"/>
        <w:jc w:val="both"/>
      </w:pPr>
      <w:r>
        <w:rPr>
          <w:rtl/>
        </w:rPr>
        <w:t>ב. ‪14 − 6 = 8‬</w:t>
      </w:r>
    </w:p>
    <w:p>
      <w:pPr>
        <w:bidi/>
        <w:spacing w:before="0" w:after="40"/>
        <w:jc w:val="both"/>
      </w:pPr>
      <w:r>
        <w:rPr>
          <w:rtl/>
        </w:rPr>
        <w:t>ג. ‪11 − 3 = 8‬</w:t>
      </w:r>
    </w:p>
    <w:p>
      <w:pPr>
        <w:bidi/>
        <w:spacing w:before="0" w:after="40"/>
        <w:jc w:val="both"/>
      </w:pPr>
      <w:r>
        <w:rPr>
          <w:rtl/>
        </w:rPr>
        <w:t>ד. ‪15 − 7 = 8‬</w:t>
      </w:r>
    </w:p>
    <w:p>
      <w:pPr>
        <w:bidi/>
        <w:spacing w:before="0" w:after="40"/>
        <w:jc w:val="both"/>
      </w:pPr>
      <w:r>
        <w:rPr>
          <w:rtl/>
        </w:rPr>
        <w:t>ה. ‪13 − 8 = 5‬</w:t>
      </w:r>
    </w:p>
    <w:p>
      <w:pPr>
        <w:bidi/>
        <w:spacing w:before="0" w:after="40"/>
        <w:jc w:val="both"/>
      </w:pPr>
      <w:r>
        <w:rPr>
          <w:rtl/>
        </w:rPr>
        <w:t>ו. ‪16 − 9 = 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+ 5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− 5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הַתְאִימוּ כָּל תַּרְגִּיל לַתּוֹצָאָה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‪9 + 5‬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16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‪18 − 7‬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‪8 + 8‬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11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‪13 − 4‬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19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‪12 + 7‬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14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‪15 + 4 = 19‬ – נכון</w:t>
      </w:r>
    </w:p>
    <w:p>
      <w:pPr>
        <w:bidi/>
        <w:spacing w:before="0" w:after="40"/>
        <w:jc w:val="both"/>
      </w:pPr>
      <w:r>
        <w:rPr>
          <w:rtl/>
        </w:rPr>
        <w:t>ב. ‪8 + 5 = 12‬ – לא נכון – ‪8 + 5 = 13‬</w:t>
      </w:r>
    </w:p>
    <w:p>
      <w:pPr>
        <w:bidi/>
        <w:spacing w:before="0" w:after="40"/>
        <w:jc w:val="both"/>
      </w:pPr>
      <w:r>
        <w:rPr>
          <w:rtl/>
        </w:rPr>
        <w:t>ג. ‪17 − 7 = 10‬ – נכון</w:t>
      </w:r>
    </w:p>
    <w:p>
      <w:pPr>
        <w:bidi/>
        <w:spacing w:before="0" w:after="40"/>
        <w:jc w:val="both"/>
      </w:pPr>
      <w:r>
        <w:rPr>
          <w:rtl/>
        </w:rPr>
        <w:t>ד. ‪14 − 5 = 10‬ – לא נכון – ‪14 − 5 = 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הַסְבִּירוּ אֵיךְ חִשַּׁבְתֶּם: ‪9 + 7‬. כִּתְבוּ אֶת הַשְּׁלָבִים.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‪9 + 1 = 10‬, נשארו ‪6: 10 + 6 = 16‬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אֶתְגָּר: הַשְׁלִימוּ: ‪___ + ___ = 15‬. כִּתְבוּ 3 דְּרָכִים שׁוֹנוֹת.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‪10 + 5‬, ‪8 + 7‬, ‪9 + 6‬</w:t>
      </w:r>
    </w:p>
    <w:p>
      <w:pPr>
        <w:bidi/>
        <w:spacing w:before="240" w:after="40"/>
        <w:jc w:val="both"/>
      </w:pPr>
      <w:r>
        <w:rPr>
          <w:rFonts w:ascii="Gisha" w:hAnsi="Gisha" w:cs="Gisha"/>
          <w:b/>
          <w:bCs/>
          <w:color w:val="6D28D9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בַּאֲרוֹן 12 כּוֹסוֹת. אִמָּא הוֹסִיפָה עוֹד 5 כּוֹסוֹת. כַּמָּה כּוֹסוֹת בָּאָרוֹן?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 + 5 = 7‬, ולכן ‪12 + 5 = 17‬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בארון 17 כוסות.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עַל הַגָּדֵר יָשְׁבוּ 18 צִפּוֹרִים. 6 צִפּוֹרִים עָפוּ. כַּמָּה צִפּוֹרִים נִשְׁאֲרוּ עַל הַגָּדֵר?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‪8 − 6 = 2‬, ולכן ‪18 − 6 = 12‬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על הגדר נשארו 12 ציפורים.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יוֹאָב אָסַף 8 צְדָפִים, וְאָחִיו אָסַף 6 צְדָפִים. כַּמָּה צְדָפִים אָסְפוּ שְׁנֵיהֶם יַחַד?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משלימים ל-‪10: 8 + 2 = 10‬ ; נשארו ‪4: 10 + 4 = 14‬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שניהם אספו 14 צדפים.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בַּחֲבִילָה הָיוּ 13 עֶפְרוֹנוֹת. נוֹעַם חִלֵּק 5 עֶפְרוֹנוֹת לַחֲבֵרִים. כַּמָּה עֶפְרוֹנוֹת נִשְׁאֲרוּ בַּחֲבִילָה?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יורדים ל-‪10: 13 − 3 = 10‬ ; נשארו עוד ‪2: 10 − 2 = 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בחבילה נשארו 8 עפרונות.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לְעוֹמֶר 9 מַדְבֵּקוֹת. כַּמָּה מַדְבֵּקוֹת חֲסֵרוֹת לוֹ כְּדֵי שֶׁיִּהְיוּ לוֹ 16?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+ ___ = 16‬ ; ‪9 + 1 = 10‬, ‪10 + 6 = 16‬, ובסך הכול 7. ; ‪16 − 9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חסרות לעומר 7 מדבקות.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בַּגַּן שִׂחֲקוּ 7 יְלָדִים. הִצְטָרְפוּ עוֹד 8 יְלָדִים, וְאַחַר כָּךְ 5 יְלָדִים הָלְכוּ הַבַּיְתָה. כַּמָּה יְלָדִים נִשְׁאֲרוּ בַּגַּן?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+ 8 = 15‬ ; ‪15 − 5 = 10‬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בגן נשארו 10 ילדים.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18. פִּתְרוּ. גִּזְרוּ אֶת כַּרְטִיסֵי הַתַּרְגִּילִים, וְהַדְבִּיקוּ כָּל תַּרְגִּיל בָּעַמּוּדָה הַמַּתְאִימָה.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הַתְּשׁוּבָה קְטַנָּה מֵ-10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הַתְּשׁוּבָה 10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הַתְּשׁוּבָה גְּדוֹלָה מֵ-10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‪12 − 5‬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‪6 + 4‬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‪8 + 5‬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‪15 − 9‬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‪17 − 7‬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‪9 + 9‬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19. הַתְאִימוּ תְּמוּנָה לְתַרְגִּיל: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6D28D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6D28D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6D28D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6D28D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🍪🍪🍪🍪🍪🍪🍪🍪 🍪🍪🍪🍪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🍓🍓🍓🍓🍓🍓🍓🍓🍓🍓 🍓🍓🍓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🧁🧁🧁🧁🧁🧁🧁 🧁🧁🧁🧁🧁🧁🧁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🍬🍬🍬🍬🍬🍬🍬🍬🍬 🍬🍬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‪8 + 4 = 12‬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‪10 + 3 = 13‬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‪9 + 2 = 11‬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‪7 + 7 = 14‬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