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המספרים עד 100: עשרות שלמות וספירה בקפיצות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דַּף סִכּוּם: מִסְפָּרִים עַד 100 – עֲשָׂרוֹת וּקְפִיצוֹת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89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עֲשָׂרוֹת שְׁלֵמוֹת</w:t>
      </w:r>
    </w:p>
    <w:p>
      <w:pPr>
        <w:bidi/>
        <w:spacing w:before="0" w:after="40"/>
        <w:jc w:val="both"/>
      </w:pPr>
      <w:r>
        <w:rPr>
          <w:rtl/>
        </w:rPr>
        <w:t>30 הֵן 3 עֲשָׂרוֹת. 100 הֵן 10 עֲשָׂרוֹת.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10, 20, 30, 40, 50, 60, 70, 80, 90, 100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קְפִיצוֹת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שֶׁל 2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שֶׁל 5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שֶׁל 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2, 4, 6, 8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5, 10, 15, 20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3, 13, 23, 33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חִבּוּר וְחִסּוּר שֶׁל עֲשָׂרוֹת</w:t>
      </w:r>
    </w:p>
    <w:p>
      <w:pPr>
        <w:bidi/>
        <w:spacing w:before="0" w:after="20"/>
        <w:jc w:val="both"/>
      </w:pPr>
      <w:r>
        <w:rPr>
          <w:rtl/>
        </w:rPr>
        <w:t>1. ‪4 + 3 = 7‬, וְלָכֵן ‪40 + 30 = 70‬.</w:t>
      </w:r>
    </w:p>
    <w:p>
      <w:pPr>
        <w:bidi/>
        <w:spacing w:before="0" w:after="20"/>
        <w:jc w:val="both"/>
      </w:pPr>
      <w:r>
        <w:rPr>
          <w:rtl/>
        </w:rPr>
        <w:t>2. ‪9 − 2 = 7‬, וְלָכֵן ‪90 − 20 = 70‬.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כְּשֶׁסּוֹפְרִים בִּקְפִיצוֹת, בּוֹדְקִים: בְּכַמָּה גָּדַל כָּל מִסְפָּר?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‪60 + 30 = ___‬</w:t>
      </w:r>
    </w:p>
    <w:p>
      <w:pPr>
        <w:bidi/>
        <w:spacing w:before="0" w:after="20"/>
        <w:jc w:val="both"/>
      </w:pPr>
      <w:r>
        <w:rPr>
          <w:rtl/>
        </w:rPr>
        <w:t>1. ‪6 + 3 = 9‬</w:t>
      </w:r>
    </w:p>
    <w:p>
      <w:pPr>
        <w:bidi/>
        <w:spacing w:before="0" w:after="20"/>
        <w:jc w:val="both"/>
      </w:pPr>
      <w:r>
        <w:rPr>
          <w:rtl/>
        </w:rPr>
        <w:t>2. 6 עֲשָׂרוֹת וְעוֹד 3 עֲשָׂרוֹת הֵן 9 עֲשָׂרוֹת: ‪60 + 30 = 90‬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90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הַשְׁלִימוּ:</w:t>
      </w:r>
    </w:p>
    <w:p>
      <w:pPr>
        <w:bidi/>
        <w:spacing w:before="0" w:after="60"/>
        <w:jc w:val="both"/>
      </w:pPr>
      <w:r>
        <w:rPr>
          <w:rtl/>
        </w:rPr>
        <w:t>א. 40, 50, __________, 70</w:t>
      </w:r>
    </w:p>
    <w:p>
      <w:pPr>
        <w:bidi/>
        <w:spacing w:before="0" w:after="60"/>
        <w:jc w:val="both"/>
      </w:pPr>
      <w:r>
        <w:rPr>
          <w:rtl/>
        </w:rPr>
        <w:t>ב. 10, 15, 20, __________</w:t>
      </w:r>
    </w:p>
    <w:p>
      <w:pPr>
        <w:bidi/>
        <w:spacing w:before="0" w:after="60"/>
        <w:jc w:val="both"/>
      </w:pPr>
      <w:r>
        <w:rPr>
          <w:rtl/>
        </w:rPr>
        <w:t>ג. ‪30 + 40 = __________‬</w:t>
      </w:r>
    </w:p>
    <w:p>
      <w:pPr>
        <w:bidi/>
        <w:spacing w:before="0" w:after="60"/>
        <w:jc w:val="both"/>
      </w:pPr>
      <w:r>
        <w:rPr>
          <w:rtl/>
        </w:rPr>
        <w:t>ד. ‪80 − 50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60 · ב. 25 · ג. 70 · ד. 30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