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המספרים עד 100: עשרות שלמות וספירה בקפיצות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מְגַלִּים בְּכַמָּה קוֹפְצִים: מְחַסְּרִים בֵּין שְׁנֵי מִסְפָּרִים זֶה לְיַד זֶה.</w:t>
      </w:r>
    </w:p>
    <w:p>
      <w:pPr>
        <w:bidi/>
        <w:spacing w:before="0" w:after="20"/>
        <w:jc w:val="both"/>
      </w:pPr>
      <w:r>
        <w:rPr>
          <w:rtl/>
        </w:rPr>
        <w:t>2. שָׁלָב 2: מוֹסִיפִים אֶת הַקְּפִיצָה לַמִּסְפָּר הָאַחֲרוֹן.</w:t>
      </w:r>
    </w:p>
    <w:p>
      <w:pPr>
        <w:bidi/>
        <w:spacing w:before="0" w:after="20"/>
        <w:jc w:val="both"/>
      </w:pPr>
      <w:r>
        <w:rPr>
          <w:rtl/>
        </w:rPr>
        <w:t>3. שָׁלָב 3: בַּעֲשָׂרוֹת שְׁלֵמוֹת – חוֹשְׁבִים עַל הַתַּרְגִּיל הַקָּטָן: ‪5 + 2 = 7‬, וְלָכֵן ‪50 + 20 = 70‬.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5, 10, 15, 20, ___</w:t>
      </w:r>
    </w:p>
    <w:p>
      <w:pPr>
        <w:bidi/>
        <w:spacing w:before="0" w:after="20"/>
        <w:jc w:val="both"/>
      </w:pPr>
      <w:r>
        <w:rPr>
          <w:rtl/>
        </w:rPr>
        <w:t>1. ‪10 − 5 = 5‬: קוֹפְצִים בְּ-5.</w:t>
      </w:r>
    </w:p>
    <w:p>
      <w:pPr>
        <w:bidi/>
        <w:spacing w:before="0" w:after="20"/>
        <w:jc w:val="both"/>
      </w:pPr>
      <w:r>
        <w:rPr>
          <w:rtl/>
        </w:rPr>
        <w:t>2. ‪20 + 5 = 25‬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25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הַשְׁלִימוּ אֶת הָעֲשָׂרוֹת.</w:t>
      </w:r>
    </w:p>
    <w:p>
      <w:pPr>
        <w:bidi/>
        <w:spacing w:before="0" w:after="60"/>
        <w:jc w:val="both"/>
      </w:pPr>
      <w:r>
        <w:rPr>
          <w:rtl/>
        </w:rPr>
        <w:t>א. 10, 20, __________, 40</w:t>
      </w:r>
    </w:p>
    <w:p>
      <w:pPr>
        <w:bidi/>
        <w:spacing w:before="0" w:after="60"/>
        <w:jc w:val="both"/>
      </w:pPr>
      <w:r>
        <w:rPr>
          <w:rtl/>
        </w:rPr>
        <w:t>ב. 50, 60, 70, __________</w:t>
      </w:r>
    </w:p>
    <w:p>
      <w:pPr>
        <w:bidi/>
        <w:spacing w:before="0" w:after="60"/>
        <w:jc w:val="both"/>
      </w:pPr>
      <w:r>
        <w:rPr>
          <w:rtl/>
        </w:rPr>
        <w:t>ג. __________, 90, 100</w:t>
      </w:r>
    </w:p>
    <w:p>
      <w:pPr>
        <w:bidi/>
        <w:spacing w:before="0" w:after="60"/>
        <w:jc w:val="both"/>
      </w:pPr>
      <w:r>
        <w:rPr>
          <w:rtl/>
        </w:rPr>
        <w:t>ד. 40, __________, 60, 70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קִפְצוּ בִּקְפִיצוֹת שֶׁל 2.</w:t>
      </w:r>
    </w:p>
    <w:p>
      <w:pPr>
        <w:bidi/>
        <w:spacing w:before="0" w:after="60"/>
        <w:jc w:val="both"/>
      </w:pPr>
      <w:r>
        <w:rPr>
          <w:rtl/>
        </w:rPr>
        <w:t>א. 2, 4, 6, __________</w:t>
      </w:r>
    </w:p>
    <w:p>
      <w:pPr>
        <w:bidi/>
        <w:spacing w:before="0" w:after="60"/>
        <w:jc w:val="both"/>
      </w:pPr>
      <w:r>
        <w:rPr>
          <w:rtl/>
        </w:rPr>
        <w:t>ב. 10, 12, 14, __________</w:t>
      </w:r>
    </w:p>
    <w:p>
      <w:pPr>
        <w:bidi/>
        <w:spacing w:before="0" w:after="60"/>
        <w:jc w:val="both"/>
      </w:pPr>
      <w:r>
        <w:rPr>
          <w:rtl/>
        </w:rPr>
        <w:t>ג. 8, __________, 12, 14</w:t>
      </w:r>
    </w:p>
    <w:p>
      <w:pPr>
        <w:bidi/>
        <w:spacing w:before="0" w:after="60"/>
        <w:jc w:val="both"/>
      </w:pPr>
      <w:r>
        <w:rPr>
          <w:rtl/>
        </w:rPr>
        <w:t>ד. 16, 18,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קִפְצוּ בִּקְפִיצוֹת שֶׁל 5.</w:t>
      </w:r>
    </w:p>
    <w:p>
      <w:pPr>
        <w:bidi/>
        <w:spacing w:before="0" w:after="60"/>
        <w:jc w:val="both"/>
      </w:pPr>
      <w:r>
        <w:rPr>
          <w:rtl/>
        </w:rPr>
        <w:t>א. 5, 10, 15, __________</w:t>
      </w:r>
    </w:p>
    <w:p>
      <w:pPr>
        <w:bidi/>
        <w:spacing w:before="0" w:after="60"/>
        <w:jc w:val="both"/>
      </w:pPr>
      <w:r>
        <w:rPr>
          <w:rtl/>
        </w:rPr>
        <w:t>ב. 20, 25, __________, 35</w:t>
      </w:r>
    </w:p>
    <w:p>
      <w:pPr>
        <w:bidi/>
        <w:spacing w:before="0" w:after="60"/>
        <w:jc w:val="both"/>
      </w:pPr>
      <w:r>
        <w:rPr>
          <w:rtl/>
        </w:rPr>
        <w:t>ג. 40, 45, 50, __________</w:t>
      </w:r>
    </w:p>
    <w:p>
      <w:pPr>
        <w:bidi/>
        <w:spacing w:before="0" w:after="60"/>
        <w:jc w:val="both"/>
      </w:pPr>
      <w:r>
        <w:rPr>
          <w:rtl/>
        </w:rPr>
        <w:t>ד. __________, 60, 65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קִפְצוּ בִּקְפִיצוֹת שֶׁל 10.</w:t>
      </w:r>
    </w:p>
    <w:p>
      <w:pPr>
        <w:bidi/>
        <w:spacing w:before="0" w:after="60"/>
        <w:jc w:val="both"/>
      </w:pPr>
      <w:r>
        <w:rPr>
          <w:rtl/>
        </w:rPr>
        <w:t>א. 4, 14, 24, __________</w:t>
      </w:r>
    </w:p>
    <w:p>
      <w:pPr>
        <w:bidi/>
        <w:spacing w:before="0" w:after="60"/>
        <w:jc w:val="both"/>
      </w:pPr>
      <w:r>
        <w:rPr>
          <w:rtl/>
        </w:rPr>
        <w:t>ב. 7, 17, __________, 37</w:t>
      </w:r>
    </w:p>
    <w:p>
      <w:pPr>
        <w:bidi/>
        <w:spacing w:before="0" w:after="60"/>
        <w:jc w:val="both"/>
      </w:pPr>
      <w:r>
        <w:rPr>
          <w:rtl/>
        </w:rPr>
        <w:t>ג. 21, 31, 41, __________</w:t>
      </w:r>
    </w:p>
    <w:p>
      <w:pPr>
        <w:bidi/>
        <w:spacing w:before="0" w:after="60"/>
        <w:jc w:val="both"/>
      </w:pPr>
      <w:r>
        <w:rPr>
          <w:rtl/>
        </w:rPr>
        <w:t>ד. __________, 25, 35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חַשְּׁבוּ.</w:t>
      </w:r>
    </w:p>
    <w:p>
      <w:pPr>
        <w:bidi/>
        <w:spacing w:before="0" w:after="60"/>
        <w:jc w:val="both"/>
      </w:pPr>
      <w:r>
        <w:rPr>
          <w:rtl/>
        </w:rPr>
        <w:t>א. ‪20 + 30 = __________‬</w:t>
      </w:r>
    </w:p>
    <w:p>
      <w:pPr>
        <w:bidi/>
        <w:spacing w:before="0" w:after="60"/>
        <w:jc w:val="both"/>
      </w:pPr>
      <w:r>
        <w:rPr>
          <w:rtl/>
        </w:rPr>
        <w:t>ב. ‪40 + 50 = __________‬</w:t>
      </w:r>
    </w:p>
    <w:p>
      <w:pPr>
        <w:bidi/>
        <w:spacing w:before="0" w:after="60"/>
        <w:jc w:val="both"/>
      </w:pPr>
      <w:r>
        <w:rPr>
          <w:rtl/>
        </w:rPr>
        <w:t>ג. ‪60 + 10 = __________‬</w:t>
      </w:r>
    </w:p>
    <w:p>
      <w:pPr>
        <w:bidi/>
        <w:spacing w:before="0" w:after="60"/>
        <w:jc w:val="both"/>
      </w:pPr>
      <w:r>
        <w:rPr>
          <w:rtl/>
        </w:rPr>
        <w:t>ד. ‪80 − 30 = __________‬</w:t>
      </w:r>
    </w:p>
    <w:p>
      <w:pPr>
        <w:bidi/>
        <w:spacing w:before="0" w:after="60"/>
        <w:jc w:val="both"/>
      </w:pPr>
      <w:r>
        <w:rPr>
          <w:rtl/>
        </w:rPr>
        <w:t>ה. ‪100 − 40 = __________‬</w:t>
      </w:r>
    </w:p>
    <w:p>
      <w:pPr>
        <w:bidi/>
        <w:spacing w:before="0" w:after="60"/>
        <w:jc w:val="both"/>
      </w:pPr>
      <w:r>
        <w:rPr>
          <w:rtl/>
        </w:rPr>
        <w:t>ו. ‪70 − 70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כַּמָּה עֲשָׂרוֹת?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הַתְאִימוּ כָּל תַּרְגִּיל לַתּוֹצָאָה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‪30 + 30‬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‪50 + 40‬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‪80 − 60‬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‪10 + 70‬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80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‪100 − 50‬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60 הֵן 6 עֲשָׂרוֹת.      נכון / לא נכון</w:t>
      </w:r>
    </w:p>
    <w:p>
      <w:pPr>
        <w:bidi/>
        <w:spacing w:before="0" w:after="60"/>
        <w:jc w:val="both"/>
      </w:pPr>
      <w:r>
        <w:rPr>
          <w:rtl/>
        </w:rPr>
        <w:t>ב. בִּקְפִיצוֹת שֶׁל ‪5: 5‬, 10, 14, 20      נכון / לא נכון</w:t>
      </w:r>
    </w:p>
    <w:p>
      <w:pPr>
        <w:bidi/>
        <w:spacing w:before="0" w:after="60"/>
        <w:jc w:val="both"/>
      </w:pPr>
      <w:r>
        <w:rPr>
          <w:rtl/>
        </w:rPr>
        <w:t>ג. ‪40 + 40 = 80‬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‪90 − 30 = 50‬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מַיְּנוּ: מִסְפָּרִים שֶׁמַּגִּיעִים אֲלֵיהֶם בִּקְפִיצוֹת שֶׁל 10 מִן 0, וְאֵלֶּה שֶׁלֹּא.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20  |  35  |  60  |  15  |  90  |  45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כֵּן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לֹא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בַּחֲרוּ אֶת הַמִּסְפָּר הַבָּא.</w:t>
      </w:r>
    </w:p>
    <w:p>
      <w:pPr>
        <w:bidi/>
        <w:spacing w:before="0" w:after="20"/>
        <w:jc w:val="both"/>
      </w:pPr>
      <w:r>
        <w:rPr>
          <w:rtl/>
        </w:rPr>
        <w:t>א. 10, 20, 30, ?</w:t>
      </w:r>
    </w:p>
    <w:p>
      <w:pPr>
        <w:bidi/>
        <w:spacing w:before="0" w:after="80"/>
        <w:jc w:val="both"/>
      </w:pPr>
      <w:r>
        <w:rPr>
          <w:rtl/>
        </w:rPr>
        <w:t xml:space="preserve">   ○ 31      ○ 40      ○ 50</w:t>
      </w:r>
    </w:p>
    <w:p>
      <w:pPr>
        <w:bidi/>
        <w:spacing w:before="0" w:after="20"/>
        <w:jc w:val="both"/>
      </w:pPr>
      <w:r>
        <w:rPr>
          <w:rtl/>
        </w:rPr>
        <w:t>ב. 2, 4, 6, ?</w:t>
      </w:r>
    </w:p>
    <w:p>
      <w:pPr>
        <w:bidi/>
        <w:spacing w:before="0" w:after="80"/>
        <w:jc w:val="both"/>
      </w:pPr>
      <w:r>
        <w:rPr>
          <w:rtl/>
        </w:rPr>
        <w:t xml:space="preserve">   ○ 7      ○ 9      ○ 8</w:t>
      </w:r>
    </w:p>
    <w:p>
      <w:pPr>
        <w:bidi/>
        <w:spacing w:before="0" w:after="20"/>
        <w:jc w:val="both"/>
      </w:pPr>
      <w:r>
        <w:rPr>
          <w:rtl/>
        </w:rPr>
        <w:t>ג. 25, 30, 35, ?</w:t>
      </w:r>
    </w:p>
    <w:p>
      <w:pPr>
        <w:bidi/>
        <w:spacing w:before="0" w:after="80"/>
        <w:jc w:val="both"/>
      </w:pPr>
      <w:r>
        <w:rPr>
          <w:rtl/>
        </w:rPr>
        <w:t xml:space="preserve">   ○ 40      ○ 36      ○ 45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אֶתְגָּר: לְכַמָּה זוּגוֹת שֶׁל נַעֲלַיִם יֵשׁ 12 נַעֲלַיִם? סִפְרוּ בִּקְפִיצוֹת שֶׁל 2.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9F1239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בְּכָל קֻפְסָה יֵשׁ 10 טוּשִׁים. יֵשׁ 4 קֻפְסָאוֹת. כַּמָּה טוּשִׁים יֵשׁ? סִפְרוּ בַּעֲשָׂרוֹת.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📦📦📦📦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לְכָל אוֹפַנַּיִם יֵשׁ 2 גַּלְגַּלִּים. כַּמָּה גַּלְגַּלִּים יֵשׁ לְ-5 אוֹפַנַּיִם? סִפְרוּ בִּקְפִיצוֹת שֶׁל 2.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🚲🚲🚲🚲🚲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בְּבֵית הַסֵּפֶר לָמְדוּ בְּחוּג הַשַּׁחְמָט 30 תַּלְמִידִים בַּבֹּקֶר וְ-20 תַּלְמִידִים בַּצָּהֳרַיִם. כַּמָּה תַּלְמִידִים לָמְדוּ בַּחוּג בְּסַךְ הַכֹּל?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לְאַבָּא הָיוּ 90 שְׁקָלִים. הוּא קָנָה סֵפֶר בְּ-40 שְׁקָלִים. כַּמָּה שְׁקָלִים נִשְׁאֲרוּ לוֹ?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💰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לְכָל יָד יֵשׁ 5 אֶצְבָּעוֹת. כַּמָּה אֶצְבָּעוֹת יֵשׁ בְּ-6 יָדַיִם? סִפְרוּ בִּקְפִיצוֹת שֶׁל 5.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בַּסִּפְרִיָּה הָיוּ 60 סְפָרִים עַל הַמַּדָּף. הוֹסִיפוּ 20 סְפָרִים, וְאַחַר כָּךְ הִשְׁאִילוּ 30 סְפָרִים. כַּמָּה סְפָרִים עַל הַמַּדָּף עַכְשָׁו?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18. גִּזְרוּ אֶת כַּרְטִיסֵי הַמִּסְפָּרִים, וְהַדְבִּיקוּ לְיַד כָּל צִיּוּר אֶת הַמִּסְפָּר שֶׁלּוֹ.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3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7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5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10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2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19. מִתְחוּ קַו מִכָּל מִסְפָּר אֶל הַשֵּׁם שֶׁלּוֹ.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1. 40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שְׁמוֹנִים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2. 60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תִּשְׁעִים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3. 90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אַרְבָּעִים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4. 80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שִׁשִּׁים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5. 10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ה. עָשָׂר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 – המספרים עד 100: עשרות שלמות וספירה בקפיצות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5, מְשִׂימָה 18.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30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50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100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70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20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המספרים עד 100: עשרות שלמות וספירה בקפיצות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הַשְׁלִימוּ אֶת הָעֲשָׂרוֹת.</w:t>
      </w:r>
    </w:p>
    <w:p>
      <w:pPr>
        <w:bidi/>
        <w:spacing w:before="0" w:after="40"/>
        <w:jc w:val="both"/>
      </w:pPr>
      <w:r>
        <w:rPr>
          <w:rtl/>
        </w:rPr>
        <w:t>א. 10, 20, 30, 40</w:t>
      </w:r>
    </w:p>
    <w:p>
      <w:pPr>
        <w:bidi/>
        <w:spacing w:before="0" w:after="40"/>
        <w:jc w:val="both"/>
      </w:pPr>
      <w:r>
        <w:rPr>
          <w:rtl/>
        </w:rPr>
        <w:t>ב. 50, 60, 70, 80</w:t>
      </w:r>
    </w:p>
    <w:p>
      <w:pPr>
        <w:bidi/>
        <w:spacing w:before="0" w:after="40"/>
        <w:jc w:val="both"/>
      </w:pPr>
      <w:r>
        <w:rPr>
          <w:rtl/>
        </w:rPr>
        <w:t>ג. 80, 90, 100</w:t>
      </w:r>
    </w:p>
    <w:p>
      <w:pPr>
        <w:bidi/>
        <w:spacing w:before="0" w:after="40"/>
        <w:jc w:val="both"/>
      </w:pPr>
      <w:r>
        <w:rPr>
          <w:rtl/>
        </w:rPr>
        <w:t>ד. 40, 50, 60, 70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קִפְצוּ בִּקְפִיצוֹת שֶׁל 2.</w:t>
      </w:r>
    </w:p>
    <w:p>
      <w:pPr>
        <w:bidi/>
        <w:spacing w:before="0" w:after="40"/>
        <w:jc w:val="both"/>
      </w:pPr>
      <w:r>
        <w:rPr>
          <w:rtl/>
        </w:rPr>
        <w:t>א. 2, 4, 6, 8</w:t>
      </w:r>
    </w:p>
    <w:p>
      <w:pPr>
        <w:bidi/>
        <w:spacing w:before="0" w:after="40"/>
        <w:jc w:val="both"/>
      </w:pPr>
      <w:r>
        <w:rPr>
          <w:rtl/>
        </w:rPr>
        <w:t>ב. 10, 12, 14, 16</w:t>
      </w:r>
    </w:p>
    <w:p>
      <w:pPr>
        <w:bidi/>
        <w:spacing w:before="0" w:after="40"/>
        <w:jc w:val="both"/>
      </w:pPr>
      <w:r>
        <w:rPr>
          <w:rtl/>
        </w:rPr>
        <w:t>ג. 8, 10, 12, 14</w:t>
      </w:r>
    </w:p>
    <w:p>
      <w:pPr>
        <w:bidi/>
        <w:spacing w:before="0" w:after="40"/>
        <w:jc w:val="both"/>
      </w:pPr>
      <w:r>
        <w:rPr>
          <w:rtl/>
        </w:rPr>
        <w:t>ד. 16, 18, 20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קִפְצוּ בִּקְפִיצוֹת שֶׁל 5.</w:t>
      </w:r>
    </w:p>
    <w:p>
      <w:pPr>
        <w:bidi/>
        <w:spacing w:before="0" w:after="40"/>
        <w:jc w:val="both"/>
      </w:pPr>
      <w:r>
        <w:rPr>
          <w:rtl/>
        </w:rPr>
        <w:t>א. 5, 10, 15, 20</w:t>
      </w:r>
    </w:p>
    <w:p>
      <w:pPr>
        <w:bidi/>
        <w:spacing w:before="0" w:after="40"/>
        <w:jc w:val="both"/>
      </w:pPr>
      <w:r>
        <w:rPr>
          <w:rtl/>
        </w:rPr>
        <w:t>ב. 20, 25, 30, 35</w:t>
      </w:r>
    </w:p>
    <w:p>
      <w:pPr>
        <w:bidi/>
        <w:spacing w:before="0" w:after="40"/>
        <w:jc w:val="both"/>
      </w:pPr>
      <w:r>
        <w:rPr>
          <w:rtl/>
        </w:rPr>
        <w:t>ג. 40, 45, 50, 55</w:t>
      </w:r>
    </w:p>
    <w:p>
      <w:pPr>
        <w:bidi/>
        <w:spacing w:before="0" w:after="40"/>
        <w:jc w:val="both"/>
      </w:pPr>
      <w:r>
        <w:rPr>
          <w:rtl/>
        </w:rPr>
        <w:t>ד. 55, 60, 65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קִפְצוּ בִּקְפִיצוֹת שֶׁל 10.</w:t>
      </w:r>
    </w:p>
    <w:p>
      <w:pPr>
        <w:bidi/>
        <w:spacing w:before="0" w:after="40"/>
        <w:jc w:val="both"/>
      </w:pPr>
      <w:r>
        <w:rPr>
          <w:rtl/>
        </w:rPr>
        <w:t>א. 4, 14, 24, 34</w:t>
      </w:r>
    </w:p>
    <w:p>
      <w:pPr>
        <w:bidi/>
        <w:spacing w:before="0" w:after="40"/>
        <w:jc w:val="both"/>
      </w:pPr>
      <w:r>
        <w:rPr>
          <w:rtl/>
        </w:rPr>
        <w:t>ב. 7, 17, 27, 37</w:t>
      </w:r>
    </w:p>
    <w:p>
      <w:pPr>
        <w:bidi/>
        <w:spacing w:before="0" w:after="40"/>
        <w:jc w:val="both"/>
      </w:pPr>
      <w:r>
        <w:rPr>
          <w:rtl/>
        </w:rPr>
        <w:t>ג. 21, 31, 41, 51</w:t>
      </w:r>
    </w:p>
    <w:p>
      <w:pPr>
        <w:bidi/>
        <w:spacing w:before="0" w:after="40"/>
        <w:jc w:val="both"/>
      </w:pPr>
      <w:r>
        <w:rPr>
          <w:rtl/>
        </w:rPr>
        <w:t>ד. 15, 25, 35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חַשְּׁבוּ.</w:t>
      </w:r>
    </w:p>
    <w:p>
      <w:pPr>
        <w:bidi/>
        <w:spacing w:before="0" w:after="40"/>
        <w:jc w:val="both"/>
      </w:pPr>
      <w:r>
        <w:rPr>
          <w:rtl/>
        </w:rPr>
        <w:t>א. ‪20 + 30 = 50‬</w:t>
      </w:r>
    </w:p>
    <w:p>
      <w:pPr>
        <w:bidi/>
        <w:spacing w:before="0" w:after="40"/>
        <w:jc w:val="both"/>
      </w:pPr>
      <w:r>
        <w:rPr>
          <w:rtl/>
        </w:rPr>
        <w:t>ב. ‪40 + 50 = 90‬</w:t>
      </w:r>
    </w:p>
    <w:p>
      <w:pPr>
        <w:bidi/>
        <w:spacing w:before="0" w:after="40"/>
        <w:jc w:val="both"/>
      </w:pPr>
      <w:r>
        <w:rPr>
          <w:rtl/>
        </w:rPr>
        <w:t>ג. ‪60 + 10 = 70‬</w:t>
      </w:r>
    </w:p>
    <w:p>
      <w:pPr>
        <w:bidi/>
        <w:spacing w:before="0" w:after="40"/>
        <w:jc w:val="both"/>
      </w:pPr>
      <w:r>
        <w:rPr>
          <w:rtl/>
        </w:rPr>
        <w:t>ד. ‪80 − 30 = 50‬</w:t>
      </w:r>
    </w:p>
    <w:p>
      <w:pPr>
        <w:bidi/>
        <w:spacing w:before="0" w:after="40"/>
        <w:jc w:val="both"/>
      </w:pPr>
      <w:r>
        <w:rPr>
          <w:rtl/>
        </w:rPr>
        <w:t>ה. ‪100 − 40 = 60‬</w:t>
      </w:r>
    </w:p>
    <w:p>
      <w:pPr>
        <w:bidi/>
        <w:spacing w:before="0" w:after="40"/>
        <w:jc w:val="both"/>
      </w:pPr>
      <w:r>
        <w:rPr>
          <w:rtl/>
        </w:rPr>
        <w:t>ו. ‪70 − 70 = 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כַּמָּה עֲשָׂרוֹת?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הַתְאִימוּ כָּל תַּרְגִּיל לַתּוֹצָאָה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‪30 + 30‬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50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‪50 + 40‬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‪80 − 60‬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60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‪10 + 70‬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80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‪100 − 50‬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90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60 הֵן 6 עֲשָׂרוֹת. – נכון</w:t>
      </w:r>
    </w:p>
    <w:p>
      <w:pPr>
        <w:bidi/>
        <w:spacing w:before="0" w:after="40"/>
        <w:jc w:val="both"/>
      </w:pPr>
      <w:r>
        <w:rPr>
          <w:rtl/>
        </w:rPr>
        <w:t>ב. בִּקְפִיצוֹת שֶׁל ‪5: 5‬, 10, 14, 20 – לא נכון – 5, 10, 15, 20</w:t>
      </w:r>
    </w:p>
    <w:p>
      <w:pPr>
        <w:bidi/>
        <w:spacing w:before="0" w:after="40"/>
        <w:jc w:val="both"/>
      </w:pPr>
      <w:r>
        <w:rPr>
          <w:rtl/>
        </w:rPr>
        <w:t>ג. ‪40 + 40 = 80‬ – נכון</w:t>
      </w:r>
    </w:p>
    <w:p>
      <w:pPr>
        <w:bidi/>
        <w:spacing w:before="0" w:after="40"/>
        <w:jc w:val="both"/>
      </w:pPr>
      <w:r>
        <w:rPr>
          <w:rtl/>
        </w:rPr>
        <w:t>ד. ‪90 − 30 = 50‬ – לא נכון – ‪90 − 30 = 60‬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מַיְּנוּ: מִסְפָּרִים שֶׁמַּגִּיעִים אֲלֵיהֶם בִּקְפִיצוֹת שֶׁל 10 מִן 0, וְאֵלֶּה שֶׁלֹּא.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כֵּן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לֹא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20, 60, 90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35, 15, 45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בַּחֲרוּ אֶת הַמִּסְפָּר הַבָּא.</w:t>
      </w:r>
    </w:p>
    <w:p>
      <w:pPr>
        <w:bidi/>
        <w:spacing w:before="0" w:after="20"/>
        <w:jc w:val="both"/>
      </w:pPr>
      <w:r>
        <w:rPr>
          <w:rtl/>
        </w:rPr>
        <w:t>א. 10, 20, 30, 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40</w:t>
      </w:r>
    </w:p>
    <w:p>
      <w:pPr>
        <w:bidi/>
        <w:spacing w:before="0" w:after="20"/>
        <w:jc w:val="both"/>
      </w:pPr>
      <w:r>
        <w:rPr>
          <w:rtl/>
        </w:rPr>
        <w:t>ב. 2, 4, 6, 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8</w:t>
      </w:r>
    </w:p>
    <w:p>
      <w:pPr>
        <w:bidi/>
        <w:spacing w:before="0" w:after="20"/>
        <w:jc w:val="both"/>
      </w:pPr>
      <w:r>
        <w:rPr>
          <w:rtl/>
        </w:rPr>
        <w:t>ג. 25, 30, 35, 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40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אֶתְגָּר: לְכַמָּה זוּגוֹת שֶׁל נַעֲלַיִם יֵשׁ 12 נַעֲלַיִם? סִפְרוּ בִּקְפִיצוֹת שֶׁל 2.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2, 4, 6, 8, 10, 12 – שש קפיצות: 6 זוגות.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9F1239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בְּכָל קֻפְסָה יֵשׁ 10 טוּשִׁים. יֵשׁ 4 קֻפְסָאוֹת. כַּמָּה טוּשִׁים יֵשׁ? סִפְרוּ בַּעֲשָׂרוֹת.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סופרים: 10, 20, 30, 40.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יש 40 טושים.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לְכָל אוֹפַנַּיִם יֵשׁ 2 גַּלְגַּלִּים. כַּמָּה גַּלְגַּלִּים יֵשׁ לְ-5 אוֹפַנַּיִם? סִפְרוּ בִּקְפִיצוֹת שֶׁל 2.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סופרים: 2, 4, 6, 8, 10.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יש 10 גלגלים.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בְּבֵית הַסֵּפֶר לָמְדוּ בְּחוּג הַשַּׁחְמָט 30 תַּלְמִידִים בַּבֹּקֶר וְ-20 תַּלְמִידִים בַּצָּהֳרַיִם. כַּמָּה תַּלְמִידִים לָמְדוּ בַּחוּג בְּסַךְ הַכֹּל?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+ 2 = 5‬ ; ‪30 + 20 = 50‬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בחוג למדו 50 תלמידים.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לְאַבָּא הָיוּ 90 שְׁקָלִים. הוּא קָנָה סֵפֶר בְּ-40 שְׁקָלִים. כַּמָּה שְׁקָלִים נִשְׁאֲרוּ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‪9 − 4 = 5‬ ; ‪90 − 40 = 50‬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לאבא נשארו 50 שקלים.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לְכָל יָד יֵשׁ 5 אֶצְבָּעוֹת. כַּמָּה אֶצְבָּעוֹת יֵשׁ בְּ-6 יָדַיִם? סִפְרוּ בִּקְפִיצוֹת שֶׁל 5.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סופרים: 5, 10, 15, 20, 25, 30.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יש 30 אצבעות.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בַּסִּפְרִיָּה הָיוּ 60 סְפָרִים עַל הַמַּדָּף. הוֹסִיפוּ 20 סְפָרִים, וְאַחַר כָּךְ הִשְׁאִילוּ 30 סְפָרִים. כַּמָּה סְפָרִים עַל הַמַּדָּף עַכְשָׁו?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‪60 + 20 = 80‬ ; ‪80 − 30 = 50‬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על המדף 50 ספרים.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18. גִּזְרוּ אֶת כַּרְטִיסֵי הַמִּסְפָּרִים, וְהַדְבִּיקוּ לְיַד כָּל צִיּוּר אֶת הַמִּסְפָּר שֶׁלּוֹ.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3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30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7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70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5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50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10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100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2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20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19. מִתְחוּ קַו מִכָּל מִסְפָּר אֶל הַשֵּׁם שֶׁלּוֹ.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40  ←  ג. אַרְבָּעִים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60  ←  ד. שִׁשִּׁים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90  ←  ב. תִּשְׁעִים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80  ←  א. שְׁמוֹנִים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10  ←  ה. עָשָׂר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