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מדידות: אורך, ימי השבוע, שעון ומטבעות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דַּף סִכּוּם: אֹרֶךְ, יְמֵי הַשָּׁבוּעַ, שָׁעוֹן וּמַטְבְּעוֹת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אֹרֶךְ</w:t>
      </w:r>
    </w:p>
    <w:p>
      <w:pPr>
        <w:bidi/>
        <w:spacing w:before="0" w:after="40"/>
        <w:jc w:val="both"/>
      </w:pPr>
      <w:r>
        <w:rPr>
          <w:rtl/>
        </w:rPr>
        <w:t>מַשְׁוִים מֵאוֹתָהּ נְקֻדָּה. מוֹדְדִים בִּיחִידוֹת שָׁווֹת, בְּלִי רְוָחִים.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📏 = 🧩🧩🧩🧩🧩🧩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יְמֵי הַשָּׁבוּעַ</w:t>
      </w:r>
    </w:p>
    <w:p>
      <w:pPr>
        <w:bidi/>
        <w:spacing w:before="0" w:after="20"/>
        <w:jc w:val="both"/>
      </w:pPr>
      <w:r>
        <w:rPr>
          <w:rtl/>
        </w:rPr>
        <w:t>1. רִאשׁוֹן, שֵׁנִי, שְׁלִישִׁי, רְבִיעִי, חֲמִישִׁי, שִׁשִּׁי, שַׁבָּת – 7 יָמִים.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שָׁעוֹן וּמַטְבְּעוֹת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שָׁעָה שְׁלֵמָה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מַטְבְּעוֹת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הַמָּחוֹג הָאָרֹךְ עַל 12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 ₪, 2 ₪, 5 ₪, 10 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כְּשֶׁמּוֹדְדִים, מַנִּיחִים אֶת הַיְּחִידוֹת זוֹ אַחַר זוֹ, בְּלִי רְוָחִים.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מַחְבֶּרֶת עוֹלָה 6 ₪. שִׁלַּמְתִּי 10 ₪. כַּמָּה עֹדֶף?</w:t>
      </w:r>
    </w:p>
    <w:p>
      <w:pPr>
        <w:bidi/>
        <w:spacing w:before="0" w:after="20"/>
        <w:jc w:val="both"/>
      </w:pPr>
      <w:r>
        <w:rPr>
          <w:rtl/>
        </w:rPr>
        <w:t>1. עֹדֶף – מְחַסְּרִים.</w:t>
      </w:r>
    </w:p>
    <w:p>
      <w:pPr>
        <w:bidi/>
        <w:spacing w:before="0" w:after="20"/>
        <w:jc w:val="both"/>
      </w:pPr>
      <w:r>
        <w:rPr>
          <w:rtl/>
        </w:rPr>
        <w:t>2. ‪10 − 6 = 4‬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4 ₪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הַשְׁלִימוּ:</w:t>
      </w:r>
    </w:p>
    <w:p>
      <w:pPr>
        <w:bidi/>
        <w:spacing w:before="0" w:after="60"/>
        <w:jc w:val="both"/>
      </w:pPr>
      <w:r>
        <w:rPr>
          <w:rtl/>
        </w:rPr>
        <w:t>א. אַחֲרֵי יוֹם רְבִיעִי בָּא יוֹם __________</w:t>
      </w:r>
    </w:p>
    <w:p>
      <w:pPr>
        <w:bidi/>
        <w:spacing w:before="0" w:after="60"/>
        <w:jc w:val="both"/>
      </w:pPr>
      <w:r>
        <w:rPr>
          <w:rtl/>
        </w:rPr>
        <w:t>ב. 5 ₪ + 2 ₪ = __________ ₪</w:t>
      </w:r>
    </w:p>
    <w:p>
      <w:pPr>
        <w:bidi/>
        <w:spacing w:before="0" w:after="60"/>
        <w:jc w:val="both"/>
      </w:pPr>
      <w:r>
        <w:rPr>
          <w:rtl/>
        </w:rPr>
        <w:t>ג. הַשִּׁעוּר בְּ-‪8:00‬, אַחֲרֵי שָׁעָה: ‪__________:00‬</w:t>
      </w:r>
    </w:p>
    <w:p>
      <w:pPr>
        <w:bidi/>
        <w:spacing w:before="0" w:after="60"/>
        <w:jc w:val="both"/>
      </w:pPr>
      <w:r>
        <w:rPr>
          <w:rtl/>
        </w:rPr>
        <w:t>ד. בַּשָּׁבוּעַ יֵשׁ __________ יָמִים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חֲמִישִׁי · ב. 7 · ג. 9 · ד. 7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