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מדידות: אורך, ימי השבוע, שעון ומטבעות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קוֹרְאִים: מָה מוֹדְדִים – אֹרֶךְ, זְמַן אוֹ כֶּסֶף?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הַיְּחִידוֹת: קֻבִּיּוֹת, יָמִים, שָׁעוֹת אוֹ שְׁקָלִים.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אוֹ מְחַסְּרִים, וְכוֹתְבִים אֶת הַתְּשׁוּבָה עִם הַיְּחִידָה.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כַּדּוּר עוֹלֶה 7 ₪. אִיתַי נָתַן 10 ₪. כַּמָּה עֹדֶף קִבֵּל?</w:t>
      </w:r>
    </w:p>
    <w:p>
      <w:pPr>
        <w:bidi/>
        <w:spacing w:before="0" w:after="20"/>
        <w:jc w:val="both"/>
      </w:pPr>
      <w:r>
        <w:rPr>
          <w:rtl/>
        </w:rPr>
        <w:t>1. עֹדֶף – מְחַסְּרִים.</w:t>
      </w:r>
    </w:p>
    <w:p>
      <w:pPr>
        <w:bidi/>
        <w:spacing w:before="0" w:after="20"/>
        <w:jc w:val="both"/>
      </w:pPr>
      <w:r>
        <w:rPr>
          <w:rtl/>
        </w:rPr>
        <w:t>2. ‪10 − 7 = 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אִיתַי קִבֵּל 3 ₪ עֹדֶף.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קֻבִּיּוֹת אָרֹךְ כָּל חֵפֶץ? סִפְרוּ.</w:t>
      </w:r>
    </w:p>
    <w:p>
      <w:pPr>
        <w:bidi/>
        <w:spacing w:before="0" w:after="60"/>
        <w:jc w:val="both"/>
      </w:pPr>
      <w:r>
        <w:rPr>
          <w:rtl/>
        </w:rPr>
        <w:t>א. ✏️ = 🧩🧩🧩🧩🧩 → __________ קֻבִּיּוֹת</w:t>
      </w:r>
    </w:p>
    <w:p>
      <w:pPr>
        <w:bidi/>
        <w:spacing w:before="0" w:after="60"/>
        <w:jc w:val="both"/>
      </w:pPr>
      <w:r>
        <w:rPr>
          <w:rtl/>
        </w:rPr>
        <w:t>ב. 🥄 = 🧩🧩🧩 → __________ קֻבִּיּוֹת</w:t>
      </w:r>
    </w:p>
    <w:p>
      <w:pPr>
        <w:bidi/>
        <w:spacing w:before="0" w:after="60"/>
        <w:jc w:val="both"/>
      </w:pPr>
      <w:r>
        <w:rPr>
          <w:rtl/>
        </w:rPr>
        <w:t>ג. 📏 = 🧩🧩🧩🧩🧩🧩🧩🧩 → __________ קֻבִּיּוֹת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הַשְׁלִימוּ אֶת יְמֵי הַשָּׁבוּעַ.</w:t>
      </w:r>
    </w:p>
    <w:p>
      <w:pPr>
        <w:bidi/>
        <w:spacing w:before="0" w:after="60"/>
        <w:jc w:val="both"/>
      </w:pPr>
      <w:r>
        <w:rPr>
          <w:rtl/>
        </w:rPr>
        <w:t>א. רִאשׁוֹן, שֵׁנִי, __________</w:t>
      </w:r>
    </w:p>
    <w:p>
      <w:pPr>
        <w:bidi/>
        <w:spacing w:before="0" w:after="60"/>
        <w:jc w:val="both"/>
      </w:pPr>
      <w:r>
        <w:rPr>
          <w:rtl/>
        </w:rPr>
        <w:t>ב. רְבִיעִי, __________, שִׁשִּׁי</w:t>
      </w:r>
    </w:p>
    <w:p>
      <w:pPr>
        <w:bidi/>
        <w:spacing w:before="0" w:after="60"/>
        <w:jc w:val="both"/>
      </w:pPr>
      <w:r>
        <w:rPr>
          <w:rtl/>
        </w:rPr>
        <w:t>ג. __________, שַׁבָּת</w:t>
      </w:r>
    </w:p>
    <w:p>
      <w:pPr>
        <w:bidi/>
        <w:spacing w:before="0" w:after="60"/>
        <w:jc w:val="both"/>
      </w:pPr>
      <w:r>
        <w:rPr>
          <w:rtl/>
        </w:rPr>
        <w:t>ד. שַׁבָּת,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מָה הַשָּׁעָה?</w:t>
      </w:r>
    </w:p>
    <w:p>
      <w:pPr>
        <w:bidi/>
        <w:spacing w:before="0" w:after="60"/>
        <w:jc w:val="both"/>
      </w:pPr>
      <w:r>
        <w:rPr>
          <w:rtl/>
        </w:rPr>
        <w:t>א. 🕐 = ‪__________:00‬</w:t>
      </w:r>
    </w:p>
    <w:p>
      <w:pPr>
        <w:bidi/>
        <w:spacing w:before="0" w:after="60"/>
        <w:jc w:val="both"/>
      </w:pPr>
      <w:r>
        <w:rPr>
          <w:rtl/>
        </w:rPr>
        <w:t>ב. 🕓 = ‪__________:00‬</w:t>
      </w:r>
    </w:p>
    <w:p>
      <w:pPr>
        <w:bidi/>
        <w:spacing w:before="0" w:after="60"/>
        <w:jc w:val="both"/>
      </w:pPr>
      <w:r>
        <w:rPr>
          <w:rtl/>
        </w:rPr>
        <w:t>ג. 🕘 = ‪__________:00‬</w:t>
      </w:r>
    </w:p>
    <w:p>
      <w:pPr>
        <w:bidi/>
        <w:spacing w:before="0" w:after="60"/>
        <w:jc w:val="both"/>
      </w:pPr>
      <w:r>
        <w:rPr>
          <w:rtl/>
        </w:rPr>
        <w:t>ד. 🕛 = ‪__________:00‬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כֶּסֶף? חַשְּׁבוּ.</w:t>
      </w:r>
    </w:p>
    <w:p>
      <w:pPr>
        <w:bidi/>
        <w:spacing w:before="0" w:after="60"/>
        <w:jc w:val="both"/>
      </w:pPr>
      <w:r>
        <w:rPr>
          <w:rtl/>
        </w:rPr>
        <w:t>א. 5 ₪ + 2 ₪ = __________ ₪</w:t>
      </w:r>
    </w:p>
    <w:p>
      <w:pPr>
        <w:bidi/>
        <w:spacing w:before="0" w:after="60"/>
        <w:jc w:val="both"/>
      </w:pPr>
      <w:r>
        <w:rPr>
          <w:rtl/>
        </w:rPr>
        <w:t>ב. 10 ₪ + 5 ₪ = __________ ₪</w:t>
      </w:r>
    </w:p>
    <w:p>
      <w:pPr>
        <w:bidi/>
        <w:spacing w:before="0" w:after="60"/>
        <w:jc w:val="both"/>
      </w:pPr>
      <w:r>
        <w:rPr>
          <w:rtl/>
        </w:rPr>
        <w:t>ג. 2 ₪ + 2 ₪ + 1 ₪ = __________ ₪</w:t>
      </w:r>
    </w:p>
    <w:p>
      <w:pPr>
        <w:bidi/>
        <w:spacing w:before="0" w:after="60"/>
        <w:jc w:val="both"/>
      </w:pPr>
      <w:r>
        <w:rPr>
          <w:rtl/>
        </w:rPr>
        <w:t>ד. 10 ₪ − 3 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הַשְׁלִימוּ: אַחֲרֵי שָׁעָה אַחַת.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עַכְשָׁו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 שָׁעָה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 2 שָׁעוֹת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הַתְאִימוּ: מָה מוֹדְדִים בְּמָה?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אֹרֶךְ שֶׁל שֻׁלְחָן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⏰ שָׁעוֹן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כַּמָּה זְמַן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📏 סַרְגֵּל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כַּמָּה כֶּסֶף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🪙 מַטְבְּעוֹת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אֵיזֶה יוֹם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📅 לוּחַ שָׁנָה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בַּשָּׁבוּעַ יֵשׁ 7 יָמִים.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אַחֲרֵי יוֹם חֲמִישִׁי בָּא יוֹם רְבִיעִי.      נכון / לא נכון</w:t>
      </w:r>
    </w:p>
    <w:p>
      <w:pPr>
        <w:bidi/>
        <w:spacing w:before="0" w:after="60"/>
        <w:jc w:val="both"/>
      </w:pPr>
      <w:r>
        <w:rPr>
          <w:rtl/>
        </w:rPr>
        <w:t>ג. 2 ₪ + 2 ₪ = 4 ₪      נכון / לא נכון</w:t>
      </w:r>
    </w:p>
    <w:p>
      <w:pPr>
        <w:bidi/>
        <w:spacing w:before="0" w:after="60"/>
        <w:jc w:val="both"/>
      </w:pPr>
      <w:r>
        <w:rPr>
          <w:rtl/>
        </w:rPr>
        <w:t>ד. בְּשָׁעָה שְׁלֵמָה הַמָּחוֹג הַקָּצָר עַל 12.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מַיְּנוּ: אָרֹךְ מִסַּרְגֵּל אוֹ קָצָר מִסַּרְגֵּל?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מַחַק  |  דֶּלֶת  |  מַסְמֵר  |  שֻׁלְחָן  |  מַטְבֵּעַ  |  מִטָּה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קָצָר מִסַּרְגֵּל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אָרֹךְ מִסַּרְגֵּל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יוֹם בָּא אַחֲרֵי שַׁבָּת?</w:t>
      </w:r>
    </w:p>
    <w:p>
      <w:pPr>
        <w:bidi/>
        <w:spacing w:before="0" w:after="80"/>
        <w:jc w:val="both"/>
      </w:pPr>
      <w:r>
        <w:rPr>
          <w:rtl/>
        </w:rPr>
        <w:t xml:space="preserve">   ○ שִׁשִּׁי      ○ רִאשׁוֹן      ○ שֵׁנִי</w:t>
      </w:r>
    </w:p>
    <w:p>
      <w:pPr>
        <w:bidi/>
        <w:spacing w:before="0" w:after="20"/>
        <w:jc w:val="both"/>
      </w:pPr>
      <w:r>
        <w:rPr>
          <w:rtl/>
        </w:rPr>
        <w:t>ב. אֵיזֶה מַטְבֵּעַ שָׁוֶה הֲכִי הַרְבֵּה?</w:t>
      </w:r>
    </w:p>
    <w:p>
      <w:pPr>
        <w:bidi/>
        <w:spacing w:before="0" w:after="80"/>
        <w:jc w:val="both"/>
      </w:pPr>
      <w:r>
        <w:rPr>
          <w:rtl/>
        </w:rPr>
        <w:t xml:space="preserve">   ○ 10 ₪      ○ 5 ₪      ○ 2 ₪</w:t>
      </w:r>
    </w:p>
    <w:p>
      <w:pPr>
        <w:bidi/>
        <w:spacing w:before="0" w:after="20"/>
        <w:jc w:val="both"/>
      </w:pPr>
      <w:r>
        <w:rPr>
          <w:rtl/>
        </w:rPr>
        <w:t>ג. 🕖 – מָה הַשָּׁעָה?</w:t>
      </w:r>
    </w:p>
    <w:p>
      <w:pPr>
        <w:bidi/>
        <w:spacing w:before="0" w:after="80"/>
        <w:jc w:val="both"/>
      </w:pPr>
      <w:r>
        <w:rPr>
          <w:rtl/>
        </w:rPr>
        <w:t xml:space="preserve">   ○ ‪5:00‬      ○ ‪12:00‬      ○ ‪7:00‬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צַיְּרוּ שָׁעוֹן שֶׁמַּרְאֶה אֶת הַשָּׁעָה ‪6:00‬.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בְּאֵילוּ מַטְבְּעוֹת אֶפְשָׁר לְשַׁלֵּם 7 ₪? כִּתְבוּ 2 דְּרָכִים.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הָעִפָּרוֹן שֶׁל נוֹעַם אָרֹךְ 6 קֻבִּיּוֹת. הַמַּחַק אָרֹךְ 2 קֻבִּיּוֹת. בְּכַמָּה קֻבִּיּוֹת הָעִפָּרוֹן אָרֹךְ יוֹתֵר?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✏️ 🧩🧩🧩🧩🧩🧩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בַּקֻּפָּה שֶׁל עוֹמֶר יֵשׁ מַטְבֵּעַ שֶׁל 5 ₪ וּמַטְבֵּעַ שֶׁל 2 ₪. כַּמָּה כֶּסֶף יֵשׁ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🪙 🪙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מִיץ עוֹלֶה 6 ₪. אֲרִיאֵל שִׁלֵּם בְּמַטְבֵּעַ שֶׁל 10 ₪. כַּמָּה עֹדֶף קִבֵּל?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🧃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יוֹאָב יָצָא לְטִיּוּל בְּשָׁעָה 9. הַטִּיּוּל נִמְשַׁךְ 3 שָׁעוֹת. בְּאֵיזוֹ שָׁעָה חָזַר?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🕘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הַיּוֹם יוֹם רִאשׁוֹן. בְּעוֹד 5 יָמִים יֵשׁ יוֹם הֻלֶּדֶת לְדָנִיֵּאל. בְּאֵיזֶה יוֹם בַּשָּׁבוּעַ יוֹם הַהֻלֶּדֶת?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לְמִיכַל יֵשׁ 2 מַטְבְּעוֹת שֶׁל 5 ₪ וּמַטְבֵּעַ שֶׁל 2 ₪. הִיא קָנְתָה מַחְבֶּרֶת בְּ-8 ₪. כַּמָּה כֶּסֶף נִשְׁאַר לָהּ?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גִּזְרוּ אֶת כַּרְטִיסֵי יְמֵי הַשָּׁבוּעַ, וְהַדְבִּיקוּ אוֹתָם לְפִי הַסֵּדֶר.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6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7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אָרֹךְ – </w:t>
            </w:r>
            <w:r>
              <w:rPr>
                <w:sz w:val="24"/>
                <w:szCs w:val="24"/>
                <w:rtl/>
              </w:rPr>
              <w:t>יֵשׁ לוֹ אֹרֶךְ רַב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קָצָר – </w:t>
            </w:r>
            <w:r>
              <w:rPr>
                <w:sz w:val="24"/>
                <w:szCs w:val="24"/>
                <w:rtl/>
              </w:rPr>
              <w:t>יֵשׁ לוֹ אֹרֶךְ קָטָן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שָׁבוּעַ – </w:t>
            </w:r>
            <w:r>
              <w:rPr>
                <w:sz w:val="24"/>
                <w:szCs w:val="24"/>
                <w:rtl/>
              </w:rPr>
              <w:t>שִׁבְעָה יָמִים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מַטְבֵּעַ – </w:t>
            </w:r>
            <w:r>
              <w:rPr>
                <w:sz w:val="24"/>
                <w:szCs w:val="24"/>
                <w:rtl/>
              </w:rPr>
              <w:t>כֶּסֶף עָגֹל מִמַּתֶּכֶת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צַיְּרוּ שְׁנֵי עֶפְרוֹנוֹת: אֶחָד אָרֹךְ וְאֶחָד קָצָר.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מדידות: אורך, ימי השבוע, שעון ומטבעות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רְבִיעִי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רִאשׁוֹן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שִׁשִּׁי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שְׁנֵי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שְׁלִישִׁי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שַׁבָּת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חֲמִישִׁי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מדידות: אורך, ימי השבוע, שעון ומטבעות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קֻבִּיּוֹת אָרֹךְ כָּל חֵפֶץ? סִפְרוּ.</w:t>
      </w:r>
    </w:p>
    <w:p>
      <w:pPr>
        <w:bidi/>
        <w:spacing w:before="0" w:after="40"/>
        <w:jc w:val="both"/>
      </w:pPr>
      <w:r>
        <w:rPr>
          <w:rtl/>
        </w:rPr>
        <w:t>א. ✏️ = 🧩🧩🧩🧩🧩 → 5 קֻבִּיּוֹת</w:t>
      </w:r>
    </w:p>
    <w:p>
      <w:pPr>
        <w:bidi/>
        <w:spacing w:before="0" w:after="40"/>
        <w:jc w:val="both"/>
      </w:pPr>
      <w:r>
        <w:rPr>
          <w:rtl/>
        </w:rPr>
        <w:t>ב. 🥄 = 🧩🧩🧩 → 3 קֻבִּיּוֹת</w:t>
      </w:r>
    </w:p>
    <w:p>
      <w:pPr>
        <w:bidi/>
        <w:spacing w:before="0" w:after="40"/>
        <w:jc w:val="both"/>
      </w:pPr>
      <w:r>
        <w:rPr>
          <w:rtl/>
        </w:rPr>
        <w:t>ג. 📏 = 🧩🧩🧩🧩🧩🧩🧩🧩 → 8 קֻבִּיּוֹת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הַשְׁלִימוּ אֶת יְמֵי הַשָּׁבוּעַ.</w:t>
      </w:r>
    </w:p>
    <w:p>
      <w:pPr>
        <w:bidi/>
        <w:spacing w:before="0" w:after="40"/>
        <w:jc w:val="both"/>
      </w:pPr>
      <w:r>
        <w:rPr>
          <w:rtl/>
        </w:rPr>
        <w:t>א. רִאשׁוֹן, שֵׁנִי, שְׁלִישִׁי</w:t>
      </w:r>
    </w:p>
    <w:p>
      <w:pPr>
        <w:bidi/>
        <w:spacing w:before="0" w:after="40"/>
        <w:jc w:val="both"/>
      </w:pPr>
      <w:r>
        <w:rPr>
          <w:rtl/>
        </w:rPr>
        <w:t>ב. רְבִיעִי, חֲמִישִׁי, שִׁשִּׁי</w:t>
      </w:r>
    </w:p>
    <w:p>
      <w:pPr>
        <w:bidi/>
        <w:spacing w:before="0" w:after="40"/>
        <w:jc w:val="both"/>
      </w:pPr>
      <w:r>
        <w:rPr>
          <w:rtl/>
        </w:rPr>
        <w:t>ג. שִׁשִּׁי, שַׁבָּת</w:t>
      </w:r>
    </w:p>
    <w:p>
      <w:pPr>
        <w:bidi/>
        <w:spacing w:before="0" w:after="40"/>
        <w:jc w:val="both"/>
      </w:pPr>
      <w:r>
        <w:rPr>
          <w:rtl/>
        </w:rPr>
        <w:t>ד. שַׁבָּת, רִאשׁוֹן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מָה הַשָּׁעָה?</w:t>
      </w:r>
    </w:p>
    <w:p>
      <w:pPr>
        <w:bidi/>
        <w:spacing w:before="0" w:after="40"/>
        <w:jc w:val="both"/>
      </w:pPr>
      <w:r>
        <w:rPr>
          <w:rtl/>
        </w:rPr>
        <w:t>א. 🕐 = ‪1:00‬</w:t>
      </w:r>
    </w:p>
    <w:p>
      <w:pPr>
        <w:bidi/>
        <w:spacing w:before="0" w:after="40"/>
        <w:jc w:val="both"/>
      </w:pPr>
      <w:r>
        <w:rPr>
          <w:rtl/>
        </w:rPr>
        <w:t>ב. 🕓 = ‪4:00‬</w:t>
      </w:r>
    </w:p>
    <w:p>
      <w:pPr>
        <w:bidi/>
        <w:spacing w:before="0" w:after="40"/>
        <w:jc w:val="both"/>
      </w:pPr>
      <w:r>
        <w:rPr>
          <w:rtl/>
        </w:rPr>
        <w:t>ג. 🕘 = ‪9:00‬</w:t>
      </w:r>
    </w:p>
    <w:p>
      <w:pPr>
        <w:bidi/>
        <w:spacing w:before="0" w:after="40"/>
        <w:jc w:val="both"/>
      </w:pPr>
      <w:r>
        <w:rPr>
          <w:rtl/>
        </w:rPr>
        <w:t>ד. 🕛 = ‪12:00‬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כֶּסֶף? חַשְּׁבוּ.</w:t>
      </w:r>
    </w:p>
    <w:p>
      <w:pPr>
        <w:bidi/>
        <w:spacing w:before="0" w:after="40"/>
        <w:jc w:val="both"/>
      </w:pPr>
      <w:r>
        <w:rPr>
          <w:rtl/>
        </w:rPr>
        <w:t>א. 5 ₪ + 2 ₪ = 7 ₪</w:t>
      </w:r>
    </w:p>
    <w:p>
      <w:pPr>
        <w:bidi/>
        <w:spacing w:before="0" w:after="40"/>
        <w:jc w:val="both"/>
      </w:pPr>
      <w:r>
        <w:rPr>
          <w:rtl/>
        </w:rPr>
        <w:t>ב. 10 ₪ + 5 ₪ = 15 ₪</w:t>
      </w:r>
    </w:p>
    <w:p>
      <w:pPr>
        <w:bidi/>
        <w:spacing w:before="0" w:after="40"/>
        <w:jc w:val="both"/>
      </w:pPr>
      <w:r>
        <w:rPr>
          <w:rtl/>
        </w:rPr>
        <w:t>ג. 2 ₪ + 2 ₪ + 1 ₪ = 5 ₪</w:t>
      </w:r>
    </w:p>
    <w:p>
      <w:pPr>
        <w:bidi/>
        <w:spacing w:before="0" w:after="40"/>
        <w:jc w:val="both"/>
      </w:pPr>
      <w:r>
        <w:rPr>
          <w:rtl/>
        </w:rPr>
        <w:t>ד. 10 ₪ − 3 ₪ = 7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הַשְׁלִימוּ: אַחֲרֵי שָׁעָה אַחַת.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עַכְשָׁו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 שָׁעָה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 2 שָׁעוֹת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‪5:00‬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‪8:00‬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‪9:00‬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‪11:00‬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‪12:00‬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הַתְאִימוּ: מָה מוֹדְדִים בְּמָה?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אֹרֶךְ שֶׁל שֻׁלְחָן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⏰ שָׁעוֹן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כַּמָּה זְמַן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📏 סַרְגֵּל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כַּמָּה כֶּסֶף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🪙 מַטְבְּעוֹת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אֵיזֶה יוֹם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📅 לוּחַ שָׁנָה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בַּשָּׁבוּעַ יֵשׁ 7 יָמִים. – נכון</w:t>
      </w:r>
    </w:p>
    <w:p>
      <w:pPr>
        <w:bidi/>
        <w:spacing w:before="0" w:after="40"/>
        <w:jc w:val="both"/>
      </w:pPr>
      <w:r>
        <w:rPr>
          <w:rtl/>
        </w:rPr>
        <w:t>ב. אַחֲרֵי יוֹם חֲמִישִׁי בָּא יוֹם רְבִיעִי. – לא נכון – אחרי חמישי בא שישי</w:t>
      </w:r>
    </w:p>
    <w:p>
      <w:pPr>
        <w:bidi/>
        <w:spacing w:before="0" w:after="40"/>
        <w:jc w:val="both"/>
      </w:pPr>
      <w:r>
        <w:rPr>
          <w:rtl/>
        </w:rPr>
        <w:t>ג. 2 ₪ + 2 ₪ = 4 ₪ – נכון</w:t>
      </w:r>
    </w:p>
    <w:p>
      <w:pPr>
        <w:bidi/>
        <w:spacing w:before="0" w:after="40"/>
        <w:jc w:val="both"/>
      </w:pPr>
      <w:r>
        <w:rPr>
          <w:rtl/>
        </w:rPr>
        <w:t>ד. בְּשָׁעָה שְׁלֵמָה הַמָּחוֹג הַקָּצָר עַל 12. – לא נכון – המחוג הארוך על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מַיְּנוּ: אָרֹךְ מִסַּרְגֵּל אוֹ קָצָר מִסַּרְגֵּל?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קָצָר מִסַּרְגֵּל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אָרֹךְ מִסַּרְגֵּל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מַחַק, מַסְמֵר, מַטְבֵּעַ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דֶּלֶת, שֻׁלְחָן, מִטָּה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יוֹם בָּא אַחֲרֵי שַׁבָּת?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רִאשׁוֹן</w:t>
      </w:r>
    </w:p>
    <w:p>
      <w:pPr>
        <w:bidi/>
        <w:spacing w:before="0" w:after="20"/>
        <w:jc w:val="both"/>
      </w:pPr>
      <w:r>
        <w:rPr>
          <w:rtl/>
        </w:rPr>
        <w:t>ב. אֵיזֶה מַטְבֵּעַ שָׁוֶה הֲכִי הַרְבֵּה?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10 ₪</w:t>
      </w:r>
    </w:p>
    <w:p>
      <w:pPr>
        <w:bidi/>
        <w:spacing w:before="0" w:after="20"/>
        <w:jc w:val="both"/>
      </w:pPr>
      <w:r>
        <w:rPr>
          <w:rtl/>
        </w:rPr>
        <w:t>ג. 🕖 – מָה הַשָּׁעָה?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צַיְּרוּ שָׁעוֹן שֶׁמַּרְאֶה אֶת הַשָּׁעָה ‪6:00‬.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מחוג קצר על 6, מחוג ארוך על 12.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בְּאֵילוּ מַטְבְּעוֹת אֶפְשָׁר לְשַׁלֵּם 7 ₪? כִּתְבוּ 2 דְּרָכִים.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5 ₪ + 2 ₪; 5 ₪ + 1 ₪ + 1 ₪; 2 ₪ + 2 ₪ + 2 ₪ + 1 ₪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הָעִפָּרוֹן שֶׁל נוֹעַם אָרֹךְ 6 קֻבִּיּוֹת. הַמַּחַק אָרֹךְ 2 קֻבִּיּוֹת. בְּכַמָּה קֻבִּיּוֹת הָעִפָּרוֹן אָרֹךְ יוֹתֵר?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‪6 − 2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העיפרון ארוך יותר ב-4 קוביות.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בַּקֻּפָּה שֶׁל עוֹמֶר יֵשׁ מַטְבֵּעַ שֶׁל 5 ₪ וּמַטְבֵּעַ שֶׁל 2 ₪. כַּמָּה כֶּסֶף יֵשׁ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+ 2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לעומר יש 7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מִיץ עוֹלֶה 6 ₪. אֲרִיאֵל שִׁלֵּם בְּמַטְבֵּעַ שֶׁל 10 ₪. כַּמָּה עֹדֶף קִבֵּל?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עודף – מחסרים: ‪10 − 6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אריאל קיבל 4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יוֹאָב יָצָא לְטִיּוּל בְּשָׁעָה 9. הַטִּיּוּל נִמְשַׁךְ 3 שָׁעוֹת. בְּאֵיזוֹ שָׁעָה חָזַר?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+ 3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חזר בשעה 12.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הַיּוֹם יוֹם רִאשׁוֹן. בְּעוֹד 5 יָמִים יֵשׁ יוֹם הֻלֶּדֶת לְדָנִיֵּאל. בְּאֵיזֶה יוֹם בַּשָּׁבוּעַ יוֹם הַהֻלֶּדֶת?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ראשון הוא היום ה-1 בשבוע. ; ‪1 + 5 = 6‬: היום ה-6 הוא שישי.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יום ההולדת ביום שישי, היום ה-6 בשבוע.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לְמִיכַל יֵשׁ 2 מַטְבְּעוֹת שֶׁל 5 ₪ וּמַטְבֵּעַ שֶׁל 2 ₪. הִיא קָנְתָה מַחְבֶּרֶת בְּ-8 ₪. כַּמָּה כֶּסֶף נִשְׁאַר לָהּ?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+ 5 + 2 = 12‬ ; ‪12 − 8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למיכל נשארו 4 ₪.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גִּזְרוּ אֶת כַּרְטִיסֵי יְמֵי הַשָּׁבוּעַ, וְהַדְבִּיקוּ אוֹתָם לְפִי הַסֵּדֶר.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רִאשׁוֹן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שְׁנֵי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שְׁלִישִׁי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רְבִיעִי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חֲמִישִׁי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שִׁשִּׁי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שַׁבָּת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אָרֹךְ – </w:t>
            </w:r>
            <w:r>
              <w:rPr>
                <w:sz w:val="24"/>
                <w:szCs w:val="24"/>
                <w:rtl/>
              </w:rPr>
              <w:t>יֵשׁ לוֹ אֹרֶךְ רַב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קָצָר – </w:t>
            </w:r>
            <w:r>
              <w:rPr>
                <w:sz w:val="24"/>
                <w:szCs w:val="24"/>
                <w:rtl/>
              </w:rPr>
              <w:t>יֵשׁ לוֹ אֹרֶךְ קָטָן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שָׁבוּעַ – </w:t>
            </w:r>
            <w:r>
              <w:rPr>
                <w:sz w:val="24"/>
                <w:szCs w:val="24"/>
                <w:rtl/>
              </w:rPr>
              <w:t>שִׁבְעָה יָמִים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מַטְבֵּעַ – </w:t>
            </w:r>
            <w:r>
              <w:rPr>
                <w:sz w:val="24"/>
                <w:szCs w:val="24"/>
                <w:rtl/>
              </w:rPr>
              <w:t>כֶּסֶף עָגֹל מִמַּתֶּכֶת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צַיְּרוּ שְׁנֵי עֶפְרוֹנוֹת: אֶחָד אָרֹךְ וְאֶחָד קָצָר.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