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צורות: משולש, ריבוע, מלבן ועיגול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דַּף סִכּוּם: צוּרוֹת – צְלָעוֹת וְקָדְקֳדִים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89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הַצּוּרוֹת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הַצּוּרָה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קָדְקֳדִים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 🔺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רִבּוּעַ 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מַלְבֵּן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 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רִבּוּעַ אוֹ מַלְבֵּן?</w:t>
      </w:r>
    </w:p>
    <w:p>
      <w:pPr>
        <w:bidi/>
        <w:spacing w:before="0" w:after="20"/>
        <w:jc w:val="both"/>
      </w:pPr>
      <w:r>
        <w:rPr>
          <w:rtl/>
        </w:rPr>
        <w:t>1. בְּרִבּוּעַ כָּל 4 הַצְּלָעוֹת שָׁווֹת.</w:t>
      </w:r>
    </w:p>
    <w:p>
      <w:pPr>
        <w:bidi/>
        <w:spacing w:before="0" w:after="20"/>
        <w:jc w:val="both"/>
      </w:pPr>
      <w:r>
        <w:rPr>
          <w:rtl/>
        </w:rPr>
        <w:t>2. בְּמַלְבֵּן 2 צְלָעוֹת אֲרֻכּוֹת וְ-2 קְצָרוֹת.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קָדְקֹד</w:t>
      </w:r>
    </w:p>
    <w:p>
      <w:pPr>
        <w:bidi/>
        <w:spacing w:before="0" w:after="40"/>
        <w:jc w:val="both"/>
      </w:pPr>
      <w:r>
        <w:rPr>
          <w:rtl/>
        </w:rPr>
        <w:t>קָדְקֹד הוּא הַפִּנָּה שֶׁבָּהּ נִפְגָּשׁוֹת שְׁתֵּי צְלָעוֹת.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כְּדֵי לִסְפֹּר צְלָעוֹת, מַתְחִילִים מִצֵּלָע אַחַת, מְסַמְּנִים אוֹתָהּ, וּמִסְתּוֹבְבִים עַד שֶׁחוֹזְרִים אֵלֶיהָ.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צְלָעוֹת לְרִבּוּעַ וְלִמְשֻׁלָּשׁ יַחַד?</w:t>
      </w:r>
    </w:p>
    <w:p>
      <w:pPr>
        <w:bidi/>
        <w:spacing w:before="0" w:after="20"/>
        <w:jc w:val="both"/>
      </w:pPr>
      <w:r>
        <w:rPr>
          <w:rtl/>
        </w:rPr>
        <w:t>1. לְרִבּוּעַ 4 צְלָעוֹת, לִמְשֻׁלָּשׁ 3.</w:t>
      </w:r>
    </w:p>
    <w:p>
      <w:pPr>
        <w:bidi/>
        <w:spacing w:before="0" w:after="20"/>
        <w:jc w:val="both"/>
      </w:pPr>
      <w:r>
        <w:rPr>
          <w:rtl/>
        </w:rPr>
        <w:t>2. ‪4 + 3 = 7‬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לִמְשֻׁלָּשׁ __________ צְלָעוֹת</w:t>
      </w:r>
    </w:p>
    <w:p>
      <w:pPr>
        <w:bidi/>
        <w:spacing w:before="0" w:after="60"/>
        <w:jc w:val="both"/>
      </w:pPr>
      <w:r>
        <w:rPr>
          <w:rtl/>
        </w:rPr>
        <w:t>ב. לְרִבּוּעַ __________ קָדְקֳדִים</w:t>
      </w:r>
    </w:p>
    <w:p>
      <w:pPr>
        <w:bidi/>
        <w:spacing w:before="0" w:after="60"/>
        <w:jc w:val="both"/>
      </w:pPr>
      <w:r>
        <w:rPr>
          <w:rtl/>
        </w:rPr>
        <w:t>ג. לְעִגּוּל __________ קָדְקֳדִים</w:t>
      </w:r>
    </w:p>
    <w:p>
      <w:pPr>
        <w:bidi/>
        <w:spacing w:before="0" w:after="60"/>
        <w:jc w:val="both"/>
      </w:pPr>
      <w:r>
        <w:rPr>
          <w:rtl/>
        </w:rPr>
        <w:t>ד. לְמַלְבֵּן __________ צְלָעוֹת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3 · ב. 4 · ג. 0 · ד. 4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