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צורות: משולש, ריבוע, מלבן ועיגול</w:t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שָׁלָב 1: מִסְתַּכְּלִים: הַאִם הַקַּוִּים יְשָׁרִים אוֹ עֲגֻלִּים?</w:t>
      </w:r>
    </w:p>
    <w:p>
      <w:pPr>
        <w:bidi/>
        <w:spacing w:before="0" w:after="20"/>
        <w:jc w:val="both"/>
      </w:pPr>
      <w:r>
        <w:rPr>
          <w:rtl/>
        </w:rPr>
        <w:t>2. שָׁלָב 2: סוֹפְרִים אֶת הַצְּלָעוֹת וְאֶת הַקָּדְקֳדִים.</w:t>
      </w:r>
    </w:p>
    <w:p>
      <w:pPr>
        <w:bidi/>
        <w:spacing w:before="0" w:after="20"/>
        <w:jc w:val="both"/>
      </w:pPr>
      <w:r>
        <w:rPr>
          <w:rtl/>
        </w:rPr>
        <w:t>3. שָׁלָב ‪3: 3‬ צְלָעוֹת – מְשֻׁלָּשׁ. 4 צְלָעוֹת – רִבּוּעַ אוֹ מַלְבֵּן. בְּלִי צְלָעוֹת – עִגּוּל.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כַּמָּה צְלָעוֹת יֵשׁ לִשְׁנֵי מְשֻׁלָּשִׁים?</w:t>
      </w:r>
    </w:p>
    <w:p>
      <w:pPr>
        <w:bidi/>
        <w:spacing w:before="0" w:after="20"/>
        <w:jc w:val="both"/>
      </w:pPr>
      <w:r>
        <w:rPr>
          <w:rtl/>
        </w:rPr>
        <w:t>1. לִמְשֻׁלָּשׁ אֶחָד 3 צְלָעוֹת.</w:t>
      </w:r>
    </w:p>
    <w:p>
      <w:pPr>
        <w:bidi/>
        <w:spacing w:before="0" w:after="20"/>
        <w:jc w:val="both"/>
      </w:pPr>
      <w:r>
        <w:rPr>
          <w:rtl/>
        </w:rPr>
        <w:t>2. ‪3 + 3 = 6‬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6 צְלָעוֹת.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כַּמָּה צְלָעוֹת?</w:t>
      </w:r>
    </w:p>
    <w:p>
      <w:pPr>
        <w:bidi/>
        <w:spacing w:before="0" w:after="60"/>
        <w:jc w:val="both"/>
      </w:pPr>
      <w:r>
        <w:rPr>
          <w:rtl/>
        </w:rPr>
        <w:t>א. 🔺 מְשֻׁלָּשׁ: __________ צְלָעוֹת</w:t>
      </w:r>
    </w:p>
    <w:p>
      <w:pPr>
        <w:bidi/>
        <w:spacing w:before="0" w:after="60"/>
        <w:jc w:val="both"/>
      </w:pPr>
      <w:r>
        <w:rPr>
          <w:rtl/>
        </w:rPr>
        <w:t>ב. 🟦 רִבּוּעַ: __________ צְלָעוֹת</w:t>
      </w:r>
    </w:p>
    <w:p>
      <w:pPr>
        <w:bidi/>
        <w:spacing w:before="0" w:after="60"/>
        <w:jc w:val="both"/>
      </w:pPr>
      <w:r>
        <w:rPr>
          <w:rtl/>
        </w:rPr>
        <w:t>ג. מַלְבֵּן: __________ צְלָעוֹת</w:t>
      </w:r>
    </w:p>
    <w:p>
      <w:pPr>
        <w:bidi/>
        <w:spacing w:before="0" w:after="60"/>
        <w:jc w:val="both"/>
      </w:pPr>
      <w:r>
        <w:rPr>
          <w:rtl/>
        </w:rPr>
        <w:t>ד. ⚪ עִגּוּל: __________ צְלָעוֹת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כַּמָּה קָדְקֳדִים?</w:t>
      </w:r>
    </w:p>
    <w:p>
      <w:pPr>
        <w:bidi/>
        <w:spacing w:before="0" w:after="60"/>
        <w:jc w:val="both"/>
      </w:pPr>
      <w:r>
        <w:rPr>
          <w:rtl/>
        </w:rPr>
        <w:t>א. 🔺 מְשֻׁלָּשׁ: __________ קָדְקֳדִים</w:t>
      </w:r>
    </w:p>
    <w:p>
      <w:pPr>
        <w:bidi/>
        <w:spacing w:before="0" w:after="60"/>
        <w:jc w:val="both"/>
      </w:pPr>
      <w:r>
        <w:rPr>
          <w:rtl/>
        </w:rPr>
        <w:t>ב. 🟦 רִבּוּעַ: __________ קָדְקֳדִים</w:t>
      </w:r>
    </w:p>
    <w:p>
      <w:pPr>
        <w:bidi/>
        <w:spacing w:before="0" w:after="60"/>
        <w:jc w:val="both"/>
      </w:pPr>
      <w:r>
        <w:rPr>
          <w:rtl/>
        </w:rPr>
        <w:t>ג. ⚪ עִגּוּל: __________ קָדְקֳדִים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סִפְרוּ אֶת הַצּוּרוֹת.</w:t>
      </w:r>
    </w:p>
    <w:p>
      <w:pPr>
        <w:bidi/>
        <w:spacing w:before="0" w:after="60"/>
        <w:jc w:val="both"/>
      </w:pPr>
      <w:r>
        <w:rPr>
          <w:rtl/>
        </w:rPr>
        <w:t>א. 🔺🔺🔺🔺 = __________ מְשֻׁלָּשִׁים</w:t>
      </w:r>
    </w:p>
    <w:p>
      <w:pPr>
        <w:bidi/>
        <w:spacing w:before="0" w:after="60"/>
        <w:jc w:val="both"/>
      </w:pPr>
      <w:r>
        <w:rPr>
          <w:rtl/>
        </w:rPr>
        <w:t>ב. ⚪⚪⚪⚪⚪⚪ = __________ עִגּוּלִים</w:t>
      </w:r>
    </w:p>
    <w:p>
      <w:pPr>
        <w:bidi/>
        <w:spacing w:before="0" w:after="60"/>
        <w:jc w:val="both"/>
      </w:pPr>
      <w:r>
        <w:rPr>
          <w:rtl/>
        </w:rPr>
        <w:t>ג. 🟦🟦🟦 = __________ רִבּוּעִים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הַצּוּרָה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צְלָעוֹת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קָדְקֳדִים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מְשֻׁלָּשׁ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רִבּוּעַ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מַלְבֵּן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עִגּוּל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הַתְאִימוּ כָּל חֵפֶץ לַצּוּרָה שֶׁלּוֹ.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🍕 פְּרוּסַת פִּיצָה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עִגּוּל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🪙 מַטְבֵּעַ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מַלְבֵּן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🚪 דֶּלֶת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רִבּוּעַ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🔲 מַשְׁבֶּצֶת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מְשֻׁלָּשׁ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לִמְשֻׁלָּשׁ יֵשׁ 3 קָדְקֳדִים.      נכון / לא נכון</w:t>
      </w:r>
    </w:p>
    <w:p>
      <w:pPr>
        <w:bidi/>
        <w:spacing w:before="0" w:after="60"/>
        <w:jc w:val="both"/>
      </w:pPr>
      <w:r>
        <w:rPr>
          <w:rtl/>
        </w:rPr>
        <w:t>ב. לְעִגּוּל יֵשׁ 4 צְלָעוֹת.      נכון / לא נכון</w:t>
      </w:r>
    </w:p>
    <w:p>
      <w:pPr>
        <w:bidi/>
        <w:spacing w:before="0" w:after="60"/>
        <w:jc w:val="both"/>
      </w:pPr>
      <w:r>
        <w:rPr>
          <w:rtl/>
        </w:rPr>
        <w:t>ג. בְּרִבּוּעַ כָּל הַצְּלָעוֹת שָׁווֹת.      נכון / לא נכון</w:t>
      </w:r>
    </w:p>
    <w:p>
      <w:pPr>
        <w:bidi/>
        <w:spacing w:before="0" w:after="60"/>
        <w:jc w:val="both"/>
      </w:pPr>
      <w:r>
        <w:rPr>
          <w:rtl/>
        </w:rPr>
        <w:t>ד. לְמַלְבֵּן יֵשׁ 3 צְלָעוֹת.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מַיְּנוּ: צוּרָה עִם קָדְקֳדִים אוֹ בְּלִי קָדְקֳדִים?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המילים: מְשֻׁלָּשׁ  |  עִגּוּל  |  רִבּוּעַ  |  גַּלְגַּל  |  מַלְבֵּן  |  צַלַּחַת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עִם קָדְקֳדִים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בְּלִי קָדְקֳדִים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בַּחֲרוּ אֶת הַתְּשׁוּבָה הַנְּכוֹנָה.</w:t>
      </w:r>
    </w:p>
    <w:p>
      <w:pPr>
        <w:bidi/>
        <w:spacing w:before="0" w:after="20"/>
        <w:jc w:val="both"/>
      </w:pPr>
      <w:r>
        <w:rPr>
          <w:rtl/>
        </w:rPr>
        <w:t>א. לְאֵיזוֹ צוּרָה 3 צְלָעוֹת?</w:t>
      </w:r>
    </w:p>
    <w:p>
      <w:pPr>
        <w:bidi/>
        <w:spacing w:before="0" w:after="80"/>
        <w:jc w:val="both"/>
      </w:pPr>
      <w:r>
        <w:rPr>
          <w:rtl/>
        </w:rPr>
        <w:t xml:space="preserve">   ○ רִבּוּעַ      ○ מְשֻׁלָּשׁ      ○ עִגּוּל</w:t>
      </w:r>
    </w:p>
    <w:p>
      <w:pPr>
        <w:bidi/>
        <w:spacing w:before="0" w:after="20"/>
        <w:jc w:val="both"/>
      </w:pPr>
      <w:r>
        <w:rPr>
          <w:rtl/>
        </w:rPr>
        <w:t>ב. אֵיזוֹ צוּרָה עֲגֻלָּה?</w:t>
      </w:r>
    </w:p>
    <w:p>
      <w:pPr>
        <w:bidi/>
        <w:spacing w:before="0" w:after="80"/>
        <w:jc w:val="both"/>
      </w:pPr>
      <w:r>
        <w:rPr>
          <w:rtl/>
        </w:rPr>
        <w:t xml:space="preserve">   ○ ⚪      ○ 🔺      ○ 🟦</w:t>
      </w:r>
    </w:p>
    <w:p>
      <w:pPr>
        <w:bidi/>
        <w:spacing w:before="0" w:after="20"/>
        <w:jc w:val="both"/>
      </w:pPr>
      <w:r>
        <w:rPr>
          <w:rtl/>
        </w:rPr>
        <w:t>ג. כַּמָּה קָדְקֳדִים לְמַלְבֵּן?</w:t>
      </w:r>
    </w:p>
    <w:p>
      <w:pPr>
        <w:bidi/>
        <w:spacing w:before="0" w:after="80"/>
        <w:jc w:val="both"/>
      </w:pPr>
      <w:r>
        <w:rPr>
          <w:rtl/>
        </w:rPr>
        <w:t xml:space="preserve">   ○ 3      ○ 0      ○ 4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צַיְּרוּ בַּמַּשְׁבְּצוֹת מְשֻׁלָּשׁ וְרִבּוּעַ. צַבְּעוּ אֶת הַקָּדְקֳדִים בְּאָדֹם.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[אתגר] חַשְּׁבוּ צְלָעוֹת.</w:t>
      </w:r>
    </w:p>
    <w:p>
      <w:pPr>
        <w:bidi/>
        <w:spacing w:before="0" w:after="60"/>
        <w:jc w:val="both"/>
      </w:pPr>
      <w:r>
        <w:rPr>
          <w:rtl/>
        </w:rPr>
        <w:t>א. 2 מְשֻׁלָּשִׁים: ‪3 + 3 = __________‬</w:t>
      </w:r>
    </w:p>
    <w:p>
      <w:pPr>
        <w:bidi/>
        <w:spacing w:before="0" w:after="60"/>
        <w:jc w:val="both"/>
      </w:pPr>
      <w:r>
        <w:rPr>
          <w:rtl/>
        </w:rPr>
        <w:t>ב. 2 רִבּוּעִים: ‪4 + 4 = __________‬</w:t>
      </w:r>
    </w:p>
    <w:p>
      <w:pPr>
        <w:bidi/>
        <w:spacing w:before="0" w:after="60"/>
        <w:jc w:val="both"/>
      </w:pPr>
      <w:r>
        <w:rPr>
          <w:rtl/>
        </w:rPr>
        <w:t>ג. מְשֻׁלָּשׁ וְרִבּוּעַ: ‪3 + 4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אֶתְגָּר: צַיְּרוּ קַו אֶחָד יָשָׁר שֶׁחוֹתֵךְ רִבּוּעַ לִשְׁנֵי מְשֻׁלָּשִׁים.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Gisha" w:hAnsi="Gisha" w:cs="Gisha"/>
          <w:b/>
          <w:bCs/>
          <w:color w:val="6D28D9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עַל הַלּוּחַ צִיֵּר הַמּוֹרֶה 3 עִגּוּלִים וְ-4 מְשֻׁלָּשִׁים. כַּמָּה צוּרוֹת צִיֵּר?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⚪⚪⚪ 🔺🔺🔺🔺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לְיוֹאָב 5 מַדְבֵּקוֹת שֶׁל כּוֹכָבִים וְ-2 מַדְבֵּקוֹת שֶׁל רִבּוּעִים. כַּמָּה מַדְבֵּקוֹת יֵשׁ לוֹ?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⭐⭐⭐⭐⭐ 🟦🟦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אִיתַי בָּנָה 2 מְשֻׁלָּשִׁים מִמַּקְלוֹת. כַּמָּה מַקְלוֹת הִשְׁתַּמֵּשׁ? (לְכָל צֵלָע מַקֵּל אֶחָד)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🔺🔺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בַּקֻּפְסָה 9 צוּרוֹת. 4 מֵהֶן עִגּוּלִים, וְהַשְּׁאָר רִבּוּעִים. כַּמָּה רִבּוּעִים בַּקֻּפְסָה?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נוֹעַם בָּנָה רִבּוּעַ אֶחָד וּמְשֻׁלָּשׁ אֶחָד מִמַּקְלוֹת. כַּמָּה מַקְלוֹת הִשְׁתַּמֵּשׁ?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לְדָוִד הָיוּ 10 מַקְלוֹת. הוּא בָּנָה 2 מְשֻׁלָּשִׁים. כַּמָּה מַקְלוֹת נִשְׁאֲרוּ לוֹ?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18. גִּזְרוּ אֶת כַּרְטִיסֵי הַצּוּרוֹת, וְהַדְבִּיקוּ כָּל צוּרָה בָּעַמּוּדָה הַמַּתְאִימָה.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מְשֻׁלָּשׁ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רִבּוּעַ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עִגּוּל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60" w:hRule="exact"/>
        </w:trPr>
        <w:tc>
          <w:tcPr>
            <w:tcW w:type="dxa" w:w="3288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19. מִתְחוּ קַו מִכָּל צוּרָה אֶל מִסְפַּר הַצְּלָעוֹת שֶׁלָּהּ.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1. מְשֻׁלָּשׁ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א. 3 צְלָעוֹת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2. רִבּוּעַ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ב. 4 צְלָעוֹת שָׁווֹת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3. עִגּוּל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ג. אֵין צְלָעוֹת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דַּף גְּזִירָה – צורות: משולש, ריבוע, מלבן ועיגול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4, מְשִׂימָה 18.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🔵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🟥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🟠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🟦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🔻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🔺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🟩</w:t>
            </w: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דף עבודה – תשובות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0F7A4F"/>
          <w:sz w:val="36"/>
          <w:szCs w:val="36"/>
          <w:rtl/>
        </w:rPr>
        <w:t>תשובות – צורות: משולש, ריבוע, מלבן ועיגול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כַּמָּה צְלָעוֹת?</w:t>
      </w:r>
    </w:p>
    <w:p>
      <w:pPr>
        <w:bidi/>
        <w:spacing w:before="0" w:after="40"/>
        <w:jc w:val="both"/>
      </w:pPr>
      <w:r>
        <w:rPr>
          <w:rtl/>
        </w:rPr>
        <w:t>א. 🔺 מְשֻׁלָּשׁ: 3 צְלָעוֹת</w:t>
      </w:r>
    </w:p>
    <w:p>
      <w:pPr>
        <w:bidi/>
        <w:spacing w:before="0" w:after="40"/>
        <w:jc w:val="both"/>
      </w:pPr>
      <w:r>
        <w:rPr>
          <w:rtl/>
        </w:rPr>
        <w:t>ב. 🟦 רִבּוּעַ: 4 צְלָעוֹת</w:t>
      </w:r>
    </w:p>
    <w:p>
      <w:pPr>
        <w:bidi/>
        <w:spacing w:before="0" w:after="40"/>
        <w:jc w:val="both"/>
      </w:pPr>
      <w:r>
        <w:rPr>
          <w:rtl/>
        </w:rPr>
        <w:t>ג. מַלְבֵּן: 4 צְלָעוֹת</w:t>
      </w:r>
    </w:p>
    <w:p>
      <w:pPr>
        <w:bidi/>
        <w:spacing w:before="0" w:after="40"/>
        <w:jc w:val="both"/>
      </w:pPr>
      <w:r>
        <w:rPr>
          <w:rtl/>
        </w:rPr>
        <w:t>ד. ⚪ עִגּוּל: 0 צְלָעוֹת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כַּמָּה קָדְקֳדִים?</w:t>
      </w:r>
    </w:p>
    <w:p>
      <w:pPr>
        <w:bidi/>
        <w:spacing w:before="0" w:after="40"/>
        <w:jc w:val="both"/>
      </w:pPr>
      <w:r>
        <w:rPr>
          <w:rtl/>
        </w:rPr>
        <w:t>א. 🔺 מְשֻׁלָּשׁ: 3 קָדְקֳדִים</w:t>
      </w:r>
    </w:p>
    <w:p>
      <w:pPr>
        <w:bidi/>
        <w:spacing w:before="0" w:after="40"/>
        <w:jc w:val="both"/>
      </w:pPr>
      <w:r>
        <w:rPr>
          <w:rtl/>
        </w:rPr>
        <w:t>ב. 🟦 רִבּוּעַ: 4 קָדְקֳדִים</w:t>
      </w:r>
    </w:p>
    <w:p>
      <w:pPr>
        <w:bidi/>
        <w:spacing w:before="0" w:after="40"/>
        <w:jc w:val="both"/>
      </w:pPr>
      <w:r>
        <w:rPr>
          <w:rtl/>
        </w:rPr>
        <w:t>ג. ⚪ עִגּוּל: 0 קָדְקֳדִים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סִפְרוּ אֶת הַצּוּרוֹת.</w:t>
      </w:r>
    </w:p>
    <w:p>
      <w:pPr>
        <w:bidi/>
        <w:spacing w:before="0" w:after="40"/>
        <w:jc w:val="both"/>
      </w:pPr>
      <w:r>
        <w:rPr>
          <w:rtl/>
        </w:rPr>
        <w:t>א. 🔺🔺🔺🔺 = 4 מְשֻׁלָּשִׁים</w:t>
      </w:r>
    </w:p>
    <w:p>
      <w:pPr>
        <w:bidi/>
        <w:spacing w:before="0" w:after="40"/>
        <w:jc w:val="both"/>
      </w:pPr>
      <w:r>
        <w:rPr>
          <w:rtl/>
        </w:rPr>
        <w:t>ב. ⚪⚪⚪⚪⚪⚪ = 6 עִגּוּלִים</w:t>
      </w:r>
    </w:p>
    <w:p>
      <w:pPr>
        <w:bidi/>
        <w:spacing w:before="0" w:after="40"/>
        <w:jc w:val="both"/>
      </w:pPr>
      <w:r>
        <w:rPr>
          <w:rtl/>
        </w:rPr>
        <w:t>ג. 🟦🟦🟦 = 3 רִבּוּעִים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הַצּוּרָה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צְלָעוֹת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קָדְקֳדִים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מְשֻׁלָּשׁ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רִבּוּעַ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מַלְבֵּן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עִגּוּל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הַתְאִימוּ כָּל חֵפֶץ לַצּוּרָה שֶׁלּוֹ.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🍕 פְּרוּסַת פִּיצָה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עִגּוּל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🪙 מַטְבֵּעַ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מַלְבֵּן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🚪 דֶּלֶת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רִבּוּעַ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🔲 מַשְׁבֶּצֶת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מְשֻׁלָּשׁ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לִמְשֻׁלָּשׁ יֵשׁ 3 קָדְקֳדִים. – נכון</w:t>
      </w:r>
    </w:p>
    <w:p>
      <w:pPr>
        <w:bidi/>
        <w:spacing w:before="0" w:after="40"/>
        <w:jc w:val="both"/>
      </w:pPr>
      <w:r>
        <w:rPr>
          <w:rtl/>
        </w:rPr>
        <w:t>ב. לְעִגּוּל יֵשׁ 4 צְלָעוֹת. – לא נכון – לעיגול אין צלעות</w:t>
      </w:r>
    </w:p>
    <w:p>
      <w:pPr>
        <w:bidi/>
        <w:spacing w:before="0" w:after="40"/>
        <w:jc w:val="both"/>
      </w:pPr>
      <w:r>
        <w:rPr>
          <w:rtl/>
        </w:rPr>
        <w:t>ג. בְּרִבּוּעַ כָּל הַצְּלָעוֹת שָׁווֹת. – נכון</w:t>
      </w:r>
    </w:p>
    <w:p>
      <w:pPr>
        <w:bidi/>
        <w:spacing w:before="0" w:after="40"/>
        <w:jc w:val="both"/>
      </w:pPr>
      <w:r>
        <w:rPr>
          <w:rtl/>
        </w:rPr>
        <w:t>ד. לְמַלְבֵּן יֵשׁ 3 צְלָעוֹת. – לא נכון – למלבן 4 צלעות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מַיְּנוּ: צוּרָה עִם קָדְקֳדִים אוֹ בְּלִי קָדְקֳדִים?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עִם קָדְקֳדִים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בְּלִי קָדְקֳדִים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מְשֻׁלָּשׁ, רִבּוּעַ, מַלְבֵּן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עִגּוּל, גַּלְגַּל, צַלַּחַת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בַּחֲרוּ אֶת הַתְּשׁוּבָה הַנְּכוֹנָה.</w:t>
      </w:r>
    </w:p>
    <w:p>
      <w:pPr>
        <w:bidi/>
        <w:spacing w:before="0" w:after="20"/>
        <w:jc w:val="both"/>
      </w:pPr>
      <w:r>
        <w:rPr>
          <w:rtl/>
        </w:rPr>
        <w:t>א. לְאֵיזוֹ צוּרָה 3 צְלָעוֹת?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מְשֻׁלָּשׁ</w:t>
      </w:r>
    </w:p>
    <w:p>
      <w:pPr>
        <w:bidi/>
        <w:spacing w:before="0" w:after="20"/>
        <w:jc w:val="both"/>
      </w:pPr>
      <w:r>
        <w:rPr>
          <w:rtl/>
        </w:rPr>
        <w:t>ב. אֵיזוֹ צוּרָה עֲגֻלָּה?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⚪</w:t>
      </w:r>
    </w:p>
    <w:p>
      <w:pPr>
        <w:bidi/>
        <w:spacing w:before="0" w:after="20"/>
        <w:jc w:val="both"/>
      </w:pPr>
      <w:r>
        <w:rPr>
          <w:rtl/>
        </w:rPr>
        <w:t>ג. כַּמָּה קָדְקֳדִים לְמַלְבֵּן?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4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צַיְּרוּ בַּמַּשְׁבְּצוֹת מְשֻׁלָּשׁ וְרִבּוּעַ. צַבְּעוּ אֶת הַקָּדְקֳדִים בְּאָדֹם.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משולש עם 3 קדקודים אדומים, ריבוע עם 4 קדקודים אדומים.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[אתגר] חַשְּׁבוּ צְלָעוֹת.</w:t>
      </w:r>
    </w:p>
    <w:p>
      <w:pPr>
        <w:bidi/>
        <w:spacing w:before="0" w:after="40"/>
        <w:jc w:val="both"/>
      </w:pPr>
      <w:r>
        <w:rPr>
          <w:rtl/>
        </w:rPr>
        <w:t>א. 2 מְשֻׁלָּשִׁים: ‪3 + 3 = 6‬</w:t>
      </w:r>
    </w:p>
    <w:p>
      <w:pPr>
        <w:bidi/>
        <w:spacing w:before="0" w:after="40"/>
        <w:jc w:val="both"/>
      </w:pPr>
      <w:r>
        <w:rPr>
          <w:rtl/>
        </w:rPr>
        <w:t>ב. 2 רִבּוּעִים: ‪4 + 4 = 8‬</w:t>
      </w:r>
    </w:p>
    <w:p>
      <w:pPr>
        <w:bidi/>
        <w:spacing w:before="0" w:after="40"/>
        <w:jc w:val="both"/>
      </w:pPr>
      <w:r>
        <w:rPr>
          <w:rtl/>
        </w:rPr>
        <w:t>ג. מְשֻׁלָּשׁ וְרִבּוּעַ: ‪3 + 4 = 7‬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אֶתְגָּר: צַיְּרוּ קַו אֶחָד יָשָׁר שֶׁחוֹתֵךְ רִבּוּעַ לִשְׁנֵי מְשֻׁלָּשִׁים.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קו מקדקוד לקדקוד שמולו (אלכסון).</w:t>
      </w:r>
    </w:p>
    <w:p>
      <w:pPr>
        <w:bidi/>
        <w:spacing w:before="240" w:after="40"/>
        <w:jc w:val="both"/>
      </w:pPr>
      <w:r>
        <w:rPr>
          <w:rFonts w:ascii="Gisha" w:hAnsi="Gisha" w:cs="Gisha"/>
          <w:b/>
          <w:bCs/>
          <w:color w:val="6D28D9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עַל הַלּוּחַ צִיֵּר הַמּוֹרֶה 3 עִגּוּלִים וְ-4 מְשֻׁלָּשִׁים. כַּמָּה צוּרוֹת צִיֵּר?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+ 4 = 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המורה צייר 7 צורות.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לְיוֹאָב 5 מַדְבֵּקוֹת שֶׁל כּוֹכָבִים וְ-2 מַדְבֵּקוֹת שֶׁל רִבּוּעִים. כַּמָּה מַדְבֵּקוֹת יֵשׁ לוֹ?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 + 2 = 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ליואב יש 7 מדבקות.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אִיתַי בָּנָה 2 מְשֻׁלָּשִׁים מִמַּקְלוֹת. כַּמָּה מַקְלוֹת הִשְׁתַּמֵּשׁ? (לְכָל צֵלָע מַקֵּל אֶחָד)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לכל משולש 3 צלעות. ; ‪3 + 3 = 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איתי השתמש ב-6 מקלות.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בַּקֻּפְסָה 9 צוּרוֹת. 4 מֵהֶן עִגּוּלִים, וְהַשְּׁאָר רִבּוּעִים. כַּמָּה רִבּוּעִים בַּקֻּפְסָה?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‪9 − 4 = 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בקופסה 5 ריבועים.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נוֹעַם בָּנָה רִבּוּעַ אֶחָד וּמְשֻׁלָּשׁ אֶחָד מִמַּקְלוֹת. כַּמָּה מַקְלוֹת הִשְׁתַּמֵּשׁ?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לריבוע 4 צלעות, למשולש 3 צלעות. ; ‪4 + 3 = 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נועם השתמש ב-7 מקלות.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לְדָוִד הָיוּ 10 מַקְלוֹת. הוּא בָּנָה 2 מְשֻׁלָּשִׁים. כַּמָּה מַקְלוֹת נִשְׁאֲרוּ לוֹ?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2 משולשים: ‪3 + 3 = 6‬ ; ‪10 − 6 = 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לדוד נשארו 4 מקלות.</w:t>
      </w: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18. גִּזְרוּ אֶת כַּרְטִיסֵי הַצּוּרוֹת, וְהַדְבִּיקוּ כָּל צוּרָה בָּעַמּוּדָה הַמַּתְאִימָה.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מְשֻׁלָּשׁ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רִבּוּעַ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עִגּוּל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🔺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🟥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🔵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🔻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🟦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🟠</w:t>
            </w:r>
          </w:p>
        </w:tc>
      </w:tr>
      <w:tr>
        <w:trPr>
          <w:trHeight w:val="1360" w:hRule="exact"/>
        </w:trPr>
        <w:tc>
          <w:tcPr>
            <w:tcW w:type="dxa" w:w="3288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🟩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19. מִתְחוּ קַו מִכָּל צוּרָה אֶל מִסְפַּר הַצְּלָעוֹת שֶׁלָּהּ.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1. מְשֻׁלָּשׁ  ←  א. 3 צְלָעוֹת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2. רִבּוּעַ  ←  ב. 4 צְלָעוֹת שָׁווֹת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3. עִגּוּל  ←  ג. אֵין צְלָעוֹת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