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  <w:jc w:val="both"/>
      </w:pPr>
    </w:p>
    <w:p>
      <w:pPr>
        <w:bidi/>
        <w:spacing w:before="0" w:after="80"/>
        <w:jc w:val="both"/>
      </w:pPr>
    </w:p>
    <w:p>
      <w:pPr>
        <w:bidi/>
        <w:spacing w:before="0" w:after="80"/>
        <w:jc w:val="both"/>
      </w:pP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600000" cy="27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240" w:after="80"/>
        <w:jc w:val="center"/>
      </w:pPr>
      <w:r>
        <w:rPr>
          <w:rFonts w:ascii="Arial" w:hAnsi="Arial" w:cs="Arial"/>
          <w:color w:val="0369A1"/>
          <w:sz w:val="36"/>
          <w:szCs w:val="36"/>
          <w:rtl/>
        </w:rPr>
        <w:t>חוֹבֶרֶת עֲבוֹדָה</w:t>
      </w:r>
    </w:p>
    <w:p>
      <w:pPr>
        <w:bidi/>
        <w:spacing w:before="0" w:after="80"/>
        <w:jc w:val="center"/>
      </w:pPr>
      <w:r>
        <w:rPr>
          <w:rFonts w:ascii="Tahoma" w:hAnsi="Tahoma" w:cs="Tahoma"/>
          <w:b/>
          <w:bCs/>
          <w:color w:val="0369A1"/>
          <w:sz w:val="88"/>
          <w:szCs w:val="88"/>
          <w:rtl/>
        </w:rPr>
        <w:t>מָתֵמָטִיקָה</w:t>
      </w:r>
    </w:p>
    <w:p>
      <w:pPr>
        <w:bidi/>
        <w:spacing w:before="0" w:after="80"/>
        <w:jc w:val="center"/>
      </w:pPr>
      <w:r>
        <w:rPr>
          <w:sz w:val="44"/>
          <w:szCs w:val="44"/>
          <w:rtl/>
        </w:rPr>
        <w:t>מִסְפָּרִים, חִבּוּר וְחִסּוּר · כִּתָּה א'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369A1"/>
          <w:sz w:val="48"/>
          <w:szCs w:val="48"/>
          <w:rtl/>
        </w:rPr>
        <w:t>תוכן העניינים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978"/>
      </w:tblGrid>
      <w:tr>
        <w:tc>
          <w:tcPr>
            <w:tcW w:type="dxa" w:w="9978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מבוא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1: המספרים עד 10: ספירה, כתיבה, השוואה וסדר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2: חיבור וחיסור עד 10 (כולל 0) והקשר ביניהם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3: המספרים עד 20: עשרת ויחידות, ישר המספרים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4: חיבור וחיסור עד 20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5: המספרים עד 100: עשרות שלמות וספירה בקפיצות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6: מדידות: אורך, ימי השבוע, שעון ומטבעות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פרק 7: צורות: משולש, ריבוע, מלבן ועיגול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חזרה – מה למדנו?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דפי גזירה</w:t>
            </w:r>
          </w:p>
        </w:tc>
      </w:tr>
      <w:tr>
        <w:tc>
          <w:tcPr>
            <w:tcW w:type="dxa" w:w="9978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תשובות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369A1"/>
          <w:sz w:val="48"/>
          <w:szCs w:val="48"/>
          <w:rtl/>
        </w:rPr>
        <w:t>מבוא</w:t>
      </w:r>
    </w:p>
    <w:p>
      <w:pPr>
        <w:bidi/>
        <w:spacing w:before="0" w:after="120"/>
        <w:jc w:val="both"/>
      </w:pPr>
      <w:r>
        <w:rPr>
          <w:rtl/>
        </w:rPr>
        <w:t>שָׁלוֹם לְתַלְמִידוֹת וּלְתַלְמִידֵי כִּתָּה א'!</w:t>
      </w:r>
    </w:p>
    <w:p>
      <w:pPr>
        <w:bidi/>
        <w:spacing w:before="0" w:after="120"/>
        <w:jc w:val="both"/>
      </w:pPr>
      <w:r>
        <w:rPr>
          <w:rtl/>
        </w:rPr>
        <w:t>הַשָּׁנָה נִסְפֹּר עַד 20 וְעַד 100, נְחַבֵּר וּנְחַסֵּר, נִמְדֹּד, נַכִּיר אֶת הַשָּׁעוֹן וְאֶת הַמַּטְבְּעוֹת, וְנִלְמַד עַל צוּרוֹת.</w:t>
      </w:r>
    </w:p>
    <w:p>
      <w:pPr>
        <w:bidi/>
        <w:spacing w:before="0" w:after="120"/>
        <w:jc w:val="both"/>
      </w:pPr>
      <w:r>
        <w:rPr>
          <w:rtl/>
        </w:rPr>
        <w:t>בְּכָל פֶּרֶק יֵשׁ הֶסְבֵּר קָצָר, דֻּגְמָה פְּתוּרָה, הַרְבֵּה תַּרְגִּילִים וּבְעָיוֹת מִלּוּלִיּוֹת עִם צִיּוּרִים. פִּתְרוּ, כִּתְבוּ וּבִדְקוּ אֶת עַצְמְכֶם. בְּהַצְלָחָה!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פרק 1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369A1"/>
          <w:sz w:val="44"/>
          <w:szCs w:val="44"/>
          <w:rtl/>
        </w:rPr>
        <w:t>פרק 1: המספרים עד 10: ספירה, כתיבה, השוואה וסדר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1_t0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סוֹפְרִים</w:t>
      </w:r>
    </w:p>
    <w:p>
      <w:pPr>
        <w:bidi/>
        <w:spacing w:before="0" w:after="40"/>
        <w:jc w:val="both"/>
      </w:pPr>
      <w:r>
        <w:rPr>
          <w:rtl/>
        </w:rPr>
        <w:t>סוֹפְרִים כָּל חֵפֶץ פַּעַם אַחַת. הַמִּסְפָּר הָאַחֲרוֹן הוּא הַתְּשׁוּבָה.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דֻּגְמָה: 🐢🐢🐢🐢 = 4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יְשַׁר הַמִּסְפָּרִים</w:t>
      </w:r>
    </w:p>
    <w:p>
      <w:pPr>
        <w:bidi/>
        <w:spacing w:before="0" w:after="40"/>
        <w:jc w:val="both"/>
      </w:pPr>
      <w:r>
        <w:rPr>
          <w:rtl/>
        </w:rPr>
        <w:t>כָּל מִסְפָּר גָּדוֹל בְּ-1 מִן הַמִּסְפָּר שֶׁלְּפָנָיו.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0, 1, 2, 3, 4, 5, 6, 7, 8, 9, 10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מַשְׁוִים</w:t>
      </w:r>
    </w:p>
    <w:p>
      <w:pPr>
        <w:bidi/>
        <w:spacing w:before="0" w:after="40"/>
        <w:jc w:val="both"/>
      </w:pPr>
      <w:r>
        <w:rPr>
          <w:rtl/>
        </w:rPr>
        <w:t>הַצַּד הַפָּתוּחַ שֶׁל הַסִּימָן פּוֹנֶה אֶל הַמִּסְפָּר הַגָּדוֹל.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גָּדוֹל מִ-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קָטָן מִ-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שָׁוֶה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&gt;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 &lt; 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 = 5‬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סוֹפְרִים כָּל חֵפֶץ פַּעַם אַחַת וּמַצְבִּיעִים עָלָיו.</w:t>
      </w:r>
    </w:p>
    <w:p>
      <w:pPr>
        <w:bidi/>
        <w:spacing w:before="0" w:after="20"/>
        <w:jc w:val="both"/>
      </w:pPr>
      <w:r>
        <w:rPr>
          <w:rtl/>
        </w:rPr>
        <w:t>2. שָׁלָב 2: הַמִּסְפָּר הָאַחֲרוֹן שֶׁאָמַרְנוּ הוּא הַתְּשׁוּבָה.</w:t>
      </w:r>
    </w:p>
    <w:p>
      <w:pPr>
        <w:bidi/>
        <w:spacing w:before="0" w:after="20"/>
        <w:jc w:val="both"/>
      </w:pPr>
      <w:r>
        <w:rPr>
          <w:rtl/>
        </w:rPr>
        <w:t>3. שָׁלָב 3: כְּדֵי לְהַשְׁווֹת, בּוֹדְקִים מִי בָּא אַחֲרֵי מִי עַל יְשַׁר הַמִּסְפָּרִים. מִי שֶׁבָּא אַחֲרֵי – גָּדוֹל יוֹתֵר.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אֵיזֶה מִסְפָּר בָּא בֵּין 7 לְ-9?</w:t>
      </w:r>
    </w:p>
    <w:p>
      <w:pPr>
        <w:bidi/>
        <w:spacing w:before="0" w:after="20"/>
        <w:jc w:val="both"/>
      </w:pPr>
      <w:r>
        <w:rPr>
          <w:rtl/>
        </w:rPr>
        <w:t>1. סוֹפְרִים: 7, 8, 9.</w:t>
      </w:r>
    </w:p>
    <w:p>
      <w:pPr>
        <w:bidi/>
        <w:spacing w:before="0" w:after="20"/>
        <w:jc w:val="both"/>
      </w:pPr>
      <w:r>
        <w:rPr>
          <w:rtl/>
        </w:rPr>
        <w:t>2. הַמִּסְפָּר בָּאֶמְצַע הוּא 8.</w:t>
      </w:r>
    </w:p>
    <w:p>
      <w:pPr>
        <w:bidi/>
        <w:spacing w:before="0" w:after="20"/>
        <w:jc w:val="both"/>
      </w:pPr>
      <w:r>
        <w:rPr>
          <w:rtl/>
        </w:rPr>
        <w:t>3. ‪7 &lt; 8 &lt; 9‬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8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סִפְרוּ וְכִתְבוּ כַּמָּה.</w:t>
      </w:r>
    </w:p>
    <w:p>
      <w:pPr>
        <w:bidi/>
        <w:spacing w:before="0" w:after="60"/>
        <w:jc w:val="both"/>
      </w:pPr>
      <w:r>
        <w:rPr>
          <w:rtl/>
        </w:rPr>
        <w:t>א. 🐢🐢🐢🐢🐢 = __________</w:t>
      </w:r>
    </w:p>
    <w:p>
      <w:pPr>
        <w:bidi/>
        <w:spacing w:before="0" w:after="60"/>
        <w:jc w:val="both"/>
      </w:pPr>
      <w:r>
        <w:rPr>
          <w:rtl/>
        </w:rPr>
        <w:t>ב. 🍌🍌🍌🍌🍌🍌🍌🍌🍌 = __________</w:t>
      </w:r>
    </w:p>
    <w:p>
      <w:pPr>
        <w:bidi/>
        <w:spacing w:before="0" w:after="60"/>
        <w:jc w:val="both"/>
      </w:pPr>
      <w:r>
        <w:rPr>
          <w:rtl/>
        </w:rPr>
        <w:t>ג. 🐝🐝🐝🐝 = __________</w:t>
      </w:r>
    </w:p>
    <w:p>
      <w:pPr>
        <w:bidi/>
        <w:spacing w:before="0" w:after="60"/>
        <w:jc w:val="both"/>
      </w:pPr>
      <w:r>
        <w:rPr>
          <w:rtl/>
        </w:rPr>
        <w:t>ד. 🎁 = __________</w:t>
      </w:r>
    </w:p>
    <w:p>
      <w:pPr>
        <w:bidi/>
        <w:spacing w:before="0" w:after="60"/>
        <w:jc w:val="both"/>
      </w:pPr>
      <w:r>
        <w:rPr>
          <w:rtl/>
        </w:rPr>
        <w:t>ה. 🍐🍐🍐🍐🍐🍐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כִּתְבוּ אֶת הַמִּסְפָּר שֶׁבָּא לִפְנֵי.</w:t>
      </w:r>
    </w:p>
    <w:p>
      <w:pPr>
        <w:bidi/>
        <w:spacing w:before="0" w:after="60"/>
        <w:jc w:val="both"/>
      </w:pPr>
      <w:r>
        <w:rPr>
          <w:rtl/>
        </w:rPr>
        <w:t>א. __________, 5</w:t>
      </w:r>
    </w:p>
    <w:p>
      <w:pPr>
        <w:bidi/>
        <w:spacing w:before="0" w:after="60"/>
        <w:jc w:val="both"/>
      </w:pPr>
      <w:r>
        <w:rPr>
          <w:rtl/>
        </w:rPr>
        <w:t>ב. __________, 9</w:t>
      </w:r>
    </w:p>
    <w:p>
      <w:pPr>
        <w:bidi/>
        <w:spacing w:before="0" w:after="60"/>
        <w:jc w:val="both"/>
      </w:pPr>
      <w:r>
        <w:rPr>
          <w:rtl/>
        </w:rPr>
        <w:t>ג. __________, 1</w:t>
      </w:r>
    </w:p>
    <w:p>
      <w:pPr>
        <w:bidi/>
        <w:spacing w:before="0" w:after="60"/>
        <w:jc w:val="both"/>
      </w:pPr>
      <w:r>
        <w:rPr>
          <w:rtl/>
        </w:rPr>
        <w:t>ד. __________, 3</w:t>
      </w:r>
    </w:p>
    <w:p>
      <w:pPr>
        <w:bidi/>
        <w:spacing w:before="0" w:after="60"/>
        <w:jc w:val="both"/>
      </w:pPr>
      <w:r>
        <w:rPr>
          <w:rtl/>
        </w:rPr>
        <w:t>ה. __________, 10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סִפְרוּ אֲחוֹרָה וְהַשְׁלִימוּ.</w:t>
      </w:r>
    </w:p>
    <w:p>
      <w:pPr>
        <w:bidi/>
        <w:spacing w:before="0" w:after="60"/>
        <w:jc w:val="both"/>
      </w:pPr>
      <w:r>
        <w:rPr>
          <w:rtl/>
        </w:rPr>
        <w:t>א. 10, 9, __________, 7</w:t>
      </w:r>
    </w:p>
    <w:p>
      <w:pPr>
        <w:bidi/>
        <w:spacing w:before="0" w:after="60"/>
        <w:jc w:val="both"/>
      </w:pPr>
      <w:r>
        <w:rPr>
          <w:rtl/>
        </w:rPr>
        <w:t>ב. 6, 5, 4, __________</w:t>
      </w:r>
    </w:p>
    <w:p>
      <w:pPr>
        <w:bidi/>
        <w:spacing w:before="0" w:after="60"/>
        <w:jc w:val="both"/>
      </w:pPr>
      <w:r>
        <w:rPr>
          <w:rtl/>
        </w:rPr>
        <w:t>ג. __________, 2, 1, 0</w:t>
      </w:r>
    </w:p>
    <w:p>
      <w:pPr>
        <w:bidi/>
        <w:spacing w:before="0" w:after="60"/>
        <w:jc w:val="both"/>
      </w:pPr>
      <w:r>
        <w:rPr>
          <w:rtl/>
        </w:rPr>
        <w:t>ד. 9, __________, 7, 6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הַשְׁווּ. כִּתְבוּ &gt; אוֹ &lt; אוֹ =.</w:t>
      </w:r>
    </w:p>
    <w:p>
      <w:pPr>
        <w:bidi/>
        <w:spacing w:before="0" w:after="60"/>
        <w:jc w:val="both"/>
      </w:pPr>
      <w:r>
        <w:rPr>
          <w:rtl/>
        </w:rPr>
        <w:t>א. ‪4 __________ 9‬</w:t>
      </w:r>
    </w:p>
    <w:p>
      <w:pPr>
        <w:bidi/>
        <w:spacing w:before="0" w:after="60"/>
        <w:jc w:val="both"/>
      </w:pPr>
      <w:r>
        <w:rPr>
          <w:rtl/>
        </w:rPr>
        <w:t>ב. ‪10 __________ 7‬</w:t>
      </w:r>
    </w:p>
    <w:p>
      <w:pPr>
        <w:bidi/>
        <w:spacing w:before="0" w:after="60"/>
        <w:jc w:val="both"/>
      </w:pPr>
      <w:r>
        <w:rPr>
          <w:rtl/>
        </w:rPr>
        <w:t>ג. ‪6 __________ 6‬</w:t>
      </w:r>
    </w:p>
    <w:p>
      <w:pPr>
        <w:bidi/>
        <w:spacing w:before="0" w:after="60"/>
        <w:jc w:val="both"/>
      </w:pPr>
      <w:r>
        <w:rPr>
          <w:rtl/>
        </w:rPr>
        <w:t>ד. ‪1 __________ 0‬</w:t>
      </w:r>
    </w:p>
    <w:p>
      <w:pPr>
        <w:bidi/>
        <w:spacing w:before="0" w:after="60"/>
        <w:jc w:val="both"/>
      </w:pPr>
      <w:r>
        <w:rPr>
          <w:rtl/>
        </w:rPr>
        <w:t>ה. ‪3 __________ 8‬</w:t>
      </w:r>
    </w:p>
    <w:p>
      <w:pPr>
        <w:bidi/>
        <w:spacing w:before="0" w:after="60"/>
        <w:jc w:val="both"/>
      </w:pPr>
      <w:r>
        <w:rPr>
          <w:rtl/>
        </w:rPr>
        <w:t>ו. ‪5 __________ 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אֶחָד יוֹתֵר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אֶחָד פָּחוֹת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הַתְאִימוּ אֶת הַמִּסְפָּר לַמִּלָּה.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שָׁלוֹשׁ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עֶשֶׂר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3. 8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שְׁמוֹנֶה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4. 10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אַחַת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חָמֵשׁ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‪9 &lt; 10‬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‪6 &lt; 4‬      נכון / לא נכון</w:t>
      </w:r>
    </w:p>
    <w:p>
      <w:pPr>
        <w:bidi/>
        <w:spacing w:before="0" w:after="60"/>
        <w:jc w:val="both"/>
      </w:pPr>
      <w:r>
        <w:rPr>
          <w:rtl/>
        </w:rPr>
        <w:t>ג. לִפְנֵי 3 בָּא 2.      נכון / לא נכון</w:t>
      </w:r>
    </w:p>
    <w:p>
      <w:pPr>
        <w:bidi/>
        <w:spacing w:before="0" w:after="60"/>
        <w:jc w:val="both"/>
      </w:pPr>
      <w:r>
        <w:rPr>
          <w:rtl/>
        </w:rPr>
        <w:t>ד. 🍇🍇🍇🍇🍇 = 4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[קל] מַיְּנוּ: בְּאֵיזוֹ קְבוּצָה 4 וּבְאֵיזוֹ 6?</w:t>
      </w:r>
    </w:p>
    <w:p>
      <w:pPr>
        <w:bidi/>
        <w:spacing w:before="0" w:after="80"/>
        <w:jc w:val="both"/>
      </w:pPr>
      <w:r>
        <w:rPr>
          <w:color w:val="0369A1"/>
          <w:sz w:val="24"/>
          <w:szCs w:val="24"/>
          <w:rtl/>
        </w:rPr>
        <w:t>המילים: 🍐🍐🍐🍐  |  🐝🐝🐝🐝🐝🐝  |  🚗🚗🚗🚗  |  ⭐⭐⭐⭐⭐⭐  |  🐢🐢🐢🐢  |  🎈🎈🎈🎈🎈🎈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אֵיזֶה מִסְפָּר גָּדוֹל מִ-8?</w:t>
      </w:r>
    </w:p>
    <w:p>
      <w:pPr>
        <w:bidi/>
        <w:spacing w:before="0" w:after="80"/>
        <w:jc w:val="both"/>
      </w:pPr>
      <w:r>
        <w:rPr>
          <w:rtl/>
        </w:rPr>
        <w:t xml:space="preserve">   ○ 9      ○ 7      ○ 5</w:t>
      </w:r>
    </w:p>
    <w:p>
      <w:pPr>
        <w:bidi/>
        <w:spacing w:before="0" w:after="20"/>
        <w:jc w:val="both"/>
      </w:pPr>
      <w:r>
        <w:rPr>
          <w:rtl/>
        </w:rPr>
        <w:t>ב. אֵיזֶה מִסְפָּר בָּא לִפְנֵי 1?</w:t>
      </w:r>
    </w:p>
    <w:p>
      <w:pPr>
        <w:bidi/>
        <w:spacing w:before="0" w:after="80"/>
        <w:jc w:val="both"/>
      </w:pPr>
      <w:r>
        <w:rPr>
          <w:rtl/>
        </w:rPr>
        <w:t xml:space="preserve">   ○ 2      ○ 0      ○ 10</w:t>
      </w:r>
    </w:p>
    <w:p>
      <w:pPr>
        <w:bidi/>
        <w:spacing w:before="0" w:after="20"/>
        <w:jc w:val="both"/>
      </w:pPr>
      <w:r>
        <w:rPr>
          <w:rtl/>
        </w:rPr>
        <w:t>ג. מָה נָכוֹן?</w:t>
      </w:r>
    </w:p>
    <w:p>
      <w:pPr>
        <w:bidi/>
        <w:spacing w:before="0" w:after="80"/>
        <w:jc w:val="both"/>
      </w:pPr>
      <w:r>
        <w:rPr>
          <w:rtl/>
        </w:rPr>
        <w:t xml:space="preserve">   ○ ‪4 &gt; 6‬      ○ ‪3 = 2‬      ○ ‪7 &gt; 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[קל] הַקִּיפוּ אֶת הַמִּסְפָּר הַגָּדוֹל בְּיוֹתֵר בְּכָל שׁוּרָה.</w:t>
      </w:r>
    </w:p>
    <w:p>
      <w:pPr>
        <w:bidi/>
        <w:spacing w:before="0" w:after="100"/>
        <w:jc w:val="both"/>
      </w:pPr>
      <w:r>
        <w:rPr>
          <w:rtl/>
        </w:rPr>
        <w:t>א. 3    8    5</w:t>
      </w:r>
    </w:p>
    <w:p>
      <w:pPr>
        <w:bidi/>
        <w:spacing w:before="0" w:after="100"/>
        <w:jc w:val="both"/>
      </w:pPr>
      <w:r>
        <w:rPr>
          <w:rtl/>
        </w:rPr>
        <w:t>ב. 6    2    4</w:t>
      </w:r>
    </w:p>
    <w:p>
      <w:pPr>
        <w:bidi/>
        <w:spacing w:before="0" w:after="100"/>
        <w:jc w:val="both"/>
      </w:pPr>
      <w:r>
        <w:rPr>
          <w:rtl/>
        </w:rPr>
        <w:t>ג. 0    9    7</w:t>
      </w:r>
    </w:p>
    <w:p>
      <w:pPr>
        <w:bidi/>
        <w:spacing w:before="0" w:after="100"/>
        <w:jc w:val="both"/>
      </w:pPr>
      <w:r>
        <w:rPr>
          <w:rtl/>
        </w:rPr>
        <w:t>ד. 10    1    6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כִּתְבוּ מִסְפָּר מַתְאִים.</w:t>
      </w:r>
    </w:p>
    <w:p>
      <w:pPr>
        <w:bidi/>
        <w:spacing w:before="0" w:after="60"/>
        <w:jc w:val="both"/>
      </w:pPr>
      <w:r>
        <w:rPr>
          <w:rtl/>
        </w:rPr>
        <w:t>א. ‪4 &lt; __________ &lt; 6‬</w:t>
      </w:r>
    </w:p>
    <w:p>
      <w:pPr>
        <w:bidi/>
        <w:spacing w:before="0" w:after="60"/>
        <w:jc w:val="both"/>
      </w:pPr>
      <w:r>
        <w:rPr>
          <w:rtl/>
        </w:rPr>
        <w:t>ב. ‪8 &lt; __________ &lt; 10‬</w:t>
      </w:r>
    </w:p>
    <w:p>
      <w:pPr>
        <w:bidi/>
        <w:spacing w:before="0" w:after="60"/>
        <w:jc w:val="both"/>
      </w:pPr>
      <w:r>
        <w:rPr>
          <w:rtl/>
        </w:rPr>
        <w:t>ג. ‪0 &lt; __________ &lt; 2‬</w:t>
      </w:r>
    </w:p>
    <w:p>
      <w:pPr>
        <w:bidi/>
        <w:spacing w:before="0" w:after="60"/>
        <w:jc w:val="both"/>
      </w:pPr>
      <w:r>
        <w:rPr>
          <w:rtl/>
        </w:rPr>
        <w:t>ד. ‪6 &lt; __________ &lt;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צַיְּרוּ 7 עִגּוּלִים. צַבְּעוּ 3 מֵהֶם בְּאָדֹם.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אֶתְגָּר: סַדְּרוּ מִן הַגָּדוֹל אֶל הַקָּטָן: 4, 10, 1, 8, 6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אֶתְגָּר: אֲנִי מִסְפָּר. אֲנִי גָּדוֹל מִ-6 וְקָטָן מִ-8. מִי אֲנִי?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369A1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בֶּחָצֵר מְטַיְּלִים אֶפְרוֹחִים. סִפְרוּ: כַּמָּה אֶפְרוֹחִים בֶּחָצֵר?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🐥🐥🐥🐥🐥🐥🐥🐥🐥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בַּסַּל יֵשׁ 4 בָּנָנוֹת וְ-6 אַגָּסִים. מִמָּה יֵשׁ פָּחוֹת? בְּכַמָּה?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🍌🍌🍌🍌 🍐🍐🍐🍐🍐🍐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לְנוֹעָה יֵשׁ 3 בָּלוֹנִים. לְמִיכַל יֵשׁ בָּלוֹן אֶחָד יוֹתֵר. כַּמָּה בָּלוֹנִים יֵשׁ לְמִיכַל?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🎈🎈🎈 ➕ 🎈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בַּקַּלְמָר שֶׁל אֲרִיאֵל יֵשׁ 10 עֶפְרוֹנוֹת. הוּא נָתַן עִפָּרוֹן אֶחָד לְחָבֵר. כַּמָּה עֶפְרוֹנוֹת נִשְׁאֲרוּ בַּקַּלְמָר?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✏️✏️✏️✏️✏️✏️✏️✏️✏️✏️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בַּסִּפְרִיָּה עוֹמְדִים סְפָרִים בְּשׁוּרָה. הַסֵּפֶר שֶׁל יוֹאָב עוֹמֵד בַּמָּקוֹם הַ-5. הַסֵּפֶר שֶׁל דָּנִיֵּאל עוֹמֵד מִיָּד לְפָנָיו. בְּאֵיזֶה מָקוֹם עוֹמֵד הַסֵּפֶר שֶׁל דָּנִיֵּאל?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לְאִיתַי יֵשׁ 5 קְלָפִים. לְאָחִיו אֵין קְלָפִים בִּכְלָל. כַּמָּה קְלָפִים יֵשׁ לִשְׁנֵיהֶם יַחַד?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21. סִפְרוּ. גִּזְרוּ אֶת כַּרְטִיסֵי הַמִּסְפָּרִים, וְהַדְבִּיקוּ לְיַד כָּל קְבוּצָה אֶת הַמִּסְפָּר שֶׁלָּהּ.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🍎🍎🍎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⭐⭐⭐⭐⭐⭐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🐟🐟🐟🐟🐟🐟🐟🐟🐟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🎈🎈🎈🎈🎈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⚽⚽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22. הַתְאִימוּ תְּמוּנָה לַמִּשְׁפָּט: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369A1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369A1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369A1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369A1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🐞🐞🐞🐞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🌸🌸🌸🌸🌸🌸🌸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🚗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🐥🐥🐥🐥🐥🐥🐥🐥🐥🐥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בָּרְחוֹב חוֹנָה מְכוֹנִית אַחַת.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עַל הֶעָלֶה יֵשׁ 4 פָּרוֹת מֹשֶׁה רַבֵּנוּ.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בַּגִּנָּה יֵשׁ 7 פְּרָחִים.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בֶּחָצֵר יֵשׁ 10 אֶפְרוֹחִים.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פרק 2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369A1"/>
          <w:sz w:val="44"/>
          <w:szCs w:val="44"/>
          <w:rtl/>
        </w:rPr>
        <w:t>פרק 2: חיבור וחיסור עד 10 (כולל 0) והקשר ביניהם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1_t0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חִבּוּר וְחִסּוּר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חִבּוּר +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חִסּוּר −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מוֹסִיפִים, מְקַבְּלִים יוֹתֵר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מוֹרִידִים, מְקַבְּלִים פָּחוֹת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+ 2 =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‪7 − 3 = 4‬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הַמִּסְפָּר 0</w:t>
      </w:r>
    </w:p>
    <w:p>
      <w:pPr>
        <w:bidi/>
        <w:spacing w:before="0" w:after="20"/>
        <w:jc w:val="both"/>
      </w:pPr>
      <w:r>
        <w:rPr>
          <w:rtl/>
        </w:rPr>
        <w:t>1. ‪6 + 0 = 6‬</w:t>
      </w:r>
    </w:p>
    <w:p>
      <w:pPr>
        <w:bidi/>
        <w:spacing w:before="0" w:after="20"/>
        <w:jc w:val="both"/>
      </w:pPr>
      <w:r>
        <w:rPr>
          <w:rtl/>
        </w:rPr>
        <w:t>2. ‪5 − 0 = 5‬</w:t>
      </w:r>
    </w:p>
    <w:p>
      <w:pPr>
        <w:bidi/>
        <w:spacing w:before="0" w:after="20"/>
        <w:jc w:val="both"/>
      </w:pPr>
      <w:r>
        <w:rPr>
          <w:rtl/>
        </w:rPr>
        <w:t>3. ‪4 − 4 = 0‬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מִשְׁפָּחָה שֶׁל תַּרְגִּילִים</w:t>
      </w:r>
    </w:p>
    <w:p>
      <w:pPr>
        <w:bidi/>
        <w:spacing w:before="0" w:after="40"/>
        <w:jc w:val="both"/>
      </w:pPr>
      <w:r>
        <w:rPr>
          <w:rtl/>
        </w:rPr>
        <w:t>אֶפְשָׁר לְחַבֵּר בְּכָל סֵדֶר. חִסּוּר בּוֹדְקִים בְּחִבּוּר.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דֻּגְמָה: ‪2 + 5 = 7 · 5 + 2 = 7 · 7 − 5 = 2 · 7 − 2 = 5‬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קוֹרְאִים אֶת הַתַּרְגִּיל וּבוֹדְקִים: + אוֹ −?</w:t>
      </w:r>
    </w:p>
    <w:p>
      <w:pPr>
        <w:bidi/>
        <w:spacing w:before="0" w:after="20"/>
        <w:jc w:val="both"/>
      </w:pPr>
      <w:r>
        <w:rPr>
          <w:rtl/>
        </w:rPr>
        <w:t>2. שָׁלָב 2: בְּחִבּוּר – מַתְחִילִים מִן הַמִּסְפָּר הַגָּדוֹל וְסוֹפְרִים קָדִימָה.</w:t>
      </w:r>
    </w:p>
    <w:p>
      <w:pPr>
        <w:bidi/>
        <w:spacing w:before="0" w:after="20"/>
        <w:jc w:val="both"/>
      </w:pPr>
      <w:r>
        <w:rPr>
          <w:rtl/>
        </w:rPr>
        <w:t>3. שָׁלָב 3: בְּחִסּוּר – מַתְחִילִים מִן הַמִּסְפָּר הָרִאשׁוֹן וְסוֹפְרִים אֲחוֹרָה.</w:t>
      </w:r>
    </w:p>
    <w:p>
      <w:pPr>
        <w:bidi/>
        <w:spacing w:before="0" w:after="20"/>
        <w:jc w:val="both"/>
      </w:pPr>
      <w:r>
        <w:rPr>
          <w:rtl/>
        </w:rPr>
        <w:t>4. שָׁלָב 4: בּוֹדְקִים בְּתַרְגִּיל הָפוּךְ: ‪7 − 3 = 4‬, כִּי ‪4 + 3 = 7‬.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‪8 − 3 = ___‬</w:t>
      </w:r>
    </w:p>
    <w:p>
      <w:pPr>
        <w:bidi/>
        <w:spacing w:before="0" w:after="20"/>
        <w:jc w:val="both"/>
      </w:pPr>
      <w:r>
        <w:rPr>
          <w:rtl/>
        </w:rPr>
        <w:t>1. מַתְחִילִים בְּ-8 וְסוֹפְרִים אֲחוֹרָה ‪3: 7‬, 6, 5.</w:t>
      </w:r>
    </w:p>
    <w:p>
      <w:pPr>
        <w:bidi/>
        <w:spacing w:before="0" w:after="20"/>
        <w:jc w:val="both"/>
      </w:pPr>
      <w:r>
        <w:rPr>
          <w:rtl/>
        </w:rPr>
        <w:t>2. ‪8 − 3 = 5‬</w:t>
      </w:r>
    </w:p>
    <w:p>
      <w:pPr>
        <w:bidi/>
        <w:spacing w:before="0" w:after="20"/>
        <w:jc w:val="both"/>
      </w:pPr>
      <w:r>
        <w:rPr>
          <w:rtl/>
        </w:rPr>
        <w:t>3. בּוֹדְקִים: ‪5 + 3 = 8‬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חַשְּׁבוּ.</w:t>
      </w:r>
    </w:p>
    <w:p>
      <w:pPr>
        <w:bidi/>
        <w:spacing w:before="0" w:after="60"/>
        <w:jc w:val="both"/>
      </w:pPr>
      <w:r>
        <w:rPr>
          <w:rtl/>
        </w:rPr>
        <w:t>א. ‪1 + 4 = __________‬</w:t>
      </w:r>
    </w:p>
    <w:p>
      <w:pPr>
        <w:bidi/>
        <w:spacing w:before="0" w:after="60"/>
        <w:jc w:val="both"/>
      </w:pPr>
      <w:r>
        <w:rPr>
          <w:rtl/>
        </w:rPr>
        <w:t>ב. ‪3 + 5 = __________‬</w:t>
      </w:r>
    </w:p>
    <w:p>
      <w:pPr>
        <w:bidi/>
        <w:spacing w:before="0" w:after="60"/>
        <w:jc w:val="both"/>
      </w:pPr>
      <w:r>
        <w:rPr>
          <w:rtl/>
        </w:rPr>
        <w:t>ג. ‪2 + 7 = __________‬</w:t>
      </w:r>
    </w:p>
    <w:p>
      <w:pPr>
        <w:bidi/>
        <w:spacing w:before="0" w:after="60"/>
        <w:jc w:val="both"/>
      </w:pPr>
      <w:r>
        <w:rPr>
          <w:rtl/>
        </w:rPr>
        <w:t>ד. ‪6 + 4 = __________‬</w:t>
      </w:r>
    </w:p>
    <w:p>
      <w:pPr>
        <w:bidi/>
        <w:spacing w:before="0" w:after="60"/>
        <w:jc w:val="both"/>
      </w:pPr>
      <w:r>
        <w:rPr>
          <w:rtl/>
        </w:rPr>
        <w:t>ה. ‪0 + 9 = __________‬</w:t>
      </w:r>
    </w:p>
    <w:p>
      <w:pPr>
        <w:bidi/>
        <w:spacing w:before="0" w:after="60"/>
        <w:jc w:val="both"/>
      </w:pPr>
      <w:r>
        <w:rPr>
          <w:rtl/>
        </w:rPr>
        <w:t>ו. ‪2 + 2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חַשְּׁבוּ.</w:t>
      </w:r>
    </w:p>
    <w:p>
      <w:pPr>
        <w:bidi/>
        <w:spacing w:before="0" w:after="60"/>
        <w:jc w:val="both"/>
      </w:pPr>
      <w:r>
        <w:rPr>
          <w:rtl/>
        </w:rPr>
        <w:t>א. ‪6 − 3 = __________‬</w:t>
      </w:r>
    </w:p>
    <w:p>
      <w:pPr>
        <w:bidi/>
        <w:spacing w:before="0" w:after="60"/>
        <w:jc w:val="both"/>
      </w:pPr>
      <w:r>
        <w:rPr>
          <w:rtl/>
        </w:rPr>
        <w:t>ב. ‪10 − 8 = __________‬</w:t>
      </w:r>
    </w:p>
    <w:p>
      <w:pPr>
        <w:bidi/>
        <w:spacing w:before="0" w:after="60"/>
        <w:jc w:val="both"/>
      </w:pPr>
      <w:r>
        <w:rPr>
          <w:rtl/>
        </w:rPr>
        <w:t>ג. ‪4 − 0 = __________‬</w:t>
      </w:r>
    </w:p>
    <w:p>
      <w:pPr>
        <w:bidi/>
        <w:spacing w:before="0" w:after="60"/>
        <w:jc w:val="both"/>
      </w:pPr>
      <w:r>
        <w:rPr>
          <w:rtl/>
        </w:rPr>
        <w:t>ד. ‪9 − 5 = __________‬</w:t>
      </w:r>
    </w:p>
    <w:p>
      <w:pPr>
        <w:bidi/>
        <w:spacing w:before="0" w:after="60"/>
        <w:jc w:val="both"/>
      </w:pPr>
      <w:r>
        <w:rPr>
          <w:rtl/>
        </w:rPr>
        <w:t>ה. ‪5 − 5 = __________‬</w:t>
      </w:r>
    </w:p>
    <w:p>
      <w:pPr>
        <w:bidi/>
        <w:spacing w:before="0" w:after="60"/>
        <w:jc w:val="both"/>
      </w:pPr>
      <w:r>
        <w:rPr>
          <w:rtl/>
        </w:rPr>
        <w:t>ו. ‪7 − 1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כִּתְבוּ תַּרְגִּיל לְפִי הַצִּיּוּר וּפִתְרוּ.</w:t>
      </w:r>
    </w:p>
    <w:p>
      <w:pPr>
        <w:bidi/>
        <w:spacing w:before="0" w:after="60"/>
        <w:jc w:val="both"/>
      </w:pPr>
      <w:r>
        <w:rPr>
          <w:rtl/>
        </w:rPr>
        <w:t>א. 🍐🍐🍐 ➕ 🍐🍐🍐🍐🍐 → ‪3 + 5 = __________‬</w:t>
      </w:r>
    </w:p>
    <w:p>
      <w:pPr>
        <w:bidi/>
        <w:spacing w:before="0" w:after="60"/>
        <w:jc w:val="both"/>
      </w:pPr>
      <w:r>
        <w:rPr>
          <w:rtl/>
        </w:rPr>
        <w:t>ב. 🚗🚗🚗🚗🚗🚗 ➖ 🚗🚗🚗🚗 → ‪6 − 4 = __________‬</w:t>
      </w:r>
    </w:p>
    <w:p>
      <w:pPr>
        <w:bidi/>
        <w:spacing w:before="0" w:after="60"/>
        <w:jc w:val="both"/>
      </w:pPr>
      <w:r>
        <w:rPr>
          <w:rtl/>
        </w:rPr>
        <w:t>ג. 🐝🐝 ➕ 🐝🐝🐝🐝🐝🐝🐝 → ‪2 + 7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הַשְׁלִימוּ אֶת הַמִּסְפָּר הֶחָסֵר.</w:t>
      </w:r>
    </w:p>
    <w:p>
      <w:pPr>
        <w:bidi/>
        <w:spacing w:before="0" w:after="60"/>
        <w:jc w:val="both"/>
      </w:pPr>
      <w:r>
        <w:rPr>
          <w:rtl/>
        </w:rPr>
        <w:t>א. ‪5 + __________ = 8‬</w:t>
      </w:r>
    </w:p>
    <w:p>
      <w:pPr>
        <w:bidi/>
        <w:spacing w:before="0" w:after="60"/>
        <w:jc w:val="both"/>
      </w:pPr>
      <w:r>
        <w:rPr>
          <w:rtl/>
        </w:rPr>
        <w:t>ב. ‪__________ + 2 = 6‬</w:t>
      </w:r>
    </w:p>
    <w:p>
      <w:pPr>
        <w:bidi/>
        <w:spacing w:before="0" w:after="60"/>
        <w:jc w:val="both"/>
      </w:pPr>
      <w:r>
        <w:rPr>
          <w:rtl/>
        </w:rPr>
        <w:t>ג. ‪9 − __________ = 9‬</w:t>
      </w:r>
    </w:p>
    <w:p>
      <w:pPr>
        <w:bidi/>
        <w:spacing w:before="0" w:after="60"/>
        <w:jc w:val="both"/>
      </w:pPr>
      <w:r>
        <w:rPr>
          <w:rtl/>
        </w:rPr>
        <w:t>ד. ‪7 − __________ = 3‬</w:t>
      </w:r>
    </w:p>
    <w:p>
      <w:pPr>
        <w:bidi/>
        <w:spacing w:before="0" w:after="60"/>
        <w:jc w:val="both"/>
      </w:pPr>
      <w:r>
        <w:rPr>
          <w:rtl/>
        </w:rPr>
        <w:t>ה. ‪__________ − 4 = 5‬</w:t>
      </w:r>
    </w:p>
    <w:p>
      <w:pPr>
        <w:bidi/>
        <w:spacing w:before="0" w:after="60"/>
        <w:jc w:val="both"/>
      </w:pPr>
      <w:r>
        <w:rPr>
          <w:rtl/>
        </w:rPr>
        <w:t>ו. ‪2 + __________ = 10‬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הַשְׁווּ. כִּתְבוּ &gt; אוֹ &lt; אוֹ =.</w:t>
      </w:r>
    </w:p>
    <w:p>
      <w:pPr>
        <w:bidi/>
        <w:spacing w:before="0" w:after="60"/>
        <w:jc w:val="both"/>
      </w:pPr>
      <w:r>
        <w:rPr>
          <w:rtl/>
        </w:rPr>
        <w:t>א. ‪3 + 4 __________ 6‬</w:t>
      </w:r>
    </w:p>
    <w:p>
      <w:pPr>
        <w:bidi/>
        <w:spacing w:before="0" w:after="60"/>
        <w:jc w:val="both"/>
      </w:pPr>
      <w:r>
        <w:rPr>
          <w:rtl/>
        </w:rPr>
        <w:t>ב. ‪9 − 5 __________ 5‬</w:t>
      </w:r>
    </w:p>
    <w:p>
      <w:pPr>
        <w:bidi/>
        <w:spacing w:before="0" w:after="60"/>
        <w:jc w:val="both"/>
      </w:pPr>
      <w:r>
        <w:rPr>
          <w:rtl/>
        </w:rPr>
        <w:t>ג. ‪2 + 3 __________ 4 + 1‬</w:t>
      </w:r>
    </w:p>
    <w:p>
      <w:pPr>
        <w:bidi/>
        <w:spacing w:before="0" w:after="60"/>
        <w:jc w:val="both"/>
      </w:pPr>
      <w:r>
        <w:rPr>
          <w:rtl/>
        </w:rPr>
        <w:t>ד. ‪10 − 2 __________ 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הַשְׁלִימוּ אֶת טַבְלַת הַחִסּוּר.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−</w:t>
            </w:r>
          </w:p>
        </w:tc>
        <w:tc>
          <w:tcPr>
            <w:tcW w:type="dxa" w:w="2494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</w:t>
            </w:r>
          </w:p>
        </w:tc>
        <w:tc>
          <w:tcPr>
            <w:tcW w:type="dxa" w:w="2494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</w:t>
            </w:r>
          </w:p>
        </w:tc>
        <w:tc>
          <w:tcPr>
            <w:tcW w:type="dxa" w:w="2494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[קל] הַתְאִימוּ כָּל תַּרְגִּיל לַתּוֹצָאָה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‪5 + 4‬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‪8 − 6‬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‪3 + 1‬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‪10 − 0‬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‪6 − 0‬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‪2 + 7 = 7 + 2‬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‪5 + 0 = 0‬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‪10 − 4 = 6‬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‪9 − 3 = 5‬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מַיְּנוּ: אֵילוּ תַּרְגִּילִים שָׁוִים לְ-6 וְאֵילוּ לְ-9?</w:t>
      </w:r>
    </w:p>
    <w:p>
      <w:pPr>
        <w:bidi/>
        <w:spacing w:before="0" w:after="80"/>
        <w:jc w:val="both"/>
      </w:pPr>
      <w:r>
        <w:rPr>
          <w:color w:val="0369A1"/>
          <w:sz w:val="24"/>
          <w:szCs w:val="24"/>
          <w:rtl/>
        </w:rPr>
        <w:t>המילים: ‪3 + 3‬  |  ‪10 − 1‬  |  ‪5 + 4‬  |  ‪8 − 2‬  |  ‪6 + 0‬  |  ‪9 − 0‬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6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בַּחֲרוּ אֶת הַתַּרְגִּיל הַמַּתְאִים.</w:t>
      </w:r>
    </w:p>
    <w:p>
      <w:pPr>
        <w:bidi/>
        <w:spacing w:before="0" w:after="20"/>
        <w:jc w:val="both"/>
      </w:pPr>
      <w:r>
        <w:rPr>
          <w:rtl/>
        </w:rPr>
        <w:t>א. 🍎🍎🍎🍎🍎 ➖ 🍎🍎</w:t>
      </w:r>
    </w:p>
    <w:p>
      <w:pPr>
        <w:bidi/>
        <w:spacing w:before="0" w:after="80"/>
        <w:jc w:val="both"/>
      </w:pPr>
      <w:r>
        <w:rPr>
          <w:rtl/>
        </w:rPr>
        <w:t xml:space="preserve">   ○ ‪5 + 2‬      ○ ‪5 − 2‬      ○ ‪2 − 5‬</w:t>
      </w:r>
    </w:p>
    <w:p>
      <w:pPr>
        <w:bidi/>
        <w:spacing w:before="0" w:after="20"/>
        <w:jc w:val="both"/>
      </w:pPr>
      <w:r>
        <w:rPr>
          <w:rtl/>
        </w:rPr>
        <w:t>ב. 🐟🐟 ➕ 🐟🐟🐟🐟</w:t>
      </w:r>
    </w:p>
    <w:p>
      <w:pPr>
        <w:bidi/>
        <w:spacing w:before="0" w:after="80"/>
        <w:jc w:val="both"/>
      </w:pPr>
      <w:r>
        <w:rPr>
          <w:rtl/>
        </w:rPr>
        <w:t xml:space="preserve">   ○ ‪4 − 2‬      ○ ‪6 − 2‬      ○ ‪2 + 4‬</w:t>
      </w:r>
    </w:p>
    <w:p>
      <w:pPr>
        <w:bidi/>
        <w:spacing w:before="0" w:after="20"/>
        <w:jc w:val="both"/>
      </w:pPr>
      <w:r>
        <w:rPr>
          <w:rtl/>
        </w:rPr>
        <w:t>ג. הַתְּשׁוּבָה הִיא 0:</w:t>
      </w:r>
    </w:p>
    <w:p>
      <w:pPr>
        <w:bidi/>
        <w:spacing w:before="0" w:after="80"/>
        <w:jc w:val="both"/>
      </w:pPr>
      <w:r>
        <w:rPr>
          <w:rtl/>
        </w:rPr>
        <w:t xml:space="preserve">   ○ ‪7 − 7‬      ○ ‪7 + 0‬      ○ ‪0 + 1‬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פִּתְרוּ תַּרְגִּיל אָרֹךְ.</w:t>
      </w:r>
    </w:p>
    <w:p>
      <w:pPr>
        <w:bidi/>
        <w:spacing w:before="0" w:after="60"/>
        <w:jc w:val="both"/>
      </w:pPr>
      <w:r>
        <w:rPr>
          <w:rtl/>
        </w:rPr>
        <w:t>א. ‪4 + 4 − 3 = __________‬</w:t>
      </w:r>
    </w:p>
    <w:p>
      <w:pPr>
        <w:bidi/>
        <w:spacing w:before="0" w:after="60"/>
        <w:jc w:val="both"/>
      </w:pPr>
      <w:r>
        <w:rPr>
          <w:rtl/>
        </w:rPr>
        <w:t>ב. ‪10 − 5 + 2 = __________‬</w:t>
      </w:r>
    </w:p>
    <w:p>
      <w:pPr>
        <w:bidi/>
        <w:spacing w:before="0" w:after="60"/>
        <w:jc w:val="both"/>
      </w:pPr>
      <w:r>
        <w:rPr>
          <w:rtl/>
        </w:rPr>
        <w:t>ג. ‪1 + 2 + 3 = __________‬</w:t>
      </w:r>
    </w:p>
    <w:p>
      <w:pPr>
        <w:bidi/>
        <w:spacing w:before="0" w:after="60"/>
        <w:jc w:val="both"/>
      </w:pPr>
      <w:r>
        <w:rPr>
          <w:rtl/>
        </w:rPr>
        <w:t>ד. ‪9 − 2 − 2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כִּתְבוּ מִשְׁפַּחַת תַּרְגִּילִים לַמִּסְפָּרִים 2, 8, 10.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צַיְּרוּ צִיּוּר לַתַּרְגִּיל ‪6 − 2‬. כִּתְבוּ אֶת הַתּוֹצָאָה.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אֶתְגָּר: הַשְׁלִימוּ אֶת אוֹתוֹ מִסְפָּר בִּשְׁנֵי הַמְּקוֹמוֹת: ‪___ + ___ = 8‬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369A1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בַּכִּתָּה יֵשׁ 5 כַּדּוּרִים גְּדוֹלִים וְ-2 כַּדּוּרִים קְטַנִּים. כַּמָּה כַּדּוּרִים יֵשׁ בַּכִּתָּה?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⚽⚽⚽⚽⚽ ➕ 🏐🏐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עַל הַשֻּׁלְחָן הָיוּ 7 תַּפּוּחִים. אִיתַי אָכַל תַּפּוּחַ אֶחָד. כַּמָּה תַּפּוּחִים נִשְׁאֲרוּ עַל הַשֻּׁלְחָן?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🍎🍎🍎🍎🍎🍎🍎 ➖ 🍎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בַּחֲנָיָה עָמְדוּ 4 מְכוֹנִיּוֹת. נִכְנְסוּ עוֹד 6 מְכוֹנִיּוֹת. כַּמָּה מְכוֹנִיּוֹת עוֹמְדוֹת עַכְשָׁו בַּחֲנָיָה?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🚗🚗🚗🚗 ➕ 🚗🚗🚗🚗🚗🚗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לְדָנִיֵּאל הָיוּ 10 גֻּלּוֹת. הוּא הִפְסִיד 3 גֻּלּוֹת בְּמִשְׂחָק. כַּמָּה גֻּלּוֹת נִשְׁאֲרוּ לוֹ?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🔵🔵🔵🔵🔵🔵🔵🔵🔵🔵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לְנוֹעָה 9 מַדְבֵּקוֹת וּלְתָמָר 5 מַדְבֵּקוֹת. כַּמָּה מַדְבֵּקוֹת יֵשׁ לְנוֹעָה יוֹתֵר מִלְּתָמָר?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עִידוֹ קָרָא 2 סְפָרִים בְּיוֹם רִאשׁוֹן וְ-3 סְפָרִים בְּיוֹם שֵׁנִי. אֶת כֻּלָּם הֶחֱזִיר לַסִּפְרִיָּה חוּץ מִסֵּפֶר אֶחָד. כַּמָּה סְפָרִים הֶחֱזִיר?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21. פִּתְרוּ. גִּזְרוּ אֶת כַּרְטִיסֵי הַתְּשׁוּבוֹת, וְהַדְבִּיקוּ כָּל תְּשׁוּבָה לְיַד הַתַּרְגִּיל.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‪3 + 4‬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‪8 − 5‬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‪6 + 0‬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‪10 − 2‬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‪5 + 5‬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6.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‪9 − 9‬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22. מִתְחוּ קַו מִכָּל תַּרְגִּיל אֶל הַתְּשׁוּבָה שֶׁלּוֹ.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‪2 + 2‬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2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‪7 − 6‬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5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‪4 + 5‬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4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‪10 − 5‬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9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5. ‪1 + 1‬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ה. 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פרק 3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369A1"/>
          <w:sz w:val="44"/>
          <w:szCs w:val="44"/>
          <w:rtl/>
        </w:rPr>
        <w:t>פרק 3: המספרים עד 20: עשרת ויחידות, ישר המספרים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1_t0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עֲשָׂרָה וְעוֹד</w:t>
      </w:r>
    </w:p>
    <w:p>
      <w:pPr>
        <w:bidi/>
        <w:spacing w:before="0" w:after="40"/>
        <w:jc w:val="both"/>
      </w:pPr>
      <w:r>
        <w:rPr>
          <w:rtl/>
        </w:rPr>
        <w:t>כָּל מִסְפָּר מִ-11 עַד 19 הוּא עֶשֶׂר וְעוֹד יְחִידוֹת.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דֻּגְמָה: ‪14 = 10 + 4 · 19 = 10 + 9‬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עֲשָׂרוֹת וִיחִידוֹת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עֲשָׂרוֹת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יְחִידוֹת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מַשְׁוִים</w:t>
      </w:r>
    </w:p>
    <w:p>
      <w:pPr>
        <w:bidi/>
        <w:spacing w:before="0" w:after="20"/>
        <w:jc w:val="both"/>
      </w:pPr>
      <w:r>
        <w:rPr>
          <w:rtl/>
        </w:rPr>
        <w:t>1. מַשְׁוִים קֹדֶם עֲשָׂרוֹת, אַחַר כָּךְ יְחִידוֹת.</w:t>
      </w:r>
    </w:p>
    <w:p>
      <w:pPr>
        <w:bidi/>
        <w:spacing w:before="0" w:after="20"/>
        <w:jc w:val="both"/>
      </w:pPr>
      <w:r>
        <w:rPr>
          <w:rtl/>
        </w:rPr>
        <w:t>2. ‪17 &gt; 13‬</w:t>
      </w:r>
    </w:p>
    <w:p>
      <w:pPr>
        <w:bidi/>
        <w:spacing w:before="0" w:after="20"/>
        <w:jc w:val="both"/>
      </w:pPr>
      <w:r>
        <w:rPr>
          <w:rtl/>
        </w:rPr>
        <w:t>3. ‪9 &lt; 12‬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מְחַפְּשִׂים אֶת הָעֶשֶׂר הַשְּׁלֵמָה.</w:t>
      </w:r>
    </w:p>
    <w:p>
      <w:pPr>
        <w:bidi/>
        <w:spacing w:before="0" w:after="20"/>
        <w:jc w:val="both"/>
      </w:pPr>
      <w:r>
        <w:rPr>
          <w:rtl/>
        </w:rPr>
        <w:t>2. שָׁלָב 2: סוֹפְרִים אֶת הַיְּחִידוֹת שֶׁנִּשְׁאֲרוּ.</w:t>
      </w:r>
    </w:p>
    <w:p>
      <w:pPr>
        <w:bidi/>
        <w:spacing w:before="0" w:after="20"/>
        <w:jc w:val="both"/>
      </w:pPr>
      <w:r>
        <w:rPr>
          <w:rtl/>
        </w:rPr>
        <w:t>3. שָׁלָב 3: כּוֹתְבִים: עֶשֶׂר וְעוֹד הַיְּחִידוֹת, לְמָשָׁל ‪10 + 6 = 16‬.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מָה גָּדוֹל יוֹתֵר: 18 אוֹ 15?</w:t>
      </w:r>
    </w:p>
    <w:p>
      <w:pPr>
        <w:bidi/>
        <w:spacing w:before="0" w:after="20"/>
        <w:jc w:val="both"/>
      </w:pPr>
      <w:r>
        <w:rPr>
          <w:rtl/>
        </w:rPr>
        <w:t>1. בִּשְׁנֵי הַמִּסְפָּרִים יֵשׁ עֶשֶׂר אַחַת.</w:t>
      </w:r>
    </w:p>
    <w:p>
      <w:pPr>
        <w:bidi/>
        <w:spacing w:before="0" w:after="20"/>
        <w:jc w:val="both"/>
      </w:pPr>
      <w:r>
        <w:rPr>
          <w:rtl/>
        </w:rPr>
        <w:t>2. מַשְׁוִים יְחִידוֹת: ‪8 &gt; 5‬.</w:t>
      </w:r>
    </w:p>
    <w:p>
      <w:pPr>
        <w:bidi/>
        <w:spacing w:before="0" w:after="20"/>
        <w:jc w:val="both"/>
      </w:pPr>
      <w:r>
        <w:rPr>
          <w:rtl/>
        </w:rPr>
        <w:t>3. לָכֵן ‪18 &gt; 15‬.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18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חַשְּׁבוּ.</w:t>
      </w:r>
    </w:p>
    <w:p>
      <w:pPr>
        <w:bidi/>
        <w:spacing w:before="0" w:after="60"/>
        <w:jc w:val="both"/>
      </w:pPr>
      <w:r>
        <w:rPr>
          <w:rtl/>
        </w:rPr>
        <w:t>א. ‪10 + 1 = __________‬</w:t>
      </w:r>
    </w:p>
    <w:p>
      <w:pPr>
        <w:bidi/>
        <w:spacing w:before="0" w:after="60"/>
        <w:jc w:val="both"/>
      </w:pPr>
      <w:r>
        <w:rPr>
          <w:rtl/>
        </w:rPr>
        <w:t>ב. ‪10 + 6 = __________‬</w:t>
      </w:r>
    </w:p>
    <w:p>
      <w:pPr>
        <w:bidi/>
        <w:spacing w:before="0" w:after="60"/>
        <w:jc w:val="both"/>
      </w:pPr>
      <w:r>
        <w:rPr>
          <w:rtl/>
        </w:rPr>
        <w:t>ג. ‪10 + 3 = __________‬</w:t>
      </w:r>
    </w:p>
    <w:p>
      <w:pPr>
        <w:bidi/>
        <w:spacing w:before="0" w:after="60"/>
        <w:jc w:val="both"/>
      </w:pPr>
      <w:r>
        <w:rPr>
          <w:rtl/>
        </w:rPr>
        <w:t>ד. ‪10 + 8 = __________‬</w:t>
      </w:r>
    </w:p>
    <w:p>
      <w:pPr>
        <w:bidi/>
        <w:spacing w:before="0" w:after="60"/>
        <w:jc w:val="both"/>
      </w:pPr>
      <w:r>
        <w:rPr>
          <w:rtl/>
        </w:rPr>
        <w:t>ה. ‪10 + 4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פָּרְקוּ: עֶשֶׂר וְעוֹד.</w:t>
      </w:r>
    </w:p>
    <w:p>
      <w:pPr>
        <w:bidi/>
        <w:spacing w:before="0" w:after="60"/>
        <w:jc w:val="both"/>
      </w:pPr>
      <w:r>
        <w:rPr>
          <w:rtl/>
        </w:rPr>
        <w:t>א. ‪17 = 10 + __________‬</w:t>
      </w:r>
    </w:p>
    <w:p>
      <w:pPr>
        <w:bidi/>
        <w:spacing w:before="0" w:after="60"/>
        <w:jc w:val="both"/>
      </w:pPr>
      <w:r>
        <w:rPr>
          <w:rtl/>
        </w:rPr>
        <w:t>ב. ‪12 = 10 + __________‬</w:t>
      </w:r>
    </w:p>
    <w:p>
      <w:pPr>
        <w:bidi/>
        <w:spacing w:before="0" w:after="60"/>
        <w:jc w:val="both"/>
      </w:pPr>
      <w:r>
        <w:rPr>
          <w:rtl/>
        </w:rPr>
        <w:t>ג. ‪15 = 10 + __________‬</w:t>
      </w:r>
    </w:p>
    <w:p>
      <w:pPr>
        <w:bidi/>
        <w:spacing w:before="0" w:after="60"/>
        <w:jc w:val="both"/>
      </w:pPr>
      <w:r>
        <w:rPr>
          <w:rtl/>
        </w:rPr>
        <w:t>ד. ‪18 = __________ + 8‬</w:t>
      </w:r>
    </w:p>
    <w:p>
      <w:pPr>
        <w:bidi/>
        <w:spacing w:before="0" w:after="60"/>
        <w:jc w:val="both"/>
      </w:pPr>
      <w:r>
        <w:rPr>
          <w:rtl/>
        </w:rPr>
        <w:t>ה. ‪13 = 10 +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כִּתְבוּ אֶת הַמִּסְפָּר שֶׁבָּא אַחֲרָיו.</w:t>
      </w:r>
    </w:p>
    <w:p>
      <w:pPr>
        <w:bidi/>
        <w:spacing w:before="0" w:after="60"/>
        <w:jc w:val="both"/>
      </w:pPr>
      <w:r>
        <w:rPr>
          <w:rtl/>
        </w:rPr>
        <w:t>א. 11, __________</w:t>
      </w:r>
    </w:p>
    <w:p>
      <w:pPr>
        <w:bidi/>
        <w:spacing w:before="0" w:after="60"/>
        <w:jc w:val="both"/>
      </w:pPr>
      <w:r>
        <w:rPr>
          <w:rtl/>
        </w:rPr>
        <w:t>ב. 15, __________</w:t>
      </w:r>
    </w:p>
    <w:p>
      <w:pPr>
        <w:bidi/>
        <w:spacing w:before="0" w:after="60"/>
        <w:jc w:val="both"/>
      </w:pPr>
      <w:r>
        <w:rPr>
          <w:rtl/>
        </w:rPr>
        <w:t>ג. 19, __________</w:t>
      </w:r>
    </w:p>
    <w:p>
      <w:pPr>
        <w:bidi/>
        <w:spacing w:before="0" w:after="60"/>
        <w:jc w:val="both"/>
      </w:pPr>
      <w:r>
        <w:rPr>
          <w:rtl/>
        </w:rPr>
        <w:t>ד. 13,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סִפְרוּ אֲחוֹרָה וְהַשְׁלִימוּ.</w:t>
      </w:r>
    </w:p>
    <w:p>
      <w:pPr>
        <w:bidi/>
        <w:spacing w:before="0" w:after="60"/>
        <w:jc w:val="both"/>
      </w:pPr>
      <w:r>
        <w:rPr>
          <w:rtl/>
        </w:rPr>
        <w:t>א. 18, 17, __________, 15</w:t>
      </w:r>
    </w:p>
    <w:p>
      <w:pPr>
        <w:bidi/>
        <w:spacing w:before="0" w:after="60"/>
        <w:jc w:val="both"/>
      </w:pPr>
      <w:r>
        <w:rPr>
          <w:rtl/>
        </w:rPr>
        <w:t>ב. 14, __________, 12, 11</w:t>
      </w:r>
    </w:p>
    <w:p>
      <w:pPr>
        <w:bidi/>
        <w:spacing w:before="0" w:after="60"/>
        <w:jc w:val="both"/>
      </w:pPr>
      <w:r>
        <w:rPr>
          <w:rtl/>
        </w:rPr>
        <w:t>ג. 20, 19, 18, __________</w:t>
      </w:r>
    </w:p>
    <w:p>
      <w:pPr>
        <w:bidi/>
        <w:spacing w:before="0" w:after="60"/>
        <w:jc w:val="both"/>
      </w:pPr>
      <w:r>
        <w:rPr>
          <w:rtl/>
        </w:rPr>
        <w:t>ד. __________, 10, 9, 8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עֲשָׂרוֹת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יְחִידוֹת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הַשְׁווּ. כִּתְבוּ &gt; אוֹ &lt; אוֹ =.</w:t>
      </w:r>
    </w:p>
    <w:p>
      <w:pPr>
        <w:bidi/>
        <w:spacing w:before="0" w:after="60"/>
        <w:jc w:val="both"/>
      </w:pPr>
      <w:r>
        <w:rPr>
          <w:rtl/>
        </w:rPr>
        <w:t>א. ‪11 __________ 15‬</w:t>
      </w:r>
    </w:p>
    <w:p>
      <w:pPr>
        <w:bidi/>
        <w:spacing w:before="0" w:after="60"/>
        <w:jc w:val="both"/>
      </w:pPr>
      <w:r>
        <w:rPr>
          <w:rtl/>
        </w:rPr>
        <w:t>ב. ‪18 __________ 13‬</w:t>
      </w:r>
    </w:p>
    <w:p>
      <w:pPr>
        <w:bidi/>
        <w:spacing w:before="0" w:after="60"/>
        <w:jc w:val="both"/>
      </w:pPr>
      <w:r>
        <w:rPr>
          <w:rtl/>
        </w:rPr>
        <w:t>ג. ‪17 __________ 17‬</w:t>
      </w:r>
    </w:p>
    <w:p>
      <w:pPr>
        <w:bidi/>
        <w:spacing w:before="0" w:after="60"/>
        <w:jc w:val="both"/>
      </w:pPr>
      <w:r>
        <w:rPr>
          <w:rtl/>
        </w:rPr>
        <w:t>ד. ‪20 __________ 9‬</w:t>
      </w:r>
    </w:p>
    <w:p>
      <w:pPr>
        <w:bidi/>
        <w:spacing w:before="0" w:after="60"/>
        <w:jc w:val="both"/>
      </w:pPr>
      <w:r>
        <w:rPr>
          <w:rtl/>
        </w:rPr>
        <w:t>ה. ‪12 __________ 14‬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[קל] הַתְאִימוּ כָּל פֵּרוּק לַמִּסְפָּר.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‪10 + 9‬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‪10 + 2‬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‪10 + 6‬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‪10 + 0‬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‪10 + 4‬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בַּמִּסְפָּר 19 יֵשׁ עֶשֶׂר אַחַת.      נכון / לא נכון</w:t>
      </w:r>
    </w:p>
    <w:p>
      <w:pPr>
        <w:bidi/>
        <w:spacing w:before="0" w:after="60"/>
        <w:jc w:val="both"/>
      </w:pPr>
      <w:r>
        <w:rPr>
          <w:rtl/>
        </w:rPr>
        <w:t>ב. בַּמִּסְפָּר 12 יֵשׁ 1 יְחִידוֹת.      נכון / לא נכון</w:t>
      </w:r>
    </w:p>
    <w:p>
      <w:pPr>
        <w:bidi/>
        <w:spacing w:before="0" w:after="60"/>
        <w:jc w:val="both"/>
      </w:pPr>
      <w:r>
        <w:rPr>
          <w:rtl/>
        </w:rPr>
        <w:t>ג. 20 הֵן 2 עֲשָׂרוֹת.      נכון / לא נכון</w:t>
      </w:r>
    </w:p>
    <w:p>
      <w:pPr>
        <w:bidi/>
        <w:spacing w:before="0" w:after="60"/>
        <w:jc w:val="both"/>
      </w:pPr>
      <w:r>
        <w:rPr>
          <w:rtl/>
        </w:rPr>
        <w:t>ד. ‪15 &lt; 11‬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מַיְּנוּ אֶת הַמִּסְפָּרִים.</w:t>
      </w:r>
    </w:p>
    <w:p>
      <w:pPr>
        <w:bidi/>
        <w:spacing w:before="0" w:after="80"/>
        <w:jc w:val="both"/>
      </w:pPr>
      <w:r>
        <w:rPr>
          <w:color w:val="0369A1"/>
          <w:sz w:val="24"/>
          <w:szCs w:val="24"/>
          <w:rtl/>
        </w:rPr>
        <w:t>המילים: 11  |  18  |  13  |  20  |  15  |  19  |  12  |  17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בֵּין 10 לְ-15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בֵּין 16 לְ-20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[קל] הַקִּיפוּ אֶת הַמִּסְפָּר הַקָּטָן בְּיוֹתֵר בְּכָל שׁוּרָה.</w:t>
      </w:r>
    </w:p>
    <w:p>
      <w:pPr>
        <w:bidi/>
        <w:spacing w:before="0" w:after="100"/>
        <w:jc w:val="both"/>
      </w:pPr>
      <w:r>
        <w:rPr>
          <w:rtl/>
        </w:rPr>
        <w:t>א. 14    19    11</w:t>
      </w:r>
    </w:p>
    <w:p>
      <w:pPr>
        <w:bidi/>
        <w:spacing w:before="0" w:after="100"/>
        <w:jc w:val="both"/>
      </w:pPr>
      <w:r>
        <w:rPr>
          <w:rtl/>
        </w:rPr>
        <w:t>ב. 20    16    18</w:t>
      </w:r>
    </w:p>
    <w:p>
      <w:pPr>
        <w:bidi/>
        <w:spacing w:before="0" w:after="100"/>
        <w:jc w:val="both"/>
      </w:pPr>
      <w:r>
        <w:rPr>
          <w:rtl/>
        </w:rPr>
        <w:t>ג. 13    10    17</w:t>
      </w:r>
    </w:p>
    <w:p>
      <w:pPr>
        <w:bidi/>
        <w:spacing w:before="0" w:after="100"/>
        <w:jc w:val="both"/>
      </w:pPr>
      <w:r>
        <w:rPr>
          <w:rtl/>
        </w:rPr>
        <w:t>ד. 15    12    19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‪10 + 7 = ?‬</w:t>
      </w:r>
    </w:p>
    <w:p>
      <w:pPr>
        <w:bidi/>
        <w:spacing w:before="0" w:after="80"/>
        <w:jc w:val="both"/>
      </w:pPr>
      <w:r>
        <w:rPr>
          <w:rtl/>
        </w:rPr>
        <w:t xml:space="preserve">   ○ 17      ○ 3      ○ 71</w:t>
      </w:r>
    </w:p>
    <w:p>
      <w:pPr>
        <w:bidi/>
        <w:spacing w:before="0" w:after="20"/>
        <w:jc w:val="both"/>
      </w:pPr>
      <w:r>
        <w:rPr>
          <w:rtl/>
        </w:rPr>
        <w:t>ב. אֵיזֶה מִסְפָּר גָּדוֹל מִ-18?</w:t>
      </w:r>
    </w:p>
    <w:p>
      <w:pPr>
        <w:bidi/>
        <w:spacing w:before="0" w:after="80"/>
        <w:jc w:val="both"/>
      </w:pPr>
      <w:r>
        <w:rPr>
          <w:rtl/>
        </w:rPr>
        <w:t xml:space="preserve">   ○ 16      ○ 19      ○ 8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כִּתְבוּ מִסְפָּר מַתְאִים.</w:t>
      </w:r>
    </w:p>
    <w:p>
      <w:pPr>
        <w:bidi/>
        <w:spacing w:before="0" w:after="60"/>
        <w:jc w:val="both"/>
      </w:pPr>
      <w:r>
        <w:rPr>
          <w:rtl/>
        </w:rPr>
        <w:t>א. ‪13 &lt; __________ &lt; 15‬</w:t>
      </w:r>
    </w:p>
    <w:p>
      <w:pPr>
        <w:bidi/>
        <w:spacing w:before="0" w:after="60"/>
        <w:jc w:val="both"/>
      </w:pPr>
      <w:r>
        <w:rPr>
          <w:rtl/>
        </w:rPr>
        <w:t>ב. ‪18 &lt; __________ &lt; 20‬</w:t>
      </w:r>
    </w:p>
    <w:p>
      <w:pPr>
        <w:bidi/>
        <w:spacing w:before="0" w:after="60"/>
        <w:jc w:val="both"/>
      </w:pPr>
      <w:r>
        <w:rPr>
          <w:rtl/>
        </w:rPr>
        <w:t>ג. ‪10 &lt; __________ &lt; 12‬</w:t>
      </w:r>
    </w:p>
    <w:p>
      <w:pPr>
        <w:bidi/>
        <w:spacing w:before="0" w:after="60"/>
        <w:jc w:val="both"/>
      </w:pPr>
      <w:r>
        <w:rPr>
          <w:rtl/>
        </w:rPr>
        <w:t>ד. ‪16 &lt; __________ &lt; 18‬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צַיְּרוּ 17 עִגּוּלִים: שׁוּרָה שֶׁל 10 וְעוֹד 7. כִּתְבוּ תַּרְגִּיל.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אֶתְגָּר: סַדְּרוּ מִן הַקָּטָן אֶל הַגָּדוֹל: 15, 9, 20, 11, 18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אֶתְגָּר: כִּתְבוּ אֶת כָּל הַמִּסְפָּרִים בֵּין 10 לְ-20 שֶׁיֵּשׁ בָּהֶם 5 יְחִידוֹת אוֹ יוֹתֵר.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369A1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בַּשּׁוּרָה הָרִאשׁוֹנָה יֵשׁ 10 עֲצִיצִים, וּבַשְּׁנִיָּה 3 עֲצִיצִים. כַּמָּה עֲצִיצִים יֵשׁ בִּשְׁתֵּי הַשּׁוּרוֹת?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🪴🔟 ➕ 🪴🪴🪴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[קל] בַּמַּגָּשׁ 10 פִּתּוֹת, וְעוֹד 7 פִּתּוֹת בַּשַּׂקִּית. כַּמָּה פִּתּוֹת יֵשׁ בְּסַךְ הַכֹּל?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בַּסִּפְרִיָּה יֵשׁ מַדָּף עִם 19 סְפָרִים. 10 סְפָרִים עַל חַיּוֹת, וְהַשְּׁאָר עַל כּוֹכָבִים. כַּמָּה סְפָרִים עַל כּוֹכָבִים?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[בינוני] בַּקְּבוּצָה שֶׁל אֲרִיאֵל 14 יְלָדִים, וּבַקְּבוּצָה שֶׁל עוֹמֶר 11 יְלָדִים. בְּאֵיזוֹ קְבוּצָה יֵשׁ יוֹתֵר יְלָדִים? כַּמָּה יוֹתֵר?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דָּוִד עוֹמֵד עַל יְשַׁר הַמִּסְפָּרִים בַּמִּסְפָּר 18. הוּא קוֹפֵץ 4 צְעָדִים אֲחוֹרָה. לְאֵיזֶה מִסְפָּר הוּא מַגִּיעַ?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21. [אתגר] לְאֶלְיָה יֵשׁ עֶשֶׂר שֶׁל גֻּלּוֹת וְעוֹד 5 גֻּלּוֹת. הוּא קִבֵּל עוֹד 2 גֻּלּוֹת. כַּמָּה גֻּלּוֹת יֵשׁ לוֹ עַכְשָׁו?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22. גִּזְרוּ אֶת כַּרְטִיסֵי הַמִּסְפָּרִים, וְהַדְבִּיקוּ אוֹתָם לְפִי הַסֵּדֶר: מִן הַקָּטָן אֶל הַגָּדוֹל.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הֲכִי קָטָן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</w:r>
          </w:p>
        </w:tc>
      </w:tr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הֲכִי גָּדוֹל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23.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עֲשֶׂרֶת – </w:t>
            </w:r>
            <w:r>
              <w:rPr>
                <w:sz w:val="24"/>
                <w:szCs w:val="24"/>
                <w:rtl/>
              </w:rPr>
              <w:t>קְבוּצָה שֶׁל 10 יְחִידוֹת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יְחִידוֹת – </w:t>
            </w:r>
            <w:r>
              <w:rPr>
                <w:sz w:val="24"/>
                <w:szCs w:val="24"/>
                <w:rtl/>
              </w:rPr>
              <w:t>מָה שֶׁנִּשְׁאַר אַחֲרֵי הָעֲשֶׂרֶת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יְשַׁר הַמִּסְפָּרִים – </w:t>
            </w:r>
            <w:r>
              <w:rPr>
                <w:sz w:val="24"/>
                <w:szCs w:val="24"/>
                <w:rtl/>
              </w:rPr>
              <w:t>קַו שֶׁהַמִּסְפָּרִים מְסֻדָּרִים עָלָיו לְפִי הַסֵּדֶר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אַחֲרֵי – </w:t>
            </w:r>
            <w:r>
              <w:rPr>
                <w:sz w:val="24"/>
                <w:szCs w:val="24"/>
                <w:rtl/>
              </w:rPr>
              <w:t>הַמִּסְפָּר הַגָּדוֹל בְּ-1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כִּתְבוּ מִסְפָּר בֵּין 10 לָ-20, וְאִמְרוּ כַּמָּה עֲשָׂרוֹת וְכַמָּה יְחִידוֹת יֵשׁ בּוֹ.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פרק 4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369A1"/>
          <w:sz w:val="44"/>
          <w:szCs w:val="44"/>
          <w:rtl/>
        </w:rPr>
        <w:t>פרק 4: חיבור וחיסור עד 20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1_t0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בְּלִי לַעֲבֹר אֶת 10</w:t>
      </w:r>
    </w:p>
    <w:p>
      <w:pPr>
        <w:bidi/>
        <w:spacing w:before="0" w:after="40"/>
        <w:jc w:val="both"/>
      </w:pPr>
      <w:r>
        <w:rPr>
          <w:rtl/>
        </w:rPr>
        <w:t>מְחַבְּרִים אוֹ מְחַסְּרִים רַק אֶת הַיְּחִידוֹת.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‪4 + 3 = 7 · 14 + 3 = 17 · 18 − 5 = 13‬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זוּגוֹת שֶׁל 10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‪1 + 9‬</w:t>
            </w:r>
          </w:p>
        </w:tc>
        <w:tc>
          <w:tcPr>
            <w:tcW w:type="dxa" w:w="199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‪2 + 8‬</w:t>
            </w:r>
          </w:p>
        </w:tc>
        <w:tc>
          <w:tcPr>
            <w:tcW w:type="dxa" w:w="199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‪3 + 7‬</w:t>
            </w:r>
          </w:p>
        </w:tc>
        <w:tc>
          <w:tcPr>
            <w:tcW w:type="dxa" w:w="199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‪4 + 6‬</w:t>
            </w:r>
          </w:p>
        </w:tc>
        <w:tc>
          <w:tcPr>
            <w:tcW w:type="dxa" w:w="199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‪5 + 5‬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דֶּרֶךְ 10</w:t>
      </w:r>
    </w:p>
    <w:p>
      <w:pPr>
        <w:bidi/>
        <w:spacing w:before="0" w:after="20"/>
        <w:jc w:val="both"/>
      </w:pPr>
      <w:r>
        <w:rPr>
          <w:rtl/>
        </w:rPr>
        <w:t>1. ‪8 + 5: 8 + 2 = 10‬, וְעוֹד ‪3: 10 + 3 = 13‬.</w:t>
      </w:r>
    </w:p>
    <w:p>
      <w:pPr>
        <w:bidi/>
        <w:spacing w:before="0" w:after="20"/>
        <w:jc w:val="both"/>
      </w:pPr>
      <w:r>
        <w:rPr>
          <w:rtl/>
        </w:rPr>
        <w:t>2. ‪13 − 5: 13 − 3 = 10‬, וְעוֹד ‪2: 10 − 2 = 8‬.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בּוֹדְקִים: הַאִם עוֹבְרִים אֶת 10?</w:t>
      </w:r>
    </w:p>
    <w:p>
      <w:pPr>
        <w:bidi/>
        <w:spacing w:before="0" w:after="20"/>
        <w:jc w:val="both"/>
      </w:pPr>
      <w:r>
        <w:rPr>
          <w:rtl/>
        </w:rPr>
        <w:t>2. שָׁלָב 2: אִם לֹא – מְחַבְּרִים אוֹ מְחַסְּרִים רַק אֶת הַיְּחִידוֹת.</w:t>
      </w:r>
    </w:p>
    <w:p>
      <w:pPr>
        <w:bidi/>
        <w:spacing w:before="0" w:after="20"/>
        <w:jc w:val="both"/>
      </w:pPr>
      <w:r>
        <w:rPr>
          <w:rtl/>
        </w:rPr>
        <w:t>3. שָׁלָב 3: אִם כֵּן – מַגִּיעִים קֹדֶם לְ-10, וְאַחַר כָּךְ מַמְשִׁיכִים.</w:t>
      </w:r>
    </w:p>
    <w:p>
      <w:pPr>
        <w:bidi/>
        <w:spacing w:before="0" w:after="20"/>
        <w:jc w:val="both"/>
      </w:pPr>
      <w:r>
        <w:rPr>
          <w:rtl/>
        </w:rPr>
        <w:t>4. שָׁלָב 4: בּוֹדְקִים בְּתַרְגִּיל הָפוּךְ.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בַּכִּתָּה 15 יְלָדִים. 3 יְלָדִים יָצְאוּ לַחָצֵר. כַּמָּה נִשְׁאֲרוּ בַּכִּתָּה?</w:t>
      </w:r>
    </w:p>
    <w:p>
      <w:pPr>
        <w:bidi/>
        <w:spacing w:before="0" w:after="20"/>
        <w:jc w:val="both"/>
      </w:pPr>
      <w:r>
        <w:rPr>
          <w:rtl/>
        </w:rPr>
        <w:t>1. יָצְאוּ – מְחַסְּרִים.</w:t>
      </w:r>
    </w:p>
    <w:p>
      <w:pPr>
        <w:bidi/>
        <w:spacing w:before="0" w:after="20"/>
        <w:jc w:val="both"/>
      </w:pPr>
      <w:r>
        <w:rPr>
          <w:rtl/>
        </w:rPr>
        <w:t>2. ‪5 − 3 = 2‬, וְלָכֵן ‪15 − 3 = 12‬.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בַּכִּתָּה נִשְׁאֲרוּ 12 יְלָדִים.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חַשְּׁבוּ.</w:t>
      </w:r>
    </w:p>
    <w:p>
      <w:pPr>
        <w:bidi/>
        <w:spacing w:before="0" w:after="60"/>
        <w:jc w:val="both"/>
      </w:pPr>
      <w:r>
        <w:rPr>
          <w:rtl/>
        </w:rPr>
        <w:t>א. ‪14 + 3 = __________‬</w:t>
      </w:r>
    </w:p>
    <w:p>
      <w:pPr>
        <w:bidi/>
        <w:spacing w:before="0" w:after="60"/>
        <w:jc w:val="both"/>
      </w:pPr>
      <w:r>
        <w:rPr>
          <w:rtl/>
        </w:rPr>
        <w:t>ב. ‪11 + 8 = __________‬</w:t>
      </w:r>
    </w:p>
    <w:p>
      <w:pPr>
        <w:bidi/>
        <w:spacing w:before="0" w:after="60"/>
        <w:jc w:val="both"/>
      </w:pPr>
      <w:r>
        <w:rPr>
          <w:rtl/>
        </w:rPr>
        <w:t>ג. ‪17 + 2 = __________‬</w:t>
      </w:r>
    </w:p>
    <w:p>
      <w:pPr>
        <w:bidi/>
        <w:spacing w:before="0" w:after="60"/>
        <w:jc w:val="both"/>
      </w:pPr>
      <w:r>
        <w:rPr>
          <w:rtl/>
        </w:rPr>
        <w:t>ד. ‪13 + 6 = __________‬</w:t>
      </w:r>
    </w:p>
    <w:p>
      <w:pPr>
        <w:bidi/>
        <w:spacing w:before="0" w:after="60"/>
        <w:jc w:val="both"/>
      </w:pPr>
      <w:r>
        <w:rPr>
          <w:rtl/>
        </w:rPr>
        <w:t>ה. ‪10 + 9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חַשְּׁבוּ.</w:t>
      </w:r>
    </w:p>
    <w:p>
      <w:pPr>
        <w:bidi/>
        <w:spacing w:before="0" w:after="60"/>
        <w:jc w:val="both"/>
      </w:pPr>
      <w:r>
        <w:rPr>
          <w:rtl/>
        </w:rPr>
        <w:t>א. ‪19 − 5 = __________‬</w:t>
      </w:r>
    </w:p>
    <w:p>
      <w:pPr>
        <w:bidi/>
        <w:spacing w:before="0" w:after="60"/>
        <w:jc w:val="both"/>
      </w:pPr>
      <w:r>
        <w:rPr>
          <w:rtl/>
        </w:rPr>
        <w:t>ב. ‪16 − 6 = __________‬</w:t>
      </w:r>
    </w:p>
    <w:p>
      <w:pPr>
        <w:bidi/>
        <w:spacing w:before="0" w:after="60"/>
        <w:jc w:val="both"/>
      </w:pPr>
      <w:r>
        <w:rPr>
          <w:rtl/>
        </w:rPr>
        <w:t>ג. ‪18 − 3 = __________‬</w:t>
      </w:r>
    </w:p>
    <w:p>
      <w:pPr>
        <w:bidi/>
        <w:spacing w:before="0" w:after="60"/>
        <w:jc w:val="both"/>
      </w:pPr>
      <w:r>
        <w:rPr>
          <w:rtl/>
        </w:rPr>
        <w:t>ד. ‪17 − 5 = __________‬</w:t>
      </w:r>
    </w:p>
    <w:p>
      <w:pPr>
        <w:bidi/>
        <w:spacing w:before="0" w:after="60"/>
        <w:jc w:val="both"/>
      </w:pPr>
      <w:r>
        <w:rPr>
          <w:rtl/>
        </w:rPr>
        <w:t>ה. ‪14 − 0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פִּתְרוּ זוּגוֹת שֶׁל תַּרְגִּילִים.</w:t>
      </w:r>
    </w:p>
    <w:p>
      <w:pPr>
        <w:bidi/>
        <w:spacing w:before="0" w:after="60"/>
        <w:jc w:val="both"/>
      </w:pPr>
      <w:r>
        <w:rPr>
          <w:rtl/>
        </w:rPr>
        <w:t>א. ‪2 + 6 = __________‬</w:t>
      </w:r>
    </w:p>
    <w:p>
      <w:pPr>
        <w:bidi/>
        <w:spacing w:before="0" w:after="60"/>
        <w:jc w:val="both"/>
      </w:pPr>
      <w:r>
        <w:rPr>
          <w:rtl/>
        </w:rPr>
        <w:t>ב. ‪12 + 6 = __________‬</w:t>
      </w:r>
    </w:p>
    <w:p>
      <w:pPr>
        <w:bidi/>
        <w:spacing w:before="0" w:after="60"/>
        <w:jc w:val="both"/>
      </w:pPr>
      <w:r>
        <w:rPr>
          <w:rtl/>
        </w:rPr>
        <w:t>ג. ‪7 − 4 = __________‬</w:t>
      </w:r>
    </w:p>
    <w:p>
      <w:pPr>
        <w:bidi/>
        <w:spacing w:before="0" w:after="60"/>
        <w:jc w:val="both"/>
      </w:pPr>
      <w:r>
        <w:rPr>
          <w:rtl/>
        </w:rPr>
        <w:t>ד. ‪17 − 4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הַשְׁלִימוּ לְ-10.</w:t>
      </w:r>
    </w:p>
    <w:p>
      <w:pPr>
        <w:bidi/>
        <w:spacing w:before="0" w:after="60"/>
        <w:jc w:val="both"/>
      </w:pPr>
      <w:r>
        <w:rPr>
          <w:rtl/>
        </w:rPr>
        <w:t>א. ‪7 + __________ = 10‬</w:t>
      </w:r>
    </w:p>
    <w:p>
      <w:pPr>
        <w:bidi/>
        <w:spacing w:before="0" w:after="60"/>
        <w:jc w:val="both"/>
      </w:pPr>
      <w:r>
        <w:rPr>
          <w:rtl/>
        </w:rPr>
        <w:t>ב. ‪2 + __________ = 10‬</w:t>
      </w:r>
    </w:p>
    <w:p>
      <w:pPr>
        <w:bidi/>
        <w:spacing w:before="0" w:after="60"/>
        <w:jc w:val="both"/>
      </w:pPr>
      <w:r>
        <w:rPr>
          <w:rtl/>
        </w:rPr>
        <w:t>ג. ‪__________ + 4 = 10‬</w:t>
      </w:r>
    </w:p>
    <w:p>
      <w:pPr>
        <w:bidi/>
        <w:spacing w:before="0" w:after="60"/>
        <w:jc w:val="both"/>
      </w:pPr>
      <w:r>
        <w:rPr>
          <w:rtl/>
        </w:rPr>
        <w:t>ד. ‪1 + __________ = 10‬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חַבְּרוּ דֶּרֶךְ 10.</w:t>
      </w:r>
    </w:p>
    <w:p>
      <w:pPr>
        <w:bidi/>
        <w:spacing w:before="0" w:after="60"/>
        <w:jc w:val="both"/>
      </w:pPr>
      <w:r>
        <w:rPr>
          <w:rtl/>
        </w:rPr>
        <w:t>א. ‪9 + 3 = __________‬</w:t>
      </w:r>
    </w:p>
    <w:p>
      <w:pPr>
        <w:bidi/>
        <w:spacing w:before="0" w:after="60"/>
        <w:jc w:val="both"/>
      </w:pPr>
      <w:r>
        <w:rPr>
          <w:rtl/>
        </w:rPr>
        <w:t>ב. ‪8 + 6 = __________‬</w:t>
      </w:r>
    </w:p>
    <w:p>
      <w:pPr>
        <w:bidi/>
        <w:spacing w:before="0" w:after="60"/>
        <w:jc w:val="both"/>
      </w:pPr>
      <w:r>
        <w:rPr>
          <w:rtl/>
        </w:rPr>
        <w:t>ג. ‪7 + 7 = __________‬</w:t>
      </w:r>
    </w:p>
    <w:p>
      <w:pPr>
        <w:bidi/>
        <w:spacing w:before="0" w:after="60"/>
        <w:jc w:val="both"/>
      </w:pPr>
      <w:r>
        <w:rPr>
          <w:rtl/>
        </w:rPr>
        <w:t>ד. ‪6 + 5 = __________‬</w:t>
      </w:r>
    </w:p>
    <w:p>
      <w:pPr>
        <w:bidi/>
        <w:spacing w:before="0" w:after="60"/>
        <w:jc w:val="both"/>
      </w:pPr>
      <w:r>
        <w:rPr>
          <w:rtl/>
        </w:rPr>
        <w:t>ה. ‪9 + 8 = __________‬</w:t>
      </w:r>
    </w:p>
    <w:p>
      <w:pPr>
        <w:bidi/>
        <w:spacing w:before="0" w:after="60"/>
        <w:jc w:val="both"/>
      </w:pPr>
      <w:r>
        <w:rPr>
          <w:rtl/>
        </w:rPr>
        <w:t>ו. ‪5 + 7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חַסְּרוּ דֶּרֶךְ 10.</w:t>
      </w:r>
    </w:p>
    <w:p>
      <w:pPr>
        <w:bidi/>
        <w:spacing w:before="0" w:after="60"/>
        <w:jc w:val="both"/>
      </w:pPr>
      <w:r>
        <w:rPr>
          <w:rtl/>
        </w:rPr>
        <w:t>א. ‪11 − 2 = __________‬</w:t>
      </w:r>
    </w:p>
    <w:p>
      <w:pPr>
        <w:bidi/>
        <w:spacing w:before="0" w:after="60"/>
        <w:jc w:val="both"/>
      </w:pPr>
      <w:r>
        <w:rPr>
          <w:rtl/>
        </w:rPr>
        <w:t>ב. ‪13 − 5 = __________‬</w:t>
      </w:r>
    </w:p>
    <w:p>
      <w:pPr>
        <w:bidi/>
        <w:spacing w:before="0" w:after="60"/>
        <w:jc w:val="both"/>
      </w:pPr>
      <w:r>
        <w:rPr>
          <w:rtl/>
        </w:rPr>
        <w:t>ג. ‪12 − 6 = __________‬</w:t>
      </w:r>
    </w:p>
    <w:p>
      <w:pPr>
        <w:bidi/>
        <w:spacing w:before="0" w:after="60"/>
        <w:jc w:val="both"/>
      </w:pPr>
      <w:r>
        <w:rPr>
          <w:rtl/>
        </w:rPr>
        <w:t>ד. ‪14 − 7 = __________‬</w:t>
      </w:r>
    </w:p>
    <w:p>
      <w:pPr>
        <w:bidi/>
        <w:spacing w:before="0" w:after="60"/>
        <w:jc w:val="both"/>
      </w:pPr>
      <w:r>
        <w:rPr>
          <w:rtl/>
        </w:rPr>
        <w:t>ה. ‪17 − 9 = __________‬</w:t>
      </w:r>
    </w:p>
    <w:p>
      <w:pPr>
        <w:bidi/>
        <w:spacing w:before="0" w:after="60"/>
        <w:jc w:val="both"/>
      </w:pPr>
      <w:r>
        <w:rPr>
          <w:rtl/>
        </w:rPr>
        <w:t>ו. ‪15 − 8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[אתגר] הַשְׁלִימוּ אֶת הַמִּסְפָּר הֶחָסֵר.</w:t>
      </w:r>
    </w:p>
    <w:p>
      <w:pPr>
        <w:bidi/>
        <w:spacing w:before="0" w:after="60"/>
        <w:jc w:val="both"/>
      </w:pPr>
      <w:r>
        <w:rPr>
          <w:rtl/>
        </w:rPr>
        <w:t>א. ‪9 + __________ = 14‬</w:t>
      </w:r>
    </w:p>
    <w:p>
      <w:pPr>
        <w:bidi/>
        <w:spacing w:before="0" w:after="60"/>
        <w:jc w:val="both"/>
      </w:pPr>
      <w:r>
        <w:rPr>
          <w:rtl/>
        </w:rPr>
        <w:t>ב. ‪__________ + 6 = 13‬</w:t>
      </w:r>
    </w:p>
    <w:p>
      <w:pPr>
        <w:bidi/>
        <w:spacing w:before="0" w:after="60"/>
        <w:jc w:val="both"/>
      </w:pPr>
      <w:r>
        <w:rPr>
          <w:rtl/>
        </w:rPr>
        <w:t>ג. ‪15 − __________ = 7‬</w:t>
      </w:r>
    </w:p>
    <w:p>
      <w:pPr>
        <w:bidi/>
        <w:spacing w:before="0" w:after="60"/>
        <w:jc w:val="both"/>
      </w:pPr>
      <w:r>
        <w:rPr>
          <w:rtl/>
        </w:rPr>
        <w:t>ד. ‪__________ − 4 = 12‬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+ 4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− 4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הַתְאִימוּ כָּל תַּרְגִּיל לַתּוֹצָאָה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‪7 + 8‬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‪16 − 4‬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‪9 + 9‬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‪11 − 5‬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‪13 + 4‬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‪9 + 6 = 15‬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‪12 − 5 = 6‬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‪7 + 3 = 10‬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‪16 + 3 = 18‬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מַיְּנוּ: הַתּוֹצָאָה 12 אוֹ 14?</w:t>
      </w:r>
    </w:p>
    <w:p>
      <w:pPr>
        <w:bidi/>
        <w:spacing w:before="0" w:after="80"/>
        <w:jc w:val="both"/>
      </w:pPr>
      <w:r>
        <w:rPr>
          <w:color w:val="0369A1"/>
          <w:sz w:val="24"/>
          <w:szCs w:val="24"/>
          <w:rtl/>
        </w:rPr>
        <w:t>המילים: ‪8 + 4‬  |  ‪9 + 5‬  |  ‪17 − 5‬  |  ‪20 − 6‬  |  ‪6 + 6‬  |  ‪7 + 7‬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12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בַּחֲרוּ אֶת הַדֶּרֶךְ הַנְּכוֹנָה לְחַשֵּׁב.</w:t>
      </w:r>
    </w:p>
    <w:p>
      <w:pPr>
        <w:bidi/>
        <w:spacing w:before="0" w:after="20"/>
        <w:jc w:val="both"/>
      </w:pPr>
      <w:r>
        <w:rPr>
          <w:rtl/>
        </w:rPr>
        <w:t>א. ‪8 + 5 = ?‬</w:t>
      </w:r>
    </w:p>
    <w:p>
      <w:pPr>
        <w:bidi/>
        <w:spacing w:before="0" w:after="80"/>
        <w:jc w:val="both"/>
      </w:pPr>
      <w:r>
        <w:rPr>
          <w:rtl/>
        </w:rPr>
        <w:t xml:space="preserve">   ○ ‪8 + 2 + 3‬      ○ ‪8 + 5 + 2‬      ○ ‪8 − 2 + 3‬</w:t>
      </w:r>
    </w:p>
    <w:p>
      <w:pPr>
        <w:bidi/>
        <w:spacing w:before="0" w:after="20"/>
        <w:jc w:val="both"/>
      </w:pPr>
      <w:r>
        <w:rPr>
          <w:rtl/>
        </w:rPr>
        <w:t>ב. ‪14 − 6 = ?‬</w:t>
      </w:r>
    </w:p>
    <w:p>
      <w:pPr>
        <w:bidi/>
        <w:spacing w:before="0" w:after="80"/>
        <w:jc w:val="both"/>
      </w:pPr>
      <w:r>
        <w:rPr>
          <w:rtl/>
        </w:rPr>
        <w:t xml:space="preserve">   ○ ‪14 − 4 + 2‬      ○ ‪14 − 4 − 2‬      ○ ‪14 + 6‬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הַסְבִּירוּ אֵיךְ חִשַּׁבְתֶּם: ‪15 − 7‬.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אֶתְגָּר: מִצְאוּ אֶת הַטָּעוּת וְתַקְּנוּ: ‪9 + 4 = 12‬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369A1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בַּכִּתָּה 11 בָּנִים וְ-7 בָּנוֹת. כַּמָּה יְלָדִים בַּכִּתָּה?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בַּסַּל הָיוּ 19 תַּפּוּחִים. אַבָּא לָקַח 4 תַּפּוּחִים לָעוּגָה. כַּמָּה תַּפּוּחִים נִשְׁאֲרוּ בַּסַּל?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🍎 19 ➖ 🍎🍎🍎🍎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דָּנִיֵּאל קָרָא 9 עַמּוּדִים בַּבֹּקֶר וְ-5 עַמּוּדִים בָּעֶרֶב. כַּמָּה עַמּוּדִים קָרָא בְּסַךְ הַכֹּל?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📖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בַּחֲנוּת הָיוּ 12 כַּדּוּרִים. נִמְכְּרוּ 4 כַּדּוּרִים. כַּמָּה כַּדּוּרִים נִשְׁאֲרוּ בַּחֲנוּת?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⚽ 12 ➖ ⚽⚽⚽⚽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לְאִיתַי 15 קְלָפִים וּלְאוּרִי 8 קְלָפִים. כַּמָּה קְלָפִים יֵשׁ לְאִיתַי יוֹתֵר מִלְּאוּרִי?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יְהוֹנָתָן קִבֵּל 6 סֻכָּרִיּוֹת מִסָּבָא וְ-6 סֻכָּרִיּוֹת מִסָּבְתָא. הוּא נָתַן 3 סֻכָּרִיּוֹת לְאָחִיו. כַּמָּה סֻכָּרִיּוֹת נִשְׁאֲרוּ לוֹ?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21. פִּתְרוּ. גִּזְרוּ אֶת כַּרְטִיסֵי הַתַּרְגִּילִים, וְהַדְבִּיקוּ כָּל תַּרְגִּיל בָּעַמּוּדָה הַמַּתְאִימָה.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הַתְּשׁוּבָה קְטַנָּה מֵ-10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הַתְּשׁוּבָה 10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הַתְּשׁוּבָה גְּדוֹלָה מֵ-10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22. הַתְאִימוּ תְּמוּנָה לְתַרְגִּיל: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369A1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369A1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369A1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369A1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🍪🍪🍪🍪🍪🍪🍪🍪 🍪🍪🍪🍪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🍓🍓🍓🍓🍓🍓🍓🍓🍓🍓 🍓🍓🍓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🧁🧁🧁🧁🧁🧁🧁 🧁🧁🧁🧁🧁🧁🧁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🍬🍬🍬🍬🍬🍬🍬🍬🍬 🍬🍬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‪8 + 4 = 12‬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‪10 + 3 = 13‬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‪9 + 2 = 11‬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‪7 + 7 = 14‬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פרק 5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369A1"/>
          <w:sz w:val="44"/>
          <w:szCs w:val="44"/>
          <w:rtl/>
        </w:rPr>
        <w:t>פרק 5: המספרים עד 100: עשרות שלמות וספירה בקפיצות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43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1_t05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עֲשָׂרוֹת שְׁלֵמוֹת</w:t>
      </w:r>
    </w:p>
    <w:p>
      <w:pPr>
        <w:bidi/>
        <w:spacing w:before="0" w:after="40"/>
        <w:jc w:val="both"/>
      </w:pPr>
      <w:r>
        <w:rPr>
          <w:rtl/>
        </w:rPr>
        <w:t>30 הֵן 3 עֲשָׂרוֹת. 100 הֵן 10 עֲשָׂרוֹת.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10, 20, 30, 40, 50, 60, 70, 80, 90, 100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קְפִיצוֹת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שֶׁל 2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שֶׁל 5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שֶׁל 10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2, 4, 6, 8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5, 10, 15, 20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3, 13, 23, 33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חִבּוּר וְחִסּוּר שֶׁל עֲשָׂרוֹת</w:t>
      </w:r>
    </w:p>
    <w:p>
      <w:pPr>
        <w:bidi/>
        <w:spacing w:before="0" w:after="20"/>
        <w:jc w:val="both"/>
      </w:pPr>
      <w:r>
        <w:rPr>
          <w:rtl/>
        </w:rPr>
        <w:t>1. ‪4 + 3 = 7‬, וְלָכֵן ‪40 + 30 = 70‬.</w:t>
      </w:r>
    </w:p>
    <w:p>
      <w:pPr>
        <w:bidi/>
        <w:spacing w:before="0" w:after="20"/>
        <w:jc w:val="both"/>
      </w:pPr>
      <w:r>
        <w:rPr>
          <w:rtl/>
        </w:rPr>
        <w:t>2. ‪9 − 2 = 7‬, וְלָכֵן ‪90 − 20 = 70‬.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מְגַלִּים בְּכַמָּה קוֹפְצִים: מְחַסְּרִים בֵּין שְׁנֵי מִסְפָּרִים זֶה לְיַד זֶה.</w:t>
      </w:r>
    </w:p>
    <w:p>
      <w:pPr>
        <w:bidi/>
        <w:spacing w:before="0" w:after="20"/>
        <w:jc w:val="both"/>
      </w:pPr>
      <w:r>
        <w:rPr>
          <w:rtl/>
        </w:rPr>
        <w:t>2. שָׁלָב 2: מוֹסִיפִים אֶת הַקְּפִיצָה לַמִּסְפָּר הָאַחֲרוֹן.</w:t>
      </w:r>
    </w:p>
    <w:p>
      <w:pPr>
        <w:bidi/>
        <w:spacing w:before="0" w:after="20"/>
        <w:jc w:val="both"/>
      </w:pPr>
      <w:r>
        <w:rPr>
          <w:rtl/>
        </w:rPr>
        <w:t>3. שָׁלָב 3: בַּעֲשָׂרוֹת שְׁלֵמוֹת – חוֹשְׁבִים עַל הַתַּרְגִּיל הַקָּטָן: ‪5 + 2 = 7‬, וְלָכֵן ‪50 + 20 = 70‬.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בַּשַּׂקִּית 30 סֻכָּרִיּוֹת. הוֹסִיפוּ עוֹד 40. כַּמָּה סֻכָּרִיּוֹת יֵשׁ?</w:t>
      </w:r>
    </w:p>
    <w:p>
      <w:pPr>
        <w:bidi/>
        <w:spacing w:before="0" w:after="20"/>
        <w:jc w:val="both"/>
      </w:pPr>
      <w:r>
        <w:rPr>
          <w:rtl/>
        </w:rPr>
        <w:t>1. ‪3 + 4 = 7‬</w:t>
      </w:r>
    </w:p>
    <w:p>
      <w:pPr>
        <w:bidi/>
        <w:spacing w:before="0" w:after="20"/>
        <w:jc w:val="both"/>
      </w:pPr>
      <w:r>
        <w:rPr>
          <w:rtl/>
        </w:rPr>
        <w:t>2. 3 עֲשָׂרוֹת וְעוֹד 4 עֲשָׂרוֹת הֵן 7 עֲשָׂרוֹת: ‪30 + 40 = 70‬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70 סֻכָּרִיּוֹת.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סִפְרוּ בַּעֲשָׂרוֹת וְהַשְׁלִימוּ.</w:t>
      </w:r>
    </w:p>
    <w:p>
      <w:pPr>
        <w:bidi/>
        <w:spacing w:before="0" w:after="60"/>
        <w:jc w:val="both"/>
      </w:pPr>
      <w:r>
        <w:rPr>
          <w:rtl/>
        </w:rPr>
        <w:t>א. 30, 40, __________, 60</w:t>
      </w:r>
    </w:p>
    <w:p>
      <w:pPr>
        <w:bidi/>
        <w:spacing w:before="0" w:after="60"/>
        <w:jc w:val="both"/>
      </w:pPr>
      <w:r>
        <w:rPr>
          <w:rtl/>
        </w:rPr>
        <w:t>ב. 70, 80, __________, 100</w:t>
      </w:r>
    </w:p>
    <w:p>
      <w:pPr>
        <w:bidi/>
        <w:spacing w:before="0" w:after="60"/>
        <w:jc w:val="both"/>
      </w:pPr>
      <w:r>
        <w:rPr>
          <w:rtl/>
        </w:rPr>
        <w:t>ג. __________, 20, 30</w:t>
      </w:r>
    </w:p>
    <w:p>
      <w:pPr>
        <w:bidi/>
        <w:spacing w:before="0" w:after="60"/>
        <w:jc w:val="both"/>
      </w:pPr>
      <w:r>
        <w:rPr>
          <w:rtl/>
        </w:rPr>
        <w:t>ד. 60, __________, 80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[בינוני] סִפְרוּ אֲחוֹרָה בַּעֲשָׂרוֹת.</w:t>
      </w:r>
    </w:p>
    <w:p>
      <w:pPr>
        <w:bidi/>
        <w:spacing w:before="0" w:after="60"/>
        <w:jc w:val="both"/>
      </w:pPr>
      <w:r>
        <w:rPr>
          <w:rtl/>
        </w:rPr>
        <w:t>א. 100, 90, __________, 70</w:t>
      </w:r>
    </w:p>
    <w:p>
      <w:pPr>
        <w:bidi/>
        <w:spacing w:before="0" w:after="60"/>
        <w:jc w:val="both"/>
      </w:pPr>
      <w:r>
        <w:rPr>
          <w:rtl/>
        </w:rPr>
        <w:t>ב. 50, 40, 30, __________</w:t>
      </w:r>
    </w:p>
    <w:p>
      <w:pPr>
        <w:bidi/>
        <w:spacing w:before="0" w:after="60"/>
        <w:jc w:val="both"/>
      </w:pPr>
      <w:r>
        <w:rPr>
          <w:rtl/>
        </w:rPr>
        <w:t>ג. 80, __________, 60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קִפְצוּ בִּקְפִיצוֹת שֶׁל 2.</w:t>
      </w:r>
    </w:p>
    <w:p>
      <w:pPr>
        <w:bidi/>
        <w:spacing w:before="0" w:after="60"/>
        <w:jc w:val="both"/>
      </w:pPr>
      <w:r>
        <w:rPr>
          <w:rtl/>
        </w:rPr>
        <w:t>א. 12, 14, 16, __________</w:t>
      </w:r>
    </w:p>
    <w:p>
      <w:pPr>
        <w:bidi/>
        <w:spacing w:before="0" w:after="60"/>
        <w:jc w:val="both"/>
      </w:pPr>
      <w:r>
        <w:rPr>
          <w:rtl/>
        </w:rPr>
        <w:t>ב. 20, 22, __________, 26</w:t>
      </w:r>
    </w:p>
    <w:p>
      <w:pPr>
        <w:bidi/>
        <w:spacing w:before="0" w:after="60"/>
        <w:jc w:val="both"/>
      </w:pPr>
      <w:r>
        <w:rPr>
          <w:rtl/>
        </w:rPr>
        <w:t>ג. 4, 6, __________, 10</w:t>
      </w:r>
    </w:p>
    <w:p>
      <w:pPr>
        <w:bidi/>
        <w:spacing w:before="0" w:after="60"/>
        <w:jc w:val="both"/>
      </w:pPr>
      <w:r>
        <w:rPr>
          <w:rtl/>
        </w:rPr>
        <w:t>ד. 30, 32, 34,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קִפְצוּ בִּקְפִיצוֹת שֶׁל 5.</w:t>
      </w:r>
    </w:p>
    <w:p>
      <w:pPr>
        <w:bidi/>
        <w:spacing w:before="0" w:after="60"/>
        <w:jc w:val="both"/>
      </w:pPr>
      <w:r>
        <w:rPr>
          <w:rtl/>
        </w:rPr>
        <w:t>א. 15, 20, 25, __________</w:t>
      </w:r>
    </w:p>
    <w:p>
      <w:pPr>
        <w:bidi/>
        <w:spacing w:before="0" w:after="60"/>
        <w:jc w:val="both"/>
      </w:pPr>
      <w:r>
        <w:rPr>
          <w:rtl/>
        </w:rPr>
        <w:t>ב. 50, 55, __________, 65</w:t>
      </w:r>
    </w:p>
    <w:p>
      <w:pPr>
        <w:bidi/>
        <w:spacing w:before="0" w:after="60"/>
        <w:jc w:val="both"/>
      </w:pPr>
      <w:r>
        <w:rPr>
          <w:rtl/>
        </w:rPr>
        <w:t>ג. 70, 75, 80, __________</w:t>
      </w:r>
    </w:p>
    <w:p>
      <w:pPr>
        <w:bidi/>
        <w:spacing w:before="0" w:after="60"/>
        <w:jc w:val="both"/>
      </w:pPr>
      <w:r>
        <w:rPr>
          <w:rtl/>
        </w:rPr>
        <w:t>ד. __________, 95, 100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קִפְצוּ בִּקְפִיצוֹת שֶׁל 10.</w:t>
      </w:r>
    </w:p>
    <w:p>
      <w:pPr>
        <w:bidi/>
        <w:spacing w:before="0" w:after="60"/>
        <w:jc w:val="both"/>
      </w:pPr>
      <w:r>
        <w:rPr>
          <w:rtl/>
        </w:rPr>
        <w:t>א. 2, 12, 22, __________</w:t>
      </w:r>
    </w:p>
    <w:p>
      <w:pPr>
        <w:bidi/>
        <w:spacing w:before="0" w:after="60"/>
        <w:jc w:val="both"/>
      </w:pPr>
      <w:r>
        <w:rPr>
          <w:rtl/>
        </w:rPr>
        <w:t>ב. 9, 19, __________, 39</w:t>
      </w:r>
    </w:p>
    <w:p>
      <w:pPr>
        <w:bidi/>
        <w:spacing w:before="0" w:after="60"/>
        <w:jc w:val="both"/>
      </w:pPr>
      <w:r>
        <w:rPr>
          <w:rtl/>
        </w:rPr>
        <w:t>ג. 45, 55, 65, __________</w:t>
      </w:r>
    </w:p>
    <w:p>
      <w:pPr>
        <w:bidi/>
        <w:spacing w:before="0" w:after="60"/>
        <w:jc w:val="both"/>
      </w:pPr>
      <w:r>
        <w:rPr>
          <w:rtl/>
        </w:rPr>
        <w:t>ד. __________, 68, 78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חַשְּׁבוּ.</w:t>
      </w:r>
    </w:p>
    <w:p>
      <w:pPr>
        <w:bidi/>
        <w:spacing w:before="0" w:after="60"/>
        <w:jc w:val="both"/>
      </w:pPr>
      <w:r>
        <w:rPr>
          <w:rtl/>
        </w:rPr>
        <w:t>א. ‪10 + 40 = __________‬</w:t>
      </w:r>
    </w:p>
    <w:p>
      <w:pPr>
        <w:bidi/>
        <w:spacing w:before="0" w:after="60"/>
        <w:jc w:val="both"/>
      </w:pPr>
      <w:r>
        <w:rPr>
          <w:rtl/>
        </w:rPr>
        <w:t>ב. ‪30 + 60 = __________‬</w:t>
      </w:r>
    </w:p>
    <w:p>
      <w:pPr>
        <w:bidi/>
        <w:spacing w:before="0" w:after="60"/>
        <w:jc w:val="both"/>
      </w:pPr>
      <w:r>
        <w:rPr>
          <w:rtl/>
        </w:rPr>
        <w:t>ג. ‪50 + 50 = __________‬</w:t>
      </w:r>
    </w:p>
    <w:p>
      <w:pPr>
        <w:bidi/>
        <w:spacing w:before="0" w:after="60"/>
        <w:jc w:val="both"/>
      </w:pPr>
      <w:r>
        <w:rPr>
          <w:rtl/>
        </w:rPr>
        <w:t>ד. ‪70 − 20 = __________‬</w:t>
      </w:r>
    </w:p>
    <w:p>
      <w:pPr>
        <w:bidi/>
        <w:spacing w:before="0" w:after="60"/>
        <w:jc w:val="both"/>
      </w:pPr>
      <w:r>
        <w:rPr>
          <w:rtl/>
        </w:rPr>
        <w:t>ה. ‪60 − 30 = __________‬</w:t>
      </w:r>
    </w:p>
    <w:p>
      <w:pPr>
        <w:bidi/>
        <w:spacing w:before="0" w:after="60"/>
        <w:jc w:val="both"/>
      </w:pPr>
      <w:r>
        <w:rPr>
          <w:rtl/>
        </w:rPr>
        <w:t>ו. ‪90 − 80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[אתגר] הַשְׁלִימוּ אֶת הַמִּסְפָּר הֶחָסֵר.</w:t>
      </w:r>
    </w:p>
    <w:p>
      <w:pPr>
        <w:bidi/>
        <w:spacing w:before="0" w:after="60"/>
        <w:jc w:val="both"/>
      </w:pPr>
      <w:r>
        <w:rPr>
          <w:rtl/>
        </w:rPr>
        <w:t>א. ‪20 + __________ = 50‬</w:t>
      </w:r>
    </w:p>
    <w:p>
      <w:pPr>
        <w:bidi/>
        <w:spacing w:before="0" w:after="60"/>
        <w:jc w:val="both"/>
      </w:pPr>
      <w:r>
        <w:rPr>
          <w:rtl/>
        </w:rPr>
        <w:t>ב. ‪__________ + 30 = 90‬</w:t>
      </w:r>
    </w:p>
    <w:p>
      <w:pPr>
        <w:bidi/>
        <w:spacing w:before="0" w:after="60"/>
        <w:jc w:val="both"/>
      </w:pPr>
      <w:r>
        <w:rPr>
          <w:rtl/>
        </w:rPr>
        <w:t>ג. ‪80 − __________ = 40‬</w:t>
      </w:r>
    </w:p>
    <w:p>
      <w:pPr>
        <w:bidi/>
        <w:spacing w:before="0" w:after="60"/>
        <w:jc w:val="both"/>
      </w:pPr>
      <w:r>
        <w:rPr>
          <w:rtl/>
        </w:rPr>
        <w:t>ד. ‪100 − __________ = 70‬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[קל]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עֲשָׂרוֹת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הַתְאִימוּ כָּל תַּרְגִּיל לַתּוֹצָאָה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‪20 + 20‬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‪60 + 30‬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70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‪70 − 40‬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‪50 + 20‬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‪100 − 90‬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10 עֲשָׂרוֹת הֵן 100.      נכון / לא נכון</w:t>
      </w:r>
    </w:p>
    <w:p>
      <w:pPr>
        <w:bidi/>
        <w:spacing w:before="0" w:after="60"/>
        <w:jc w:val="both"/>
      </w:pPr>
      <w:r>
        <w:rPr>
          <w:rtl/>
        </w:rPr>
        <w:t>ב. בִּקְפִיצוֹת שֶׁל ‪2: 2‬, 4, 5, 8      נכון / לא נכון</w:t>
      </w:r>
    </w:p>
    <w:p>
      <w:pPr>
        <w:bidi/>
        <w:spacing w:before="0" w:after="60"/>
        <w:jc w:val="both"/>
      </w:pPr>
      <w:r>
        <w:rPr>
          <w:rtl/>
        </w:rPr>
        <w:t>ג. ‪30 + 50 = 80‬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‪70 − 10 = 80‬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מַיְּנוּ: קְפִיצוֹת שֶׁל 2 אוֹ קְפִיצוֹת שֶׁל 5?</w:t>
      </w:r>
    </w:p>
    <w:p>
      <w:pPr>
        <w:bidi/>
        <w:spacing w:before="0" w:after="80"/>
        <w:jc w:val="both"/>
      </w:pPr>
      <w:r>
        <w:rPr>
          <w:color w:val="0369A1"/>
          <w:sz w:val="24"/>
          <w:szCs w:val="24"/>
          <w:rtl/>
        </w:rPr>
        <w:t>המילים: 2, 4, 6  |  5, 10, 15  |  10, 12, 14  |  20, 25, 30  |  6, 8, 10  |  35, 40, 45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קְפִיצוֹת שֶׁל 2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קְפִיצוֹת שֶׁל 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הַקִּיפוּ אֶת הָעֲשָׂרוֹת הַשְּׁלֵמוֹת בְּכָל שׁוּרָה.</w:t>
      </w:r>
    </w:p>
    <w:p>
      <w:pPr>
        <w:bidi/>
        <w:spacing w:before="0" w:after="100"/>
        <w:jc w:val="both"/>
      </w:pPr>
      <w:r>
        <w:rPr>
          <w:rtl/>
        </w:rPr>
        <w:t>א. 15    30    42</w:t>
      </w:r>
    </w:p>
    <w:p>
      <w:pPr>
        <w:bidi/>
        <w:spacing w:before="0" w:after="100"/>
        <w:jc w:val="both"/>
      </w:pPr>
      <w:r>
        <w:rPr>
          <w:rtl/>
        </w:rPr>
        <w:t>ב. 70    77    17</w:t>
      </w:r>
    </w:p>
    <w:p>
      <w:pPr>
        <w:bidi/>
        <w:spacing w:before="0" w:after="100"/>
        <w:jc w:val="both"/>
      </w:pPr>
      <w:r>
        <w:rPr>
          <w:rtl/>
        </w:rPr>
        <w:t>ג. 51    50    55</w:t>
      </w:r>
    </w:p>
    <w:p>
      <w:pPr>
        <w:bidi/>
        <w:spacing w:before="0" w:after="100"/>
        <w:jc w:val="both"/>
      </w:pPr>
      <w:r>
        <w:rPr>
          <w:rtl/>
        </w:rPr>
        <w:t>ד. 100    19    91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5 עֲשָׂרוֹת הֵן:</w:t>
      </w:r>
    </w:p>
    <w:p>
      <w:pPr>
        <w:bidi/>
        <w:spacing w:before="0" w:after="80"/>
        <w:jc w:val="both"/>
      </w:pPr>
      <w:r>
        <w:rPr>
          <w:rtl/>
        </w:rPr>
        <w:t xml:space="preserve">   ○ 5      ○ 50      ○ 15</w:t>
      </w:r>
    </w:p>
    <w:p>
      <w:pPr>
        <w:bidi/>
        <w:spacing w:before="0" w:after="20"/>
        <w:jc w:val="both"/>
      </w:pPr>
      <w:r>
        <w:rPr>
          <w:rtl/>
        </w:rPr>
        <w:t>ב. ‪40 + 40 = ?‬</w:t>
      </w:r>
    </w:p>
    <w:p>
      <w:pPr>
        <w:bidi/>
        <w:spacing w:before="0" w:after="80"/>
        <w:jc w:val="both"/>
      </w:pPr>
      <w:r>
        <w:rPr>
          <w:rtl/>
        </w:rPr>
        <w:t xml:space="preserve">   ○ 80      ○ 44      ○ 8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צַיְּרוּ יְשַׁר מִסְפָּרִים מִ-0 עַד 100 בַּעֲשָׂרוֹת. סַמְּנוּ אֶת 30 וְאֶת 80.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אֶתְגָּר: לְכָל כֶּלֶב יֵשׁ 4 רַגְלַיִם. כַּמָּה רַגְלַיִם יֵשׁ לְ-5 כְּלָבִים? כִּתְבוּ אֵיךְ סְפַרְתֶּם.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369A1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בְּכָל שַׂקִּית יֵשׁ 10 גֻּלּוֹת. לְאוּרִי יֵשׁ 3 שַׂקִּיּוֹת. כַּמָּה גֻּלּוֹת יֵשׁ לְאוּרִי?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🛍️🛍️🛍️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[קל] בְּכָל זוּג יֵשׁ 2 גַּרְבַּיִם. כַּמָּה גַּרְבַּיִם יֵשׁ בְּ-4 זוּגוֹת?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🧦🧦 🧦🧦 🧦🧦 🧦🧦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בַּמַּטָּע יֵשׁ 50 עֲצֵי תַּפּוּחַ וְ-40 עֲצֵי אַגָּס. כַּמָּה עֵצִים יֵשׁ בַּמַּטָּע?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🌳🌳🌳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[בינוני] בְּאוֹטוֹבּוּס הַטִּיּוּל הָיוּ 60 מְקוֹמוֹת. 50 תַּלְמִידִים עָלוּ. כַּמָּה מְקוֹמוֹת נִשְׁאֲרוּ פְּנוּיִים?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🚌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לְכָל כּוֹכָב בַּצִּיּוּר יֵשׁ 5 קְצָווֹת. כַּמָּה קְצָווֹת יֵשׁ לְ-4 כּוֹכָבִים?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⭐⭐⭐⭐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21. [אתגר] לְדָוִד הָיוּ 20 שְׁקָלִים. סָבָא נָתַן לוֹ עוֹד 50 שְׁקָלִים. הוּא קָנָה מִשְׂחָק בְּ-30 שְׁקָלִים. כַּמָּה שְׁקָלִים נִשְׁאֲרוּ לוֹ?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22. גִּזְרוּ אֶת כַּרְטִיסֵי הַמִּסְפָּרִים, וְהַדְבִּיקוּ לְיַד כָּל צִיּוּר אֶת הַמִּסְפָּר שֶׁלּוֹ.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3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7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5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10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2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23. מִתְחוּ קַו מִכָּל מִסְפָּר אֶל הַשֵּׁם שֶׁלּוֹ.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1. 40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שְׁמוֹנִים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2. 60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תִּשְׁעִים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3. 90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אַרְבָּעִים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4. 80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שִׁשִּׁים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5. 10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ה. עָשָׂר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פרק 6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369A1"/>
          <w:sz w:val="44"/>
          <w:szCs w:val="44"/>
          <w:rtl/>
        </w:rPr>
        <w:t>פרק 6: מדידות: אורך, ימי השבוע, שעון ומטבעות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1_t06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אֹרֶךְ</w:t>
      </w:r>
    </w:p>
    <w:p>
      <w:pPr>
        <w:bidi/>
        <w:spacing w:before="0" w:after="40"/>
        <w:jc w:val="both"/>
      </w:pPr>
      <w:r>
        <w:rPr>
          <w:rtl/>
        </w:rPr>
        <w:t>מַשְׁוִים מֵאוֹתָהּ נְקֻדָּה. מוֹדְדִים בִּיחִידוֹת שָׁווֹת, בְּלִי רְוָחִים.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📏 = 🧩🧩🧩🧩🧩🧩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יְמֵי הַשָּׁבוּעַ</w:t>
      </w:r>
    </w:p>
    <w:p>
      <w:pPr>
        <w:bidi/>
        <w:spacing w:before="0" w:after="20"/>
        <w:jc w:val="both"/>
      </w:pPr>
      <w:r>
        <w:rPr>
          <w:rtl/>
        </w:rPr>
        <w:t>1. רִאשׁוֹן, שֵׁנִי, שְׁלִישִׁי, רְבִיעִי, חֲמִישִׁי, שִׁשִּׁי, שַׁבָּת – 7 יָמִים.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שָׁעוֹן וּמַטְבְּעוֹת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שָׁעָה שְׁלֵמָה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מַטְבְּעוֹת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הַמָּחוֹג הָאָרֹךְ עַל 12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 ₪, 2 ₪, 5 ₪, 10 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קוֹרְאִים: מָה מוֹדְדִים – אֹרֶךְ, זְמַן אוֹ כֶּסֶף?</w:t>
      </w:r>
    </w:p>
    <w:p>
      <w:pPr>
        <w:bidi/>
        <w:spacing w:before="0" w:after="20"/>
        <w:jc w:val="both"/>
      </w:pPr>
      <w:r>
        <w:rPr>
          <w:rtl/>
        </w:rPr>
        <w:t>2. שָׁלָב 2: סוֹפְרִים אֶת הַיְּחִידוֹת: קֻבִּיּוֹת, יָמִים, שָׁעוֹת אוֹ שְׁקָלִים.</w:t>
      </w:r>
    </w:p>
    <w:p>
      <w:pPr>
        <w:bidi/>
        <w:spacing w:before="0" w:after="20"/>
        <w:jc w:val="both"/>
      </w:pPr>
      <w:r>
        <w:rPr>
          <w:rtl/>
        </w:rPr>
        <w:t>3. שָׁלָב 3: מְחַבְּרִים אוֹ מְחַסְּרִים, וְכוֹתְבִים אֶת הַתְּשׁוּבָה עִם הַיְּחִידָה.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הַשִּׁעוּר הִתְחִיל בְּשָׁעָה 8 וְנִמְשַׁךְ 2 שָׁעוֹת. מָתַי נִגְמַר?</w:t>
      </w:r>
    </w:p>
    <w:p>
      <w:pPr>
        <w:bidi/>
        <w:spacing w:before="0" w:after="20"/>
        <w:jc w:val="both"/>
      </w:pPr>
      <w:r>
        <w:rPr>
          <w:rtl/>
        </w:rPr>
        <w:t>1. מוֹסִיפִים שָׁעוֹת – מְחַבְּרִים.</w:t>
      </w:r>
    </w:p>
    <w:p>
      <w:pPr>
        <w:bidi/>
        <w:spacing w:before="0" w:after="20"/>
        <w:jc w:val="both"/>
      </w:pPr>
      <w:r>
        <w:rPr>
          <w:rtl/>
        </w:rPr>
        <w:t>2. ‪8 + 2 = 10‬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הַשִּׁעוּר נִגְמַר בְּשָׁעָה 10.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כַּמָּה אֲטָבִים אָרֹךְ כָּל חֵפֶץ? סִפְרוּ.</w:t>
      </w:r>
    </w:p>
    <w:p>
      <w:pPr>
        <w:bidi/>
        <w:spacing w:before="0" w:after="60"/>
        <w:jc w:val="both"/>
      </w:pPr>
      <w:r>
        <w:rPr>
          <w:rtl/>
        </w:rPr>
        <w:t>א. 🖌️ = 📎📎📎📎 → __________ אֲטָבִים</w:t>
      </w:r>
    </w:p>
    <w:p>
      <w:pPr>
        <w:bidi/>
        <w:spacing w:before="0" w:after="60"/>
        <w:jc w:val="both"/>
      </w:pPr>
      <w:r>
        <w:rPr>
          <w:rtl/>
        </w:rPr>
        <w:t>ב. 🔑 = 📎📎 → __________ אֲטָבִים</w:t>
      </w:r>
    </w:p>
    <w:p>
      <w:pPr>
        <w:bidi/>
        <w:spacing w:before="0" w:after="60"/>
        <w:jc w:val="both"/>
      </w:pPr>
      <w:r>
        <w:rPr>
          <w:rtl/>
        </w:rPr>
        <w:t>ג. 📕 = 📎📎📎📎📎📎📎 → __________ אֲטָבִים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כִּתְבוּ אֶת הַיּוֹם שֶׁבָּא לִפְנֵי.</w:t>
      </w:r>
    </w:p>
    <w:p>
      <w:pPr>
        <w:bidi/>
        <w:spacing w:before="0" w:after="60"/>
        <w:jc w:val="both"/>
      </w:pPr>
      <w:r>
        <w:rPr>
          <w:rtl/>
        </w:rPr>
        <w:t>א. __________, שְׁלִישִׁי</w:t>
      </w:r>
    </w:p>
    <w:p>
      <w:pPr>
        <w:bidi/>
        <w:spacing w:before="0" w:after="60"/>
        <w:jc w:val="both"/>
      </w:pPr>
      <w:r>
        <w:rPr>
          <w:rtl/>
        </w:rPr>
        <w:t>ב. __________, שַׁבָּת</w:t>
      </w:r>
    </w:p>
    <w:p>
      <w:pPr>
        <w:bidi/>
        <w:spacing w:before="0" w:after="60"/>
        <w:jc w:val="both"/>
      </w:pPr>
      <w:r>
        <w:rPr>
          <w:rtl/>
        </w:rPr>
        <w:t>ג. __________, שֵׁנִי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מָה הַשָּׁעָה?</w:t>
      </w:r>
    </w:p>
    <w:p>
      <w:pPr>
        <w:bidi/>
        <w:spacing w:before="0" w:after="60"/>
        <w:jc w:val="both"/>
      </w:pPr>
      <w:r>
        <w:rPr>
          <w:rtl/>
        </w:rPr>
        <w:t>א. 🕑 = ‪__________:00‬</w:t>
      </w:r>
    </w:p>
    <w:p>
      <w:pPr>
        <w:bidi/>
        <w:spacing w:before="0" w:after="60"/>
        <w:jc w:val="both"/>
      </w:pPr>
      <w:r>
        <w:rPr>
          <w:rtl/>
        </w:rPr>
        <w:t>ב. 🕕 = ‪__________:00‬</w:t>
      </w:r>
    </w:p>
    <w:p>
      <w:pPr>
        <w:bidi/>
        <w:spacing w:before="0" w:after="60"/>
        <w:jc w:val="both"/>
      </w:pPr>
      <w:r>
        <w:rPr>
          <w:rtl/>
        </w:rPr>
        <w:t>ג. 🕚 = ‪__________:00‬</w:t>
      </w:r>
    </w:p>
    <w:p>
      <w:pPr>
        <w:bidi/>
        <w:spacing w:before="0" w:after="60"/>
        <w:jc w:val="both"/>
      </w:pPr>
      <w:r>
        <w:rPr>
          <w:rtl/>
        </w:rPr>
        <w:t>ד. 🕙 = ‪__________:00‬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כַּמָּה כֶּסֶף? חַשְּׁבוּ.</w:t>
      </w:r>
    </w:p>
    <w:p>
      <w:pPr>
        <w:bidi/>
        <w:spacing w:before="0" w:after="60"/>
        <w:jc w:val="both"/>
      </w:pPr>
      <w:r>
        <w:rPr>
          <w:rtl/>
        </w:rPr>
        <w:t>א. 10 ₪ + 10 ₪ = __________ ₪</w:t>
      </w:r>
    </w:p>
    <w:p>
      <w:pPr>
        <w:bidi/>
        <w:spacing w:before="0" w:after="60"/>
        <w:jc w:val="both"/>
      </w:pPr>
      <w:r>
        <w:rPr>
          <w:rtl/>
        </w:rPr>
        <w:t>ב. 5 ₪ + 5 ₪ + 2 ₪ = __________ ₪</w:t>
      </w:r>
    </w:p>
    <w:p>
      <w:pPr>
        <w:bidi/>
        <w:spacing w:before="0" w:after="60"/>
        <w:jc w:val="both"/>
      </w:pPr>
      <w:r>
        <w:rPr>
          <w:rtl/>
        </w:rPr>
        <w:t>ג. 20 ₪ − 5 ₪ = __________ ₪</w:t>
      </w:r>
    </w:p>
    <w:p>
      <w:pPr>
        <w:bidi/>
        <w:spacing w:before="0" w:after="60"/>
        <w:jc w:val="both"/>
      </w:pPr>
      <w:r>
        <w:rPr>
          <w:rtl/>
        </w:rPr>
        <w:t>ד. 1 ₪ + 2 ₪ + 5 ₪ = __________ 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חַשְּׁבוּ כַּמָּה שָׁעוֹת.</w:t>
      </w:r>
    </w:p>
    <w:p>
      <w:pPr>
        <w:bidi/>
        <w:spacing w:before="0" w:after="60"/>
        <w:jc w:val="both"/>
      </w:pPr>
      <w:r>
        <w:rPr>
          <w:rtl/>
        </w:rPr>
        <w:t>א. ‪5 + 2 = __________‬ (שָׁעוֹת)</w:t>
      </w:r>
    </w:p>
    <w:p>
      <w:pPr>
        <w:bidi/>
        <w:spacing w:before="0" w:after="60"/>
        <w:jc w:val="both"/>
      </w:pPr>
      <w:r>
        <w:rPr>
          <w:rtl/>
        </w:rPr>
        <w:t>ב. ‪8 + 3 = __________‬ (שָׁעוֹת)</w:t>
      </w:r>
    </w:p>
    <w:p>
      <w:pPr>
        <w:bidi/>
        <w:spacing w:before="0" w:after="60"/>
        <w:jc w:val="both"/>
      </w:pPr>
      <w:r>
        <w:rPr>
          <w:rtl/>
        </w:rPr>
        <w:t>ג. ‪10 − 4 = __________‬ (שָׁעוֹת)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הַשְׁלִימוּ: כַּמָּה עֹדֶף מִ-10 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הַמְּחִיר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שִׁלַּמְתִּי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עֹדֶף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[קל] הַתְאִימוּ כָּל שָׁעוֹן לַשָּׁעָה.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‪5:00‬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‪12:00‬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‪3:00‬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🕛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‪8:00‬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שַׁבָּת הוּא הַיּוֹם הַשְּׁבִיעִי בַּשָּׁבוּעַ.      נכון / לא נכון</w:t>
      </w:r>
    </w:p>
    <w:p>
      <w:pPr>
        <w:bidi/>
        <w:spacing w:before="0" w:after="60"/>
        <w:jc w:val="both"/>
      </w:pPr>
      <w:r>
        <w:rPr>
          <w:rtl/>
        </w:rPr>
        <w:t>ב. 5 ₪ + 5 ₪ = 15 ₪      נכון / לא נכון</w:t>
      </w:r>
    </w:p>
    <w:p>
      <w:pPr>
        <w:bidi/>
        <w:spacing w:before="0" w:after="60"/>
        <w:jc w:val="both"/>
      </w:pPr>
      <w:r>
        <w:rPr>
          <w:rtl/>
        </w:rPr>
        <w:t>ג. אֶת אֹרֶךְ הַשֻּׁלְחָן מוֹדְדִים בְּשָׁעוֹן.      נכון / לא נכון</w:t>
      </w:r>
    </w:p>
    <w:p>
      <w:pPr>
        <w:bidi/>
        <w:spacing w:before="0" w:after="60"/>
        <w:jc w:val="both"/>
      </w:pPr>
      <w:r>
        <w:rPr>
          <w:rtl/>
        </w:rPr>
        <w:t>ד. בְּ-‪4:00‬ הַמָּחוֹג הַקָּצָר עַל 4.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מַיְּנוּ: מָה לוֹקֵחַ דַּקּוֹת וּמָה לוֹקֵחַ שָׁעוֹת?</w:t>
      </w:r>
    </w:p>
    <w:p>
      <w:pPr>
        <w:bidi/>
        <w:spacing w:before="0" w:after="80"/>
        <w:jc w:val="both"/>
      </w:pPr>
      <w:r>
        <w:rPr>
          <w:color w:val="0369A1"/>
          <w:sz w:val="24"/>
          <w:szCs w:val="24"/>
          <w:rtl/>
        </w:rPr>
        <w:t>המילים: לְצַחְצֵחַ שִׁנַּיִם  |  לִישֹׁן בַּלַּיְלָה  |  לִשְׁתּוֹת כּוֹס מַיִם  |  יוֹם לִמּוּדִים  |  לִנְעֹל נַעֲלַיִם  |  נְסִיעָה לְאֵילַת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דַּקּוֹת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שָׁעוֹת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[קל] הַקִּיפוּ אֶת הַחֵפֶץ הָאָרֹךְ יוֹתֵר בְּכָל שׁוּרָה.</w:t>
      </w:r>
    </w:p>
    <w:p>
      <w:pPr>
        <w:bidi/>
        <w:spacing w:before="0" w:after="100"/>
        <w:jc w:val="both"/>
      </w:pPr>
      <w:r>
        <w:rPr>
          <w:rtl/>
        </w:rPr>
        <w:t>א. מַחַק    עִפָּרוֹן</w:t>
      </w:r>
    </w:p>
    <w:p>
      <w:pPr>
        <w:bidi/>
        <w:spacing w:before="0" w:after="100"/>
        <w:jc w:val="both"/>
      </w:pPr>
      <w:r>
        <w:rPr>
          <w:rtl/>
        </w:rPr>
        <w:t>ב. אוֹטוֹבּוּס    אוֹפַנַּיִם</w:t>
      </w:r>
    </w:p>
    <w:p>
      <w:pPr>
        <w:bidi/>
        <w:spacing w:before="0" w:after="100"/>
        <w:jc w:val="both"/>
      </w:pPr>
      <w:r>
        <w:rPr>
          <w:rtl/>
        </w:rPr>
        <w:t>ג. כַּף    מַגָּב</w:t>
      </w:r>
    </w:p>
    <w:p>
      <w:pPr>
        <w:bidi/>
        <w:spacing w:before="0" w:after="100"/>
        <w:jc w:val="both"/>
      </w:pPr>
      <w:r>
        <w:rPr>
          <w:rtl/>
        </w:rPr>
        <w:t>ד. סֵפֶר    שֻׁלְחָן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כַּמָּה יָמִים יֵשׁ בַּשָּׁבוּעַ?</w:t>
      </w:r>
    </w:p>
    <w:p>
      <w:pPr>
        <w:bidi/>
        <w:spacing w:before="0" w:after="80"/>
        <w:jc w:val="both"/>
      </w:pPr>
      <w:r>
        <w:rPr>
          <w:rtl/>
        </w:rPr>
        <w:t xml:space="preserve">   ○ 5      ○ 10      ○ 7</w:t>
      </w:r>
    </w:p>
    <w:p>
      <w:pPr>
        <w:bidi/>
        <w:spacing w:before="0" w:after="20"/>
        <w:jc w:val="both"/>
      </w:pPr>
      <w:r>
        <w:rPr>
          <w:rtl/>
        </w:rPr>
        <w:t>ב. בְּמָה מְשַׁלְּמִים 10 ₪?</w:t>
      </w:r>
    </w:p>
    <w:p>
      <w:pPr>
        <w:bidi/>
        <w:spacing w:before="0" w:after="80"/>
        <w:jc w:val="both"/>
      </w:pPr>
      <w:r>
        <w:rPr>
          <w:rtl/>
        </w:rPr>
        <w:t xml:space="preserve">   ○ 5 ₪ + 5 ₪      ○ 5 ₪ + 2 ₪      ○ 2 ₪ + 2 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סִפְרוּ אֶת הַמַּטְבְּעוֹת.</w:t>
      </w:r>
    </w:p>
    <w:p>
      <w:pPr>
        <w:bidi/>
        <w:spacing w:before="0" w:after="60"/>
        <w:jc w:val="both"/>
      </w:pPr>
      <w:r>
        <w:rPr>
          <w:rtl/>
        </w:rPr>
        <w:t>א. 🪙🪙🪙 שֶׁל 2 ₪ = __________ ₪</w:t>
      </w:r>
    </w:p>
    <w:p>
      <w:pPr>
        <w:bidi/>
        <w:spacing w:before="0" w:after="60"/>
        <w:jc w:val="both"/>
      </w:pPr>
      <w:r>
        <w:rPr>
          <w:rtl/>
        </w:rPr>
        <w:t>ב. 🪙🪙 שֶׁל 5 ₪ = __________ ₪</w:t>
      </w:r>
    </w:p>
    <w:p>
      <w:pPr>
        <w:bidi/>
        <w:spacing w:before="0" w:after="60"/>
        <w:jc w:val="both"/>
      </w:pPr>
      <w:r>
        <w:rPr>
          <w:rtl/>
        </w:rPr>
        <w:t>ג. 🪙🪙🪙🪙 שֶׁל 1 ₪ = __________ 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צַיְּרוּ שָׁעוֹן שֶׁמַּרְאֶה אֶת הַשָּׁעָה ‪2:00‬.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מִדְדוּ בַּעֲזָרַת אֲטָבִים: הַמַּחְבֶּרֶת שֶׁלָּכֶם וְהַקַּלְמָר. מָה אָרֹךְ יוֹתֵר?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אֶתְגָּר: הַיּוֹם יוֹם שְׁלִישִׁי. אֵיזֶה יוֹם יִהְיֶה בְּעוֹד 4 יָמִים?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369A1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הַנָּחָשׁ בַּצִּיּוּר אָרֹךְ 9 קֻבִּיּוֹת. הַתּוֹלַעַת אֲרֻכָּה 4 קֻבִּיּוֹת. בְּכַמָּה הַנָּחָשׁ אָרֹךְ יוֹתֵר?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🐍 🐛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[קל] לְאוּרִי יֵשׁ מַטְבֵּעַ שֶׁל 10 ₪ וּמַטְבֵּעַ שֶׁל 1 ₪. כַּמָּה כֶּסֶף יֵשׁ לְאוּרִי?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🪙 🪙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גְּלִידָה עוֹלָה 8 ₪. עִידוֹ שִׁלֵּם בְּמַטְבֵּעַ שֶׁל 10 ₪. כַּמָּה עֹדֶף קִבֵּל?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🍦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[בינוני] הַמִּשְׂחָק בַּפַּארְק הִתְחִיל בְּשָׁעָה 4 וְנִגְמַר בְּשָׁעָה 6. כַּמָּה שָׁעוֹת נִמְשַׁךְ הַמִּשְׂחָק?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⚽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מֹשֶׁה הוֹלֵךְ לְחוּג כָּל יוֹם, מִיּוֹם רִאשׁוֹן עַד יוֹם חֲמִישִׁי. בְּכַמָּה יָמִים בַּשָּׁבוּעַ הוּא הוֹלֵךְ לַחוּג?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21. [אתגר] לְאֵלִיָּה 3 מַטְבְּעוֹת שֶׁל 2 ₪ וּמַטְבֵּעַ שֶׁל 5 ₪. הוּא רוֹצֶה לִקְנוֹת כַּדּוּר בְּ-9 ₪. כַּמָּה כֶּסֶף יִשָּׁאֵר לוֹ?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22. גִּזְרוּ אֶת כַּרְטִיסֵי יְמֵי הַשָּׁבוּעַ, וְהַדְבִּיקוּ אוֹתָם לְפִי הַסֵּדֶר.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1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2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3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4</w:t>
            </w:r>
          </w:p>
        </w:tc>
      </w:tr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5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6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7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23.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אָרֹךְ – </w:t>
            </w:r>
            <w:r>
              <w:rPr>
                <w:sz w:val="24"/>
                <w:szCs w:val="24"/>
                <w:rtl/>
              </w:rPr>
              <w:t>יֵשׁ לוֹ אֹרֶךְ רַב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קָצָר – </w:t>
            </w:r>
            <w:r>
              <w:rPr>
                <w:sz w:val="24"/>
                <w:szCs w:val="24"/>
                <w:rtl/>
              </w:rPr>
              <w:t>יֵשׁ לוֹ אֹרֶךְ קָטָן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שָׁבוּעַ – </w:t>
            </w:r>
            <w:r>
              <w:rPr>
                <w:sz w:val="24"/>
                <w:szCs w:val="24"/>
                <w:rtl/>
              </w:rPr>
              <w:t>שִׁבְעָה יָמִים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מַטְבֵּעַ – </w:t>
            </w:r>
            <w:r>
              <w:rPr>
                <w:sz w:val="24"/>
                <w:szCs w:val="24"/>
                <w:rtl/>
              </w:rPr>
              <w:t>כֶּסֶף עָגֹל מִמַּתֶּכֶת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צַיְּרוּ שְׁנֵי עֶפְרוֹנוֹת: אֶחָד אָרֹךְ וְאֶחָד קָצָר.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פרק 7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369A1"/>
          <w:sz w:val="44"/>
          <w:szCs w:val="44"/>
          <w:rtl/>
        </w:rPr>
        <w:t>פרק 7: צורות: משולש, ריבוע, מלבן ועיגול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216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1_t07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הַצּוּרוֹת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הַצּוּרָה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צְלָעוֹת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קָדְקֳדִים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מְשֻׁלָּשׁ 🔺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רִבּוּעַ 🟦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מַלְבֵּן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עִגּוּל 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רִבּוּעַ אוֹ מַלְבֵּן?</w:t>
      </w:r>
    </w:p>
    <w:p>
      <w:pPr>
        <w:bidi/>
        <w:spacing w:before="0" w:after="20"/>
        <w:jc w:val="both"/>
      </w:pPr>
      <w:r>
        <w:rPr>
          <w:rtl/>
        </w:rPr>
        <w:t>1. בְּרִבּוּעַ כָּל 4 הַצְּלָעוֹת שָׁווֹת.</w:t>
      </w:r>
    </w:p>
    <w:p>
      <w:pPr>
        <w:bidi/>
        <w:spacing w:before="0" w:after="20"/>
        <w:jc w:val="both"/>
      </w:pPr>
      <w:r>
        <w:rPr>
          <w:rtl/>
        </w:rPr>
        <w:t>2. בְּמַלְבֵּן 2 צְלָעוֹת אֲרֻכּוֹת וְ-2 קְצָרוֹת.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8"/>
          <w:szCs w:val="28"/>
          <w:rtl/>
        </w:rPr>
        <w:t>◆ קָדְקֹד</w:t>
      </w:r>
    </w:p>
    <w:p>
      <w:pPr>
        <w:bidi/>
        <w:spacing w:before="0" w:after="40"/>
        <w:jc w:val="both"/>
      </w:pPr>
      <w:r>
        <w:rPr>
          <w:rtl/>
        </w:rPr>
        <w:t>קָדְקֹד הוּא הַפִּנָּה שֶׁבָּהּ נִפְגָּשׁוֹת שְׁתֵּי צְלָעוֹת.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369A1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מִסְתַּכְּלִים: הַאִם הַקַּוִּים יְשָׁרִים אוֹ עֲגֻלִּים?</w:t>
      </w:r>
    </w:p>
    <w:p>
      <w:pPr>
        <w:bidi/>
        <w:spacing w:before="0" w:after="20"/>
        <w:jc w:val="both"/>
      </w:pPr>
      <w:r>
        <w:rPr>
          <w:rtl/>
        </w:rPr>
        <w:t>2. שָׁלָב 2: סוֹפְרִים אֶת הַצְּלָעוֹת וְאֶת הַקָּדְקֳדִים.</w:t>
      </w:r>
    </w:p>
    <w:p>
      <w:pPr>
        <w:bidi/>
        <w:spacing w:before="0" w:after="20"/>
        <w:jc w:val="both"/>
      </w:pPr>
      <w:r>
        <w:rPr>
          <w:rtl/>
        </w:rPr>
        <w:t>3. שָׁלָב ‪3: 3‬ צְלָעוֹת – מְשֻׁלָּשׁ. 4 צְלָעוֹת – רִבּוּעַ אוֹ מַלְבֵּן. בְּלִי צְלָעוֹת – עִגּוּל.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לְאֵיזוֹ צוּרָה 4 צְלָעוֹת שָׁווֹת?</w:t>
      </w:r>
    </w:p>
    <w:p>
      <w:pPr>
        <w:bidi/>
        <w:spacing w:before="0" w:after="20"/>
        <w:jc w:val="both"/>
      </w:pPr>
      <w:r>
        <w:rPr>
          <w:rtl/>
        </w:rPr>
        <w:t>1. סוֹפְרִים צְלָעוֹת: 4 – רִבּוּעַ אוֹ מַלְבֵּן.</w:t>
      </w:r>
    </w:p>
    <w:p>
      <w:pPr>
        <w:bidi/>
        <w:spacing w:before="0" w:after="20"/>
        <w:jc w:val="both"/>
      </w:pPr>
      <w:r>
        <w:rPr>
          <w:rtl/>
        </w:rPr>
        <w:t>2. כָּל הַצְּלָעוֹת שָׁווֹת – זֶה רִבּוּעַ.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רִבּוּעַ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כַּמָּה צְלָעוֹת וְכַמָּה קָדְקֳדִים?</w:t>
      </w:r>
    </w:p>
    <w:p>
      <w:pPr>
        <w:bidi/>
        <w:spacing w:before="0" w:after="60"/>
        <w:jc w:val="both"/>
      </w:pPr>
      <w:r>
        <w:rPr>
          <w:rtl/>
        </w:rPr>
        <w:t>א. 🔺 צְלָעוֹת: __________</w:t>
      </w:r>
    </w:p>
    <w:p>
      <w:pPr>
        <w:bidi/>
        <w:spacing w:before="0" w:after="60"/>
        <w:jc w:val="both"/>
      </w:pPr>
      <w:r>
        <w:rPr>
          <w:rtl/>
        </w:rPr>
        <w:t>ב. 🔺 קָדְקֳדִים: __________</w:t>
      </w:r>
    </w:p>
    <w:p>
      <w:pPr>
        <w:bidi/>
        <w:spacing w:before="0" w:after="60"/>
        <w:jc w:val="both"/>
      </w:pPr>
      <w:r>
        <w:rPr>
          <w:rtl/>
        </w:rPr>
        <w:t>ג. 🟥 צְלָעוֹת: __________</w:t>
      </w:r>
    </w:p>
    <w:p>
      <w:pPr>
        <w:bidi/>
        <w:spacing w:before="0" w:after="60"/>
        <w:jc w:val="both"/>
      </w:pPr>
      <w:r>
        <w:rPr>
          <w:rtl/>
        </w:rPr>
        <w:t>ד. 🟥 קָדְקֳדִים: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סִפְרוּ אֶת הַצּוּרוֹת.</w:t>
      </w:r>
    </w:p>
    <w:p>
      <w:pPr>
        <w:bidi/>
        <w:spacing w:before="0" w:after="60"/>
        <w:jc w:val="both"/>
      </w:pPr>
      <w:r>
        <w:rPr>
          <w:rtl/>
        </w:rPr>
        <w:t>א. 🔺🔺 = __________ מְשֻׁלָּשִׁים</w:t>
      </w:r>
    </w:p>
    <w:p>
      <w:pPr>
        <w:bidi/>
        <w:spacing w:before="0" w:after="60"/>
        <w:jc w:val="both"/>
      </w:pPr>
      <w:r>
        <w:rPr>
          <w:rtl/>
        </w:rPr>
        <w:t>ב. ⚪⚪⚪⚪⚪ = __________ עִגּוּלִים</w:t>
      </w:r>
    </w:p>
    <w:p>
      <w:pPr>
        <w:bidi/>
        <w:spacing w:before="0" w:after="60"/>
        <w:jc w:val="both"/>
      </w:pPr>
      <w:r>
        <w:rPr>
          <w:rtl/>
        </w:rPr>
        <w:t>ג. 🟥🟥🟥🟥🟥🟥🟥 = __________ רִבּוּעִים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כִּתְבוּ אֶת שֵׁם הַצּוּרָה.</w:t>
      </w:r>
    </w:p>
    <w:p>
      <w:pPr>
        <w:bidi/>
        <w:spacing w:before="0" w:after="60"/>
        <w:jc w:val="both"/>
      </w:pPr>
      <w:r>
        <w:rPr>
          <w:rtl/>
        </w:rPr>
        <w:t>א. 3 צְלָעוֹת: __________</w:t>
      </w:r>
    </w:p>
    <w:p>
      <w:pPr>
        <w:bidi/>
        <w:spacing w:before="0" w:after="60"/>
        <w:jc w:val="both"/>
      </w:pPr>
      <w:r>
        <w:rPr>
          <w:rtl/>
        </w:rPr>
        <w:t>ב. בְּלִי צְלָעוֹת: __________</w:t>
      </w:r>
    </w:p>
    <w:p>
      <w:pPr>
        <w:bidi/>
        <w:spacing w:before="0" w:after="60"/>
        <w:jc w:val="both"/>
      </w:pPr>
      <w:r>
        <w:rPr>
          <w:rtl/>
        </w:rPr>
        <w:t>ג. 4 צְלָעוֹת שָׁווֹת: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כַּמָּה צוּרוֹת בַּצִּיּוּר? 🔺⚪🔺🟦⚪🔺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מְשֻׁלָּשִׁים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עִגּוּלִים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רִבּוּעִים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הַתְאִימוּ כָּל חֵפֶץ לַצּוּרָה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⏰ שָׁעוֹן קִיר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עִגּוּל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📱 טֶלֶפוֹן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רִבּוּעַ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🧀 פְּרוּסַת גְּבִינָה מְשֻׁלֶּשֶׁת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מַלְבֵּן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🎲 צַד שֶׁל קֻבִּיָּה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מְשֻׁלָּשׁ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לְרִבּוּעַ יֵשׁ 4 קָדְקֳדִים.      נכון / לא נכון</w:t>
      </w:r>
    </w:p>
    <w:p>
      <w:pPr>
        <w:bidi/>
        <w:spacing w:before="0" w:after="60"/>
        <w:jc w:val="both"/>
      </w:pPr>
      <w:r>
        <w:rPr>
          <w:rtl/>
        </w:rPr>
        <w:t>ב. לִמְשֻׁלָּשׁ יֵשׁ 4 צְלָעוֹת.      נכון / לא נכון</w:t>
      </w:r>
    </w:p>
    <w:p>
      <w:pPr>
        <w:bidi/>
        <w:spacing w:before="0" w:after="60"/>
        <w:jc w:val="both"/>
      </w:pPr>
      <w:r>
        <w:rPr>
          <w:rtl/>
        </w:rPr>
        <w:t>ג. גַּלְגַּל הוּא עִגּוּל.      נכון / לא נכון</w:t>
      </w:r>
    </w:p>
    <w:p>
      <w:pPr>
        <w:bidi/>
        <w:spacing w:before="0" w:after="60"/>
        <w:jc w:val="both"/>
      </w:pPr>
      <w:r>
        <w:rPr>
          <w:rtl/>
        </w:rPr>
        <w:t>ד. בְּמַלְבֵּן כָּל הַצְּלָעוֹת תָּמִיד שָׁווֹת.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מַיְּנוּ: 3 צְלָעוֹת אוֹ 4 צְלָעוֹת?</w:t>
      </w:r>
    </w:p>
    <w:p>
      <w:pPr>
        <w:bidi/>
        <w:spacing w:before="0" w:after="80"/>
        <w:jc w:val="both"/>
      </w:pPr>
      <w:r>
        <w:rPr>
          <w:color w:val="0369A1"/>
          <w:sz w:val="24"/>
          <w:szCs w:val="24"/>
          <w:rtl/>
        </w:rPr>
        <w:t>המילים: מְשֻׁלָּשׁ  |  רִבּוּעַ  |  מַלְבֵּן  |  🔺  |  🟦  |  מְשֻׁלָּשׁ קָטָן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 צְלָעוֹת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 צְלָעוֹת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[קל] הַקִּיפוּ אֶת הַצּוּרָה שֶׁאֵין לָהּ קָדְקֳדִים.</w:t>
      </w:r>
    </w:p>
    <w:p>
      <w:pPr>
        <w:bidi/>
        <w:spacing w:before="0" w:after="100"/>
        <w:jc w:val="both"/>
      </w:pPr>
      <w:r>
        <w:rPr>
          <w:rtl/>
        </w:rPr>
        <w:t>א. 🔺    ⚪    🟦</w:t>
      </w:r>
    </w:p>
    <w:p>
      <w:pPr>
        <w:bidi/>
        <w:spacing w:before="0" w:after="100"/>
        <w:jc w:val="both"/>
      </w:pPr>
      <w:r>
        <w:rPr>
          <w:rtl/>
        </w:rPr>
        <w:t>ב. 🟥    🔺    ⚪</w:t>
      </w:r>
    </w:p>
    <w:p>
      <w:pPr>
        <w:bidi/>
        <w:spacing w:before="0" w:after="100"/>
        <w:jc w:val="both"/>
      </w:pPr>
      <w:r>
        <w:rPr>
          <w:rtl/>
        </w:rPr>
        <w:t>ג. ⚪    🟥    🔺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לְאֵיזוֹ צוּרָה אֵין קָדְקֳדִים?</w:t>
      </w:r>
    </w:p>
    <w:p>
      <w:pPr>
        <w:bidi/>
        <w:spacing w:before="0" w:after="80"/>
        <w:jc w:val="both"/>
      </w:pPr>
      <w:r>
        <w:rPr>
          <w:rtl/>
        </w:rPr>
        <w:t xml:space="preserve">   ○ מַלְבֵּן      ○ עִגּוּל      ○ מְשֻׁלָּשׁ</w:t>
      </w:r>
    </w:p>
    <w:p>
      <w:pPr>
        <w:bidi/>
        <w:spacing w:before="0" w:after="20"/>
        <w:jc w:val="both"/>
      </w:pPr>
      <w:r>
        <w:rPr>
          <w:rtl/>
        </w:rPr>
        <w:t>ב. כַּמָּה צְלָעוֹת לְרִבּוּעַ?</w:t>
      </w:r>
    </w:p>
    <w:p>
      <w:pPr>
        <w:bidi/>
        <w:spacing w:before="0" w:after="80"/>
        <w:jc w:val="both"/>
      </w:pPr>
      <w:r>
        <w:rPr>
          <w:rtl/>
        </w:rPr>
        <w:t xml:space="preserve">   ○ 4      ○ 3      ○ 5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הַמְשִׁיכוּ אֶת הַדֶּגֶם.</w:t>
      </w:r>
    </w:p>
    <w:p>
      <w:pPr>
        <w:bidi/>
        <w:spacing w:before="0" w:after="60"/>
        <w:jc w:val="both"/>
      </w:pPr>
      <w:r>
        <w:rPr>
          <w:rtl/>
        </w:rPr>
        <w:t>א. 🔺⚪🔺⚪🔺 __________</w:t>
      </w:r>
    </w:p>
    <w:p>
      <w:pPr>
        <w:bidi/>
        <w:spacing w:before="0" w:after="60"/>
        <w:jc w:val="both"/>
      </w:pPr>
      <w:r>
        <w:rPr>
          <w:rtl/>
        </w:rPr>
        <w:t>ב. 🟦🟦🔺🟦🟦🔺🟦🟦 __________</w:t>
      </w:r>
    </w:p>
    <w:p>
      <w:pPr>
        <w:bidi/>
        <w:spacing w:before="0" w:after="60"/>
        <w:jc w:val="both"/>
      </w:pPr>
      <w:r>
        <w:rPr>
          <w:rtl/>
        </w:rPr>
        <w:t>ג. ⚪🔺🟦⚪🔺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חַשְּׁבוּ קָדְקֳדִים.</w:t>
      </w:r>
    </w:p>
    <w:p>
      <w:pPr>
        <w:bidi/>
        <w:spacing w:before="0" w:after="60"/>
        <w:jc w:val="both"/>
      </w:pPr>
      <w:r>
        <w:rPr>
          <w:rtl/>
        </w:rPr>
        <w:t>א. 3 מְשֻׁלָּשִׁים: ‪3 + 3 + 3 = __________‬</w:t>
      </w:r>
    </w:p>
    <w:p>
      <w:pPr>
        <w:bidi/>
        <w:spacing w:before="0" w:after="60"/>
        <w:jc w:val="both"/>
      </w:pPr>
      <w:r>
        <w:rPr>
          <w:rtl/>
        </w:rPr>
        <w:t>ב. 2 רִבּוּעִים: ‪4 + 4 = __________‬</w:t>
      </w:r>
    </w:p>
    <w:p>
      <w:pPr>
        <w:bidi/>
        <w:spacing w:before="0" w:after="60"/>
        <w:jc w:val="both"/>
      </w:pPr>
      <w:r>
        <w:rPr>
          <w:rtl/>
        </w:rPr>
        <w:t>ג. עִגּוּל וּמְשֻׁלָּשׁ: ‪0 + 3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צַיְּרוּ בַּמַּשְׁבְּצוֹת מַלְבֵּן. סַמְּנוּ אֶת הַצְּלָעוֹת הָאֲרֻכּוֹת בְּכָחֹל.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צַיְּרוּ בַּיִת מִצּוּרוֹת: רִבּוּעַ, מְשֻׁלָּשׁ וּמַלְבֵּן. כַּמָּה צוּרוֹת הִשְׁתַּמַּשְׁתֶּם?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אֶתְגָּר: כַּמָּה מְשֻׁלָּשִׁים מְקַבְּלִים אִם חוֹתְכִים רִבּוּעַ בִּשְׁנֵי קַוִּים מִקָּדְקֹד לְקָדְקֹד?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369A1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בַּמַּחְבֶּרֶת צִיֵּר אוּרִי 6 רִבּוּעִים וְ-2 עִגּוּלִים. כַּמָּה צוּרוֹת צִיֵּר?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🟦🟦🟦🟦🟦🟦 ⚪⚪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עַל הַשֻּׁלְחָן 8 צַלָּחוֹת עֲגֻלּוֹת. אַבָּא לָקַח 3 צַלָּחוֹת. כַּמָּה צַלָּחוֹת נִשְׁאֲרוּ עַל הַשֻּׁלְחָן?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🍽️🍽️🍽️🍽️🍽️🍽️🍽️🍽️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עוֹמֶר בָּנָה 2 רִבּוּעִים מִגַּפְרוּרִים. כַּמָּה גַּפְרוּרִים הִשְׁתַּמֵּשׁ? (לְכָל צֵלָע גַּפְרוּר אֶחָד)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🟦🟦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בַּשַּׂקִּית 10 קֻבִּיּוֹת. 6 קֻבִּיּוֹת אֲדֻמּוֹת, וְהַשְּׁאָר כְּחֻלּוֹת. כַּמָּה קֻבִּיּוֹת כְּחֻלּוֹת?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לְמַלְבֵּן אֶחָד וּלְעִגּוּל אֶחָד – כַּמָּה קָדְקֳדִים יֵשׁ יַחַד?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לְעִידוֹ הָיוּ 12 מַקְלוֹת. הוּא בָּנָה רִבּוּעַ אֶחָד וּמְשֻׁלָּשׁ אֶחָד. כַּמָּה מַקְלוֹת נִשְׁאֲרוּ לוֹ?</w:t>
      </w:r>
    </w:p>
    <w:p>
      <w:pPr>
        <w:bidi/>
        <w:spacing w:before="0" w:after="20"/>
        <w:jc w:val="both"/>
      </w:pPr>
      <w:r>
        <w:rPr>
          <w:b/>
          <w:bCs/>
          <w:color w:val="0369A1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21. גִּזְרוּ אֶת כַּרְטִיסֵי הַצּוּרוֹת, וְהַדְבִּיקוּ כָּל צוּרָה בָּעַמּוּדָה הַמַּתְאִימָה.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מְשֻׁלָּשׁ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רִבּוּעַ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עִגּוּל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60" w:hRule="exact"/>
        </w:trPr>
        <w:tc>
          <w:tcPr>
            <w:tcW w:type="dxa" w:w="3288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22. מִתְחוּ קַו מִכָּל צוּרָה אֶל מִסְפַּר הַצְּלָעוֹת שֶׁלָּהּ.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מְשֻׁלָּשׁ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3 צְלָעוֹת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רִבּוּעַ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4 צְלָעוֹת שָׁווֹת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עִגּוּל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אֵין צְלָעוֹת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369A1"/>
          <w:sz w:val="44"/>
          <w:szCs w:val="44"/>
          <w:rtl/>
        </w:rPr>
        <w:t>חזרה – מה למדנו?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[בינוני] חַשְּׁבוּ.</w:t>
      </w:r>
    </w:p>
    <w:p>
      <w:pPr>
        <w:bidi/>
        <w:spacing w:before="0" w:after="60"/>
        <w:jc w:val="both"/>
      </w:pPr>
      <w:r>
        <w:rPr>
          <w:rtl/>
        </w:rPr>
        <w:t>א. ‪4 + 5 = __________‬</w:t>
      </w:r>
    </w:p>
    <w:p>
      <w:pPr>
        <w:bidi/>
        <w:spacing w:before="0" w:after="60"/>
        <w:jc w:val="both"/>
      </w:pPr>
      <w:r>
        <w:rPr>
          <w:rtl/>
        </w:rPr>
        <w:t>ב. ‪10 − 6 = __________‬</w:t>
      </w:r>
    </w:p>
    <w:p>
      <w:pPr>
        <w:bidi/>
        <w:spacing w:before="0" w:after="60"/>
        <w:jc w:val="both"/>
      </w:pPr>
      <w:r>
        <w:rPr>
          <w:rtl/>
        </w:rPr>
        <w:t>ג. ‪13 + 4 = __________‬</w:t>
      </w:r>
    </w:p>
    <w:p>
      <w:pPr>
        <w:bidi/>
        <w:spacing w:before="0" w:after="60"/>
        <w:jc w:val="both"/>
      </w:pPr>
      <w:r>
        <w:rPr>
          <w:rtl/>
        </w:rPr>
        <w:t>ד. ‪18 − 5 = __________‬</w:t>
      </w:r>
    </w:p>
    <w:p>
      <w:pPr>
        <w:bidi/>
        <w:spacing w:before="0" w:after="60"/>
        <w:jc w:val="both"/>
      </w:pPr>
      <w:r>
        <w:rPr>
          <w:rtl/>
        </w:rPr>
        <w:t>ה. ‪8 + 7 = __________‬</w:t>
      </w:r>
    </w:p>
    <w:p>
      <w:pPr>
        <w:bidi/>
        <w:spacing w:before="0" w:after="60"/>
        <w:jc w:val="both"/>
      </w:pPr>
      <w:r>
        <w:rPr>
          <w:rtl/>
        </w:rPr>
        <w:t>ו. ‪14 − 6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[בינוני] הַשְׁווּ. כִּתְבוּ &gt; אוֹ &lt; אוֹ =.</w:t>
      </w:r>
    </w:p>
    <w:p>
      <w:pPr>
        <w:bidi/>
        <w:spacing w:before="0" w:after="60"/>
        <w:jc w:val="both"/>
      </w:pPr>
      <w:r>
        <w:rPr>
          <w:rtl/>
        </w:rPr>
        <w:t>א. ‪8 __________ 6‬</w:t>
      </w:r>
    </w:p>
    <w:p>
      <w:pPr>
        <w:bidi/>
        <w:spacing w:before="0" w:after="60"/>
        <w:jc w:val="both"/>
      </w:pPr>
      <w:r>
        <w:rPr>
          <w:rtl/>
        </w:rPr>
        <w:t>ב. ‪13 __________ 17‬</w:t>
      </w:r>
    </w:p>
    <w:p>
      <w:pPr>
        <w:bidi/>
        <w:spacing w:before="0" w:after="60"/>
        <w:jc w:val="both"/>
      </w:pPr>
      <w:r>
        <w:rPr>
          <w:rtl/>
        </w:rPr>
        <w:t>ג. ‪10 + 5 __________ 15‬</w:t>
      </w:r>
    </w:p>
    <w:p>
      <w:pPr>
        <w:bidi/>
        <w:spacing w:before="0" w:after="60"/>
        <w:jc w:val="both"/>
      </w:pPr>
      <w:r>
        <w:rPr>
          <w:rtl/>
        </w:rPr>
        <w:t>ד. ‪20 − 10 __________ 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הַשְׁלִימוּ אֶת הַסִּדְרָה.</w:t>
      </w:r>
    </w:p>
    <w:p>
      <w:pPr>
        <w:bidi/>
        <w:spacing w:before="0" w:after="60"/>
        <w:jc w:val="both"/>
      </w:pPr>
      <w:r>
        <w:rPr>
          <w:rtl/>
        </w:rPr>
        <w:t>א. 2, 4, 6, __________</w:t>
      </w:r>
    </w:p>
    <w:p>
      <w:pPr>
        <w:bidi/>
        <w:spacing w:before="0" w:after="60"/>
        <w:jc w:val="both"/>
      </w:pPr>
      <w:r>
        <w:rPr>
          <w:rtl/>
        </w:rPr>
        <w:t>ב. 5, 10, 15, __________</w:t>
      </w:r>
    </w:p>
    <w:p>
      <w:pPr>
        <w:bidi/>
        <w:spacing w:before="0" w:after="60"/>
        <w:jc w:val="both"/>
      </w:pPr>
      <w:r>
        <w:rPr>
          <w:rtl/>
        </w:rPr>
        <w:t>ג. 10, 20, 30, __________</w:t>
      </w:r>
    </w:p>
    <w:p>
      <w:pPr>
        <w:bidi/>
        <w:spacing w:before="0" w:after="60"/>
        <w:jc w:val="both"/>
      </w:pPr>
      <w:r>
        <w:rPr>
          <w:rtl/>
        </w:rPr>
        <w:t>ד. 17, 16, 15,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עֲשָׂרוֹת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יְחִידוֹת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הַתְאִימוּ.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לִמְשֻׁלָּשׁ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 צְלָעוֹת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לְעִגּוּל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 קָדְקֳדִים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בַּשָּׁבוּעַ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10 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5 ₪ + 5 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7 יָמִים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‪9:00‬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‪6 + 0 = 6‬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‪9 + 4 = 12‬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‪50 + 30 = 80‬      נכון / לא נכון</w:t>
      </w:r>
    </w:p>
    <w:p>
      <w:pPr>
        <w:bidi/>
        <w:spacing w:before="0" w:after="60"/>
        <w:jc w:val="both"/>
      </w:pPr>
      <w:r>
        <w:rPr>
          <w:rtl/>
        </w:rPr>
        <w:t>ד. אַחֲרֵי יוֹם שִׁשִּׁי בָּא יוֹם רִאשׁוֹן.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כִּתְבוּ מִשְׁפַּחַת תַּרְגִּילִים לַמִּסְפָּרִים 4, 9, 13.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[אתגר] אֶתְגָּר: לְנוֹעַם 7 ₪. כַּמָּה כֶּסֶף חָסֵר לוֹ כְּדֵי לִקְנוֹת סֵפֶר בְּ-15 ₪?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480" w:after="80"/>
        <w:jc w:val="center"/>
      </w:pPr>
      <w:r>
        <w:rPr>
          <w:rFonts w:ascii="Tahoma" w:hAnsi="Tahoma" w:cs="Tahoma"/>
          <w:b/>
          <w:bCs/>
          <w:color w:val="0369A1"/>
          <w:sz w:val="60"/>
          <w:szCs w:val="60"/>
          <w:rtl/>
        </w:rPr>
        <w:t>כל הכבוד!</w:t>
      </w:r>
    </w:p>
    <w:p>
      <w:pPr>
        <w:bidi/>
        <w:spacing w:before="0" w:after="80"/>
        <w:jc w:val="center"/>
      </w:pPr>
      <w:r>
        <w:rPr>
          <w:sz w:val="32"/>
          <w:szCs w:val="32"/>
          <w:rtl/>
        </w:rPr>
        <w:t>סיימתי את חוברת העבודה במתמטיקה לכיתה א'.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דַּף גְּזִירָה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369A1"/>
          <w:sz w:val="27"/>
          <w:szCs w:val="27"/>
          <w:rtl/>
        </w:rPr>
        <w:t>פרק 1: המספרים עד 10: ספירה, כתיבה, השוואה וסדר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10, מְשִׂימָה 21.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2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9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3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5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6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369A1"/>
          <w:sz w:val="27"/>
          <w:szCs w:val="27"/>
          <w:rtl/>
        </w:rPr>
        <w:t>פרק 2: חיבור וחיסור עד 10 (כולל 0) והקשר ביניהם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19, מְשִׂימָה 21.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6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8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7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3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10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0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369A1"/>
          <w:sz w:val="27"/>
          <w:szCs w:val="27"/>
          <w:rtl/>
        </w:rPr>
        <w:t>פרק 3: המספרים עד 20: עשרת ויחידות, ישר המספרים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28, מְשִׂימָה 22.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20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18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11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9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16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13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369A1"/>
          <w:sz w:val="27"/>
          <w:szCs w:val="27"/>
          <w:rtl/>
        </w:rPr>
        <w:t>פרק 4: חיבור וחיסור עד 20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36, מְשִׂימָה 21.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‪17 − 7‬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‪9 + 9‬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‪6 + 4‬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‪15 − 9‬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‪12 − 5‬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‪8 + 5‬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369A1"/>
          <w:sz w:val="27"/>
          <w:szCs w:val="27"/>
          <w:rtl/>
        </w:rPr>
        <w:t>פרק 5: המספרים עד 100: עשרות שלמות וספירה בקפיצות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44, מְשִׂימָה 22.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30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50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100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70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20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369A1"/>
          <w:sz w:val="27"/>
          <w:szCs w:val="27"/>
          <w:rtl/>
        </w:rPr>
        <w:t>פרק 6: מדידות: אורך, ימי השבוע, שעון ומטבעות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51, מְשִׂימָה 22.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רְבִיעִי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רִאשׁוֹן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שִׁשִּׁי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שְׁנֵי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שְׁלִישִׁי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שַׁבָּת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חֲמִישִׁי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200" w:after="40"/>
        <w:jc w:val="both"/>
      </w:pPr>
      <w:r>
        <w:rPr>
          <w:b/>
          <w:bCs/>
          <w:color w:val="0369A1"/>
          <w:sz w:val="27"/>
          <w:szCs w:val="27"/>
          <w:rtl/>
        </w:rPr>
        <w:t>פרק 7: צורות: משולש, ריבוע, מלבן ועיגול</w:t>
      </w: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59, מְשִׂימָה 21.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🔵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🟥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🟠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🟦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🔻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🔺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🟩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44"/>
          <w:szCs w:val="44"/>
          <w:rtl/>
        </w:rPr>
        <w:t>תשובות לחוברת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369A1"/>
          <w:sz w:val="30"/>
          <w:szCs w:val="30"/>
          <w:rtl/>
        </w:rPr>
        <w:t>פרק 1: המספרים עד 10: ספירה, כתיבה, השוואה וסדר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סִפְרוּ וְכִתְבוּ כַּמָּה.</w:t>
      </w:r>
    </w:p>
    <w:p>
      <w:pPr>
        <w:bidi/>
        <w:spacing w:before="0" w:after="40"/>
        <w:jc w:val="both"/>
      </w:pPr>
      <w:r>
        <w:rPr>
          <w:rtl/>
        </w:rPr>
        <w:t>א. 🐢🐢🐢🐢🐢 = 5</w:t>
      </w:r>
    </w:p>
    <w:p>
      <w:pPr>
        <w:bidi/>
        <w:spacing w:before="0" w:after="40"/>
        <w:jc w:val="both"/>
      </w:pPr>
      <w:r>
        <w:rPr>
          <w:rtl/>
        </w:rPr>
        <w:t>ב. 🍌🍌🍌🍌🍌🍌🍌🍌🍌 = 9</w:t>
      </w:r>
    </w:p>
    <w:p>
      <w:pPr>
        <w:bidi/>
        <w:spacing w:before="0" w:after="40"/>
        <w:jc w:val="both"/>
      </w:pPr>
      <w:r>
        <w:rPr>
          <w:rtl/>
        </w:rPr>
        <w:t>ג. 🐝🐝🐝🐝 = 4</w:t>
      </w:r>
    </w:p>
    <w:p>
      <w:pPr>
        <w:bidi/>
        <w:spacing w:before="0" w:after="40"/>
        <w:jc w:val="both"/>
      </w:pPr>
      <w:r>
        <w:rPr>
          <w:rtl/>
        </w:rPr>
        <w:t>ד. 🎁 = 1</w:t>
      </w:r>
    </w:p>
    <w:p>
      <w:pPr>
        <w:bidi/>
        <w:spacing w:before="0" w:after="40"/>
        <w:jc w:val="both"/>
      </w:pPr>
      <w:r>
        <w:rPr>
          <w:rtl/>
        </w:rPr>
        <w:t>ה. 🍐🍐🍐🍐🍐🍐 = 6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כִּתְבוּ אֶת הַמִּסְפָּר שֶׁבָּא לִפְנֵי.</w:t>
      </w:r>
    </w:p>
    <w:p>
      <w:pPr>
        <w:bidi/>
        <w:spacing w:before="0" w:after="40"/>
        <w:jc w:val="both"/>
      </w:pPr>
      <w:r>
        <w:rPr>
          <w:rtl/>
        </w:rPr>
        <w:t>א. 4, 5</w:t>
      </w:r>
    </w:p>
    <w:p>
      <w:pPr>
        <w:bidi/>
        <w:spacing w:before="0" w:after="40"/>
        <w:jc w:val="both"/>
      </w:pPr>
      <w:r>
        <w:rPr>
          <w:rtl/>
        </w:rPr>
        <w:t>ב. 8, 9</w:t>
      </w:r>
    </w:p>
    <w:p>
      <w:pPr>
        <w:bidi/>
        <w:spacing w:before="0" w:after="40"/>
        <w:jc w:val="both"/>
      </w:pPr>
      <w:r>
        <w:rPr>
          <w:rtl/>
        </w:rPr>
        <w:t>ג. 0, 1</w:t>
      </w:r>
    </w:p>
    <w:p>
      <w:pPr>
        <w:bidi/>
        <w:spacing w:before="0" w:after="40"/>
        <w:jc w:val="both"/>
      </w:pPr>
      <w:r>
        <w:rPr>
          <w:rtl/>
        </w:rPr>
        <w:t>ד. 2, 3</w:t>
      </w:r>
    </w:p>
    <w:p>
      <w:pPr>
        <w:bidi/>
        <w:spacing w:before="0" w:after="40"/>
        <w:jc w:val="both"/>
      </w:pPr>
      <w:r>
        <w:rPr>
          <w:rtl/>
        </w:rPr>
        <w:t>ה. 9, 10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סִפְרוּ אֲחוֹרָה וְהַשְׁלִימוּ.</w:t>
      </w:r>
    </w:p>
    <w:p>
      <w:pPr>
        <w:bidi/>
        <w:spacing w:before="0" w:after="40"/>
        <w:jc w:val="both"/>
      </w:pPr>
      <w:r>
        <w:rPr>
          <w:rtl/>
        </w:rPr>
        <w:t>א. 10, 9, 8, 7</w:t>
      </w:r>
    </w:p>
    <w:p>
      <w:pPr>
        <w:bidi/>
        <w:spacing w:before="0" w:after="40"/>
        <w:jc w:val="both"/>
      </w:pPr>
      <w:r>
        <w:rPr>
          <w:rtl/>
        </w:rPr>
        <w:t>ב. 6, 5, 4, 3</w:t>
      </w:r>
    </w:p>
    <w:p>
      <w:pPr>
        <w:bidi/>
        <w:spacing w:before="0" w:after="40"/>
        <w:jc w:val="both"/>
      </w:pPr>
      <w:r>
        <w:rPr>
          <w:rtl/>
        </w:rPr>
        <w:t>ג. 3, 2, 1, 0</w:t>
      </w:r>
    </w:p>
    <w:p>
      <w:pPr>
        <w:bidi/>
        <w:spacing w:before="0" w:after="40"/>
        <w:jc w:val="both"/>
      </w:pPr>
      <w:r>
        <w:rPr>
          <w:rtl/>
        </w:rPr>
        <w:t>ד. 9, 8, 7, 6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הַשְׁווּ. כִּתְבוּ &gt; אוֹ &lt; אוֹ =.</w:t>
      </w:r>
    </w:p>
    <w:p>
      <w:pPr>
        <w:bidi/>
        <w:spacing w:before="0" w:after="40"/>
        <w:jc w:val="both"/>
      </w:pPr>
      <w:r>
        <w:rPr>
          <w:rtl/>
        </w:rPr>
        <w:t>א. ‪4 &lt; 9‬</w:t>
      </w:r>
    </w:p>
    <w:p>
      <w:pPr>
        <w:bidi/>
        <w:spacing w:before="0" w:after="40"/>
        <w:jc w:val="both"/>
      </w:pPr>
      <w:r>
        <w:rPr>
          <w:rtl/>
        </w:rPr>
        <w:t>ב. ‪10 &gt; 7‬</w:t>
      </w:r>
    </w:p>
    <w:p>
      <w:pPr>
        <w:bidi/>
        <w:spacing w:before="0" w:after="40"/>
        <w:jc w:val="both"/>
      </w:pPr>
      <w:r>
        <w:rPr>
          <w:rtl/>
        </w:rPr>
        <w:t>ג. ‪6 = 6‬</w:t>
      </w:r>
    </w:p>
    <w:p>
      <w:pPr>
        <w:bidi/>
        <w:spacing w:before="0" w:after="40"/>
        <w:jc w:val="both"/>
      </w:pPr>
      <w:r>
        <w:rPr>
          <w:rtl/>
        </w:rPr>
        <w:t>ד. ‪1 &gt; 0‬</w:t>
      </w:r>
    </w:p>
    <w:p>
      <w:pPr>
        <w:bidi/>
        <w:spacing w:before="0" w:after="40"/>
        <w:jc w:val="both"/>
      </w:pPr>
      <w:r>
        <w:rPr>
          <w:rtl/>
        </w:rPr>
        <w:t>ה. ‪3 &lt; 8‬</w:t>
      </w:r>
    </w:p>
    <w:p>
      <w:pPr>
        <w:bidi/>
        <w:spacing w:before="0" w:after="40"/>
        <w:jc w:val="both"/>
      </w:pPr>
      <w:r>
        <w:rPr>
          <w:rtl/>
        </w:rPr>
        <w:t>ו. ‪5 &gt; 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אֶחָד יוֹתֵר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אֶחָד פָּחוֹת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הַתְאִימוּ אֶת הַמִּסְפָּר לַמִּלָּה.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1. 3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שָׁלוֹשׁ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2. 5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עֶשֶׂר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3. 8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שְׁמוֹנֶה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4. 10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אַחַת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חָמֵשׁ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‪9 &lt; 10‬ – נכון</w:t>
      </w:r>
    </w:p>
    <w:p>
      <w:pPr>
        <w:bidi/>
        <w:spacing w:before="0" w:after="40"/>
        <w:jc w:val="both"/>
      </w:pPr>
      <w:r>
        <w:rPr>
          <w:rtl/>
        </w:rPr>
        <w:t>ב. ‪6 &lt; 4‬ – לא נכון – ‪6 &gt; 4‬</w:t>
      </w:r>
    </w:p>
    <w:p>
      <w:pPr>
        <w:bidi/>
        <w:spacing w:before="0" w:after="40"/>
        <w:jc w:val="both"/>
      </w:pPr>
      <w:r>
        <w:rPr>
          <w:rtl/>
        </w:rPr>
        <w:t>ג. לִפְנֵי 3 בָּא 2. – נכון</w:t>
      </w:r>
    </w:p>
    <w:p>
      <w:pPr>
        <w:bidi/>
        <w:spacing w:before="0" w:after="40"/>
        <w:jc w:val="both"/>
      </w:pPr>
      <w:r>
        <w:rPr>
          <w:rtl/>
        </w:rPr>
        <w:t>ד. 🍇🍇🍇🍇🍇 = 4 – לא נכון – יש 5 ענבים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[קל] מַיְּנוּ: בְּאֵיזוֹ קְבוּצָה 4 וּבְאֵיזוֹ 6?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🍐🍐🍐🍐, 🚗🚗🚗🚗, 🐢🐢🐢🐢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🐝🐝🐝🐝🐝🐝, ⭐⭐⭐⭐⭐⭐, 🎈🎈🎈🎈🎈🎈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אֵיזֶה מִסְפָּר גָּדוֹל מִ-8?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9</w:t>
      </w:r>
    </w:p>
    <w:p>
      <w:pPr>
        <w:bidi/>
        <w:spacing w:before="0" w:after="20"/>
        <w:jc w:val="both"/>
      </w:pPr>
      <w:r>
        <w:rPr>
          <w:rtl/>
        </w:rPr>
        <w:t>ב. אֵיזֶה מִסְפָּר בָּא לִפְנֵי 1?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0</w:t>
      </w:r>
    </w:p>
    <w:p>
      <w:pPr>
        <w:bidi/>
        <w:spacing w:before="0" w:after="20"/>
        <w:jc w:val="both"/>
      </w:pPr>
      <w:r>
        <w:rPr>
          <w:rtl/>
        </w:rPr>
        <w:t>ג. מָה נָכוֹן?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‪7 &gt; 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[קל] הַקִּיפוּ אֶת הַמִּסְפָּר הַגָּדוֹל בְּיוֹתֵר בְּכָל שׁוּרָה.</w:t>
      </w:r>
    </w:p>
    <w:p>
      <w:pPr>
        <w:bidi/>
        <w:spacing w:before="0" w:after="100"/>
        <w:jc w:val="both"/>
      </w:pPr>
      <w:r>
        <w:rPr>
          <w:rtl/>
        </w:rPr>
        <w:t>א. 3    8    5  ← 8</w:t>
      </w:r>
    </w:p>
    <w:p>
      <w:pPr>
        <w:bidi/>
        <w:spacing w:before="0" w:after="100"/>
        <w:jc w:val="both"/>
      </w:pPr>
      <w:r>
        <w:rPr>
          <w:rtl/>
        </w:rPr>
        <w:t>ב. 6    2    4  ← 6</w:t>
      </w:r>
    </w:p>
    <w:p>
      <w:pPr>
        <w:bidi/>
        <w:spacing w:before="0" w:after="100"/>
        <w:jc w:val="both"/>
      </w:pPr>
      <w:r>
        <w:rPr>
          <w:rtl/>
        </w:rPr>
        <w:t>ג. 0    9    7  ← 9</w:t>
      </w:r>
    </w:p>
    <w:p>
      <w:pPr>
        <w:bidi/>
        <w:spacing w:before="0" w:after="100"/>
        <w:jc w:val="both"/>
      </w:pPr>
      <w:r>
        <w:rPr>
          <w:rtl/>
        </w:rPr>
        <w:t>ד. 10    1    6  ← 10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כִּתְבוּ מִסְפָּר מַתְאִים.</w:t>
      </w:r>
    </w:p>
    <w:p>
      <w:pPr>
        <w:bidi/>
        <w:spacing w:before="0" w:after="40"/>
        <w:jc w:val="both"/>
      </w:pPr>
      <w:r>
        <w:rPr>
          <w:rtl/>
        </w:rPr>
        <w:t>א. ‪4 &lt; 5 &lt; 6‬</w:t>
      </w:r>
    </w:p>
    <w:p>
      <w:pPr>
        <w:bidi/>
        <w:spacing w:before="0" w:after="40"/>
        <w:jc w:val="both"/>
      </w:pPr>
      <w:r>
        <w:rPr>
          <w:rtl/>
        </w:rPr>
        <w:t>ב. ‪8 &lt; 9 &lt; 10‬</w:t>
      </w:r>
    </w:p>
    <w:p>
      <w:pPr>
        <w:bidi/>
        <w:spacing w:before="0" w:after="40"/>
        <w:jc w:val="both"/>
      </w:pPr>
      <w:r>
        <w:rPr>
          <w:rtl/>
        </w:rPr>
        <w:t>ג. ‪0 &lt; 1 &lt; 2‬</w:t>
      </w:r>
    </w:p>
    <w:p>
      <w:pPr>
        <w:bidi/>
        <w:spacing w:before="0" w:after="40"/>
        <w:jc w:val="both"/>
      </w:pPr>
      <w:r>
        <w:rPr>
          <w:rtl/>
        </w:rPr>
        <w:t>ד. ‪6 &lt; 7 &lt;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צַיְּרוּ 7 עִגּוּלִים. צַבְּעוּ 3 מֵהֶם בְּאָדֹם.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7 עיגולים: 3 צבועים באדום ו-4 לא צבועים.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[אתגר] אֶתְגָּר: סַדְּרוּ מִן הַגָּדוֹל אֶל הַקָּטָן: 4, 10, 1, 8, 6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10, 8, 6, 4, 1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אֶתְגָּר: אֲנִי מִסְפָּר. אֲנִי גָּדוֹל מִ-6 וְקָטָן מִ-8. מִי אֲנִי?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7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369A1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בֶּחָצֵר מְטַיְּלִים אֶפְרוֹחִים. סִפְרוּ: כַּמָּה אֶפְרוֹחִים בֶּחָצֵר?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סופרים אחד אחד: 1, 2, 3, 4, 5, 6, 7, 8, 9.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בחצר 9 אפרוחים.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בַּסַּל יֵשׁ 4 בָּנָנוֹת וְ-6 אַגָּסִים. מִמָּה יֵשׁ פָּחוֹת? בְּכַמָּה?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&lt; 6‬, ולכן יש פחות בננות. ; מתאימים אחד לאחד: חסרות 2 בננות. ‪6 − 4 = 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יש פחות בננות, 2 פחות.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לְנוֹעָה יֵשׁ 3 בָּלוֹנִים. לְמִיכַל יֵשׁ בָּלוֹן אֶחָד יוֹתֵר. כַּמָּה בָּלוֹנִים יֵשׁ לְמִיכַל?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אחד יותר מ-3 הוא 4. ; ‪3 + 1 = 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למיכל יש 4 בלונים.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בַּקַּלְמָר שֶׁל אֲרִיאֵל יֵשׁ 10 עֶפְרוֹנוֹת. הוּא נָתַן עִפָּרוֹן אֶחָד לְחָבֵר. כַּמָּה עֶפְרוֹנוֹת נִשְׁאֲרוּ בַּקַּלְמָר?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לפני 10 בא 9. ; ‪10 − 1 = 9‬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נשארו 9 עפרונות.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בַּסִּפְרִיָּה עוֹמְדִים סְפָרִים בְּשׁוּרָה. הַסֵּפֶר שֶׁל יוֹאָב עוֹמֵד בַּמָּקוֹם הַ-5. הַסֵּפֶר שֶׁל דָּנִיֵּאל עוֹמֵד מִיָּד לְפָנָיו. בְּאֵיזֶה מָקוֹם עוֹמֵד הַסֵּפֶר שֶׁל דָּנִיֵּאל?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לפני 5 בא 4. ; ‪5 − 1 = 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הספר של דניאל עומד במקום ה-4.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לְאִיתַי יֵשׁ 5 קְלָפִים. לְאָחִיו אֵין קְלָפִים בִּכְלָל. כַּמָּה קְלָפִים יֵשׁ לִשְׁנֵיהֶם יַחַד?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לאח יש 0 קלפים. ; ‪5 + 0 = 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לשניהם יחד יש 5 קלפים.</w:t>
      </w: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21. סִפְרוּ. גִּזְרוּ אֶת כַּרְטִיסֵי הַמִּסְפָּרִים, וְהַדְבִּיקוּ לְיַד כָּל קְבוּצָה אֶת הַמִּסְפָּר שֶׁלָּהּ.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🍎🍎🍎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3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⭐⭐⭐⭐⭐⭐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6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🐟🐟🐟🐟🐟🐟🐟🐟🐟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9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🎈🎈🎈🎈🎈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5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⚽⚽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22. הַתְאִימוּ תְּמוּנָה לַמִּשְׁפָּט: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369A1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369A1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369A1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369A1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🐞🐞🐞🐞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🌸🌸🌸🌸🌸🌸🌸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🚗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🐥🐥🐥🐥🐥🐥🐥🐥🐥🐥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בָּרְחוֹב חוֹנָה מְכוֹנִית אַחַת.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עַל הֶעָלֶה יֵשׁ 4 פָּרוֹת מֹשֶׁה רַבֵּנוּ.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בַּגִּנָּה יֵשׁ 7 פְּרָחִים.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בֶּחָצֵר יֵשׁ 10 אֶפְרוֹחִים.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369A1"/>
          <w:sz w:val="30"/>
          <w:szCs w:val="30"/>
          <w:rtl/>
        </w:rPr>
        <w:t>פרק 2: חיבור וחיסור עד 10 (כולל 0) והקשר ביניהם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חַשְּׁבוּ.</w:t>
      </w:r>
    </w:p>
    <w:p>
      <w:pPr>
        <w:bidi/>
        <w:spacing w:before="0" w:after="40"/>
        <w:jc w:val="both"/>
      </w:pPr>
      <w:r>
        <w:rPr>
          <w:rtl/>
        </w:rPr>
        <w:t>א. ‪1 + 4 = 5‬</w:t>
      </w:r>
    </w:p>
    <w:p>
      <w:pPr>
        <w:bidi/>
        <w:spacing w:before="0" w:after="40"/>
        <w:jc w:val="both"/>
      </w:pPr>
      <w:r>
        <w:rPr>
          <w:rtl/>
        </w:rPr>
        <w:t>ב. ‪3 + 5 = 8‬</w:t>
      </w:r>
    </w:p>
    <w:p>
      <w:pPr>
        <w:bidi/>
        <w:spacing w:before="0" w:after="40"/>
        <w:jc w:val="both"/>
      </w:pPr>
      <w:r>
        <w:rPr>
          <w:rtl/>
        </w:rPr>
        <w:t>ג. ‪2 + 7 = 9‬</w:t>
      </w:r>
    </w:p>
    <w:p>
      <w:pPr>
        <w:bidi/>
        <w:spacing w:before="0" w:after="40"/>
        <w:jc w:val="both"/>
      </w:pPr>
      <w:r>
        <w:rPr>
          <w:rtl/>
        </w:rPr>
        <w:t>ד. ‪6 + 4 = 10‬</w:t>
      </w:r>
    </w:p>
    <w:p>
      <w:pPr>
        <w:bidi/>
        <w:spacing w:before="0" w:after="40"/>
        <w:jc w:val="both"/>
      </w:pPr>
      <w:r>
        <w:rPr>
          <w:rtl/>
        </w:rPr>
        <w:t>ה. ‪0 + 9 = 9‬</w:t>
      </w:r>
    </w:p>
    <w:p>
      <w:pPr>
        <w:bidi/>
        <w:spacing w:before="0" w:after="40"/>
        <w:jc w:val="both"/>
      </w:pPr>
      <w:r>
        <w:rPr>
          <w:rtl/>
        </w:rPr>
        <w:t>ו. ‪2 + 2 = 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חַשְּׁבוּ.</w:t>
      </w:r>
    </w:p>
    <w:p>
      <w:pPr>
        <w:bidi/>
        <w:spacing w:before="0" w:after="40"/>
        <w:jc w:val="both"/>
      </w:pPr>
      <w:r>
        <w:rPr>
          <w:rtl/>
        </w:rPr>
        <w:t>א. ‪6 − 3 = 3‬</w:t>
      </w:r>
    </w:p>
    <w:p>
      <w:pPr>
        <w:bidi/>
        <w:spacing w:before="0" w:after="40"/>
        <w:jc w:val="both"/>
      </w:pPr>
      <w:r>
        <w:rPr>
          <w:rtl/>
        </w:rPr>
        <w:t>ב. ‪10 − 8 = 2‬</w:t>
      </w:r>
    </w:p>
    <w:p>
      <w:pPr>
        <w:bidi/>
        <w:spacing w:before="0" w:after="40"/>
        <w:jc w:val="both"/>
      </w:pPr>
      <w:r>
        <w:rPr>
          <w:rtl/>
        </w:rPr>
        <w:t>ג. ‪4 − 0 = 4‬</w:t>
      </w:r>
    </w:p>
    <w:p>
      <w:pPr>
        <w:bidi/>
        <w:spacing w:before="0" w:after="40"/>
        <w:jc w:val="both"/>
      </w:pPr>
      <w:r>
        <w:rPr>
          <w:rtl/>
        </w:rPr>
        <w:t>ד. ‪9 − 5 = 4‬</w:t>
      </w:r>
    </w:p>
    <w:p>
      <w:pPr>
        <w:bidi/>
        <w:spacing w:before="0" w:after="40"/>
        <w:jc w:val="both"/>
      </w:pPr>
      <w:r>
        <w:rPr>
          <w:rtl/>
        </w:rPr>
        <w:t>ה. ‪5 − 5 = 0‬</w:t>
      </w:r>
    </w:p>
    <w:p>
      <w:pPr>
        <w:bidi/>
        <w:spacing w:before="0" w:after="40"/>
        <w:jc w:val="both"/>
      </w:pPr>
      <w:r>
        <w:rPr>
          <w:rtl/>
        </w:rPr>
        <w:t>ו. ‪7 − 1 = 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כִּתְבוּ תַּרְגִּיל לְפִי הַצִּיּוּר וּפִתְרוּ.</w:t>
      </w:r>
    </w:p>
    <w:p>
      <w:pPr>
        <w:bidi/>
        <w:spacing w:before="0" w:after="40"/>
        <w:jc w:val="both"/>
      </w:pPr>
      <w:r>
        <w:rPr>
          <w:rtl/>
        </w:rPr>
        <w:t>א. 🍐🍐🍐 ➕ 🍐🍐🍐🍐🍐 → ‪3 + 5 = 8‬</w:t>
      </w:r>
    </w:p>
    <w:p>
      <w:pPr>
        <w:bidi/>
        <w:spacing w:before="0" w:after="40"/>
        <w:jc w:val="both"/>
      </w:pPr>
      <w:r>
        <w:rPr>
          <w:rtl/>
        </w:rPr>
        <w:t>ב. 🚗🚗🚗🚗🚗🚗 ➖ 🚗🚗🚗🚗 → ‪6 − 4 = 2‬</w:t>
      </w:r>
    </w:p>
    <w:p>
      <w:pPr>
        <w:bidi/>
        <w:spacing w:before="0" w:after="40"/>
        <w:jc w:val="both"/>
      </w:pPr>
      <w:r>
        <w:rPr>
          <w:rtl/>
        </w:rPr>
        <w:t>ג. 🐝🐝 ➕ 🐝🐝🐝🐝🐝🐝🐝 → ‪2 + 7 = 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הַשְׁלִימוּ אֶת הַמִּסְפָּר הֶחָסֵר.</w:t>
      </w:r>
    </w:p>
    <w:p>
      <w:pPr>
        <w:bidi/>
        <w:spacing w:before="0" w:after="40"/>
        <w:jc w:val="both"/>
      </w:pPr>
      <w:r>
        <w:rPr>
          <w:rtl/>
        </w:rPr>
        <w:t>א. ‪5 + 3 = 8‬</w:t>
      </w:r>
    </w:p>
    <w:p>
      <w:pPr>
        <w:bidi/>
        <w:spacing w:before="0" w:after="40"/>
        <w:jc w:val="both"/>
      </w:pPr>
      <w:r>
        <w:rPr>
          <w:rtl/>
        </w:rPr>
        <w:t>ב. ‪4 + 2 = 6‬</w:t>
      </w:r>
    </w:p>
    <w:p>
      <w:pPr>
        <w:bidi/>
        <w:spacing w:before="0" w:after="40"/>
        <w:jc w:val="both"/>
      </w:pPr>
      <w:r>
        <w:rPr>
          <w:rtl/>
        </w:rPr>
        <w:t>ג. ‪9 − 0 = 9‬</w:t>
      </w:r>
    </w:p>
    <w:p>
      <w:pPr>
        <w:bidi/>
        <w:spacing w:before="0" w:after="40"/>
        <w:jc w:val="both"/>
      </w:pPr>
      <w:r>
        <w:rPr>
          <w:rtl/>
        </w:rPr>
        <w:t>ד. ‪7 − 4 = 3‬</w:t>
      </w:r>
    </w:p>
    <w:p>
      <w:pPr>
        <w:bidi/>
        <w:spacing w:before="0" w:after="40"/>
        <w:jc w:val="both"/>
      </w:pPr>
      <w:r>
        <w:rPr>
          <w:rtl/>
        </w:rPr>
        <w:t>ה. ‪9 − 4 = 5‬</w:t>
      </w:r>
    </w:p>
    <w:p>
      <w:pPr>
        <w:bidi/>
        <w:spacing w:before="0" w:after="40"/>
        <w:jc w:val="both"/>
      </w:pPr>
      <w:r>
        <w:rPr>
          <w:rtl/>
        </w:rPr>
        <w:t>ו. ‪2 + 8 = 10‬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הַשְׁווּ. כִּתְבוּ &gt; אוֹ &lt; אוֹ =.</w:t>
      </w:r>
    </w:p>
    <w:p>
      <w:pPr>
        <w:bidi/>
        <w:spacing w:before="0" w:after="40"/>
        <w:jc w:val="both"/>
      </w:pPr>
      <w:r>
        <w:rPr>
          <w:rtl/>
        </w:rPr>
        <w:t>א. ‪3 + 4 &gt; 6‬</w:t>
      </w:r>
    </w:p>
    <w:p>
      <w:pPr>
        <w:bidi/>
        <w:spacing w:before="0" w:after="40"/>
        <w:jc w:val="both"/>
      </w:pPr>
      <w:r>
        <w:rPr>
          <w:rtl/>
        </w:rPr>
        <w:t>ב. ‪9 − 5 &lt; 5‬</w:t>
      </w:r>
    </w:p>
    <w:p>
      <w:pPr>
        <w:bidi/>
        <w:spacing w:before="0" w:after="40"/>
        <w:jc w:val="both"/>
      </w:pPr>
      <w:r>
        <w:rPr>
          <w:rtl/>
        </w:rPr>
        <w:t>ג. ‪2 + 3 = 4 + 1‬</w:t>
      </w:r>
    </w:p>
    <w:p>
      <w:pPr>
        <w:bidi/>
        <w:spacing w:before="0" w:after="40"/>
        <w:jc w:val="both"/>
      </w:pPr>
      <w:r>
        <w:rPr>
          <w:rtl/>
        </w:rPr>
        <w:t>ד. ‪10 − 2 &lt; 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הַשְׁלִימוּ אֶת טַבְלַת הַחִסּוּר.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−</w:t>
            </w:r>
          </w:p>
        </w:tc>
        <w:tc>
          <w:tcPr>
            <w:tcW w:type="dxa" w:w="2494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</w:t>
            </w:r>
          </w:p>
        </w:tc>
        <w:tc>
          <w:tcPr>
            <w:tcW w:type="dxa" w:w="2494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</w:t>
            </w:r>
          </w:p>
        </w:tc>
        <w:tc>
          <w:tcPr>
            <w:tcW w:type="dxa" w:w="2494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[קל] הַתְאִימוּ כָּל תַּרְגִּיל לַתּוֹצָאָה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‪5 + 4‬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‪8 − 6‬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‪3 + 1‬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10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‪10 − 0‬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‪6 − 0‬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‪2 + 7 = 7 + 2‬ – נכון</w:t>
      </w:r>
    </w:p>
    <w:p>
      <w:pPr>
        <w:bidi/>
        <w:spacing w:before="0" w:after="40"/>
        <w:jc w:val="both"/>
      </w:pPr>
      <w:r>
        <w:rPr>
          <w:rtl/>
        </w:rPr>
        <w:t>ב. ‪5 + 0 = 0‬ – לא נכון – ‪5 + 0 = 5‬</w:t>
      </w:r>
    </w:p>
    <w:p>
      <w:pPr>
        <w:bidi/>
        <w:spacing w:before="0" w:after="40"/>
        <w:jc w:val="both"/>
      </w:pPr>
      <w:r>
        <w:rPr>
          <w:rtl/>
        </w:rPr>
        <w:t>ג. ‪10 − 4 = 6‬ – נכון</w:t>
      </w:r>
    </w:p>
    <w:p>
      <w:pPr>
        <w:bidi/>
        <w:spacing w:before="0" w:after="40"/>
        <w:jc w:val="both"/>
      </w:pPr>
      <w:r>
        <w:rPr>
          <w:rtl/>
        </w:rPr>
        <w:t>ד. ‪9 − 3 = 5‬ – לא נכון – ‪9 − 3 = 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מַיְּנוּ: אֵילוּ תַּרְגִּילִים שָׁוִים לְ-6 וְאֵילוּ לְ-9?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6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+ 3‬, ‪8 − 2‬, ‪6 + 0‬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‪10 − 1‬, ‪5 + 4‬, ‪9 − 0‬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בַּחֲרוּ אֶת הַתַּרְגִּיל הַמַּתְאִים.</w:t>
      </w:r>
    </w:p>
    <w:p>
      <w:pPr>
        <w:bidi/>
        <w:spacing w:before="0" w:after="20"/>
        <w:jc w:val="both"/>
      </w:pPr>
      <w:r>
        <w:rPr>
          <w:rtl/>
        </w:rPr>
        <w:t>א. 🍎🍎🍎🍎🍎 ➖ 🍎🍎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‪5 − 2‬</w:t>
      </w:r>
    </w:p>
    <w:p>
      <w:pPr>
        <w:bidi/>
        <w:spacing w:before="0" w:after="20"/>
        <w:jc w:val="both"/>
      </w:pPr>
      <w:r>
        <w:rPr>
          <w:rtl/>
        </w:rPr>
        <w:t>ב. 🐟🐟 ➕ 🐟🐟🐟🐟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‪2 + 4‬</w:t>
      </w:r>
    </w:p>
    <w:p>
      <w:pPr>
        <w:bidi/>
        <w:spacing w:before="0" w:after="20"/>
        <w:jc w:val="both"/>
      </w:pPr>
      <w:r>
        <w:rPr>
          <w:rtl/>
        </w:rPr>
        <w:t>ג. הַתְּשׁוּבָה הִיא 0: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‪7 − 7‬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פִּתְרוּ תַּרְגִּיל אָרֹךְ.</w:t>
      </w:r>
    </w:p>
    <w:p>
      <w:pPr>
        <w:bidi/>
        <w:spacing w:before="0" w:after="40"/>
        <w:jc w:val="both"/>
      </w:pPr>
      <w:r>
        <w:rPr>
          <w:rtl/>
        </w:rPr>
        <w:t>א. ‪4 + 4 − 3 = 5‬</w:t>
      </w:r>
    </w:p>
    <w:p>
      <w:pPr>
        <w:bidi/>
        <w:spacing w:before="0" w:after="40"/>
        <w:jc w:val="both"/>
      </w:pPr>
      <w:r>
        <w:rPr>
          <w:rtl/>
        </w:rPr>
        <w:t>ב. ‪10 − 5 + 2 = 7‬</w:t>
      </w:r>
    </w:p>
    <w:p>
      <w:pPr>
        <w:bidi/>
        <w:spacing w:before="0" w:after="40"/>
        <w:jc w:val="both"/>
      </w:pPr>
      <w:r>
        <w:rPr>
          <w:rtl/>
        </w:rPr>
        <w:t>ג. ‪1 + 2 + 3 = 6‬</w:t>
      </w:r>
    </w:p>
    <w:p>
      <w:pPr>
        <w:bidi/>
        <w:spacing w:before="0" w:after="40"/>
        <w:jc w:val="both"/>
      </w:pPr>
      <w:r>
        <w:rPr>
          <w:rtl/>
        </w:rPr>
        <w:t>ד. ‪9 − 2 − 2 = 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כִּתְבוּ מִשְׁפַּחַת תַּרְגִּילִים לַמִּסְפָּרִים 2, 8, 10.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 + 8 = 10‬, ‪8 + 2 = 10‬, ‪10 − 2 = 8‬, ‪10 − 8 = 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צַיְּרוּ צִיּוּר לַתַּרְגִּיל ‪6 − 2‬. כִּתְבוּ אֶת הַתּוֹצָאָה.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6 עיגולים, 2 מחוקים: ‪6 − 2 = 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אֶתְגָּר: הַשְׁלִימוּ אֶת אוֹתוֹ מִסְפָּר בִּשְׁנֵי הַמְּקוֹמוֹת: ‪___ + ___ = 8‬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 + 4 = 8‬. המספר הוא 4.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369A1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בַּכִּתָּה יֵשׁ 5 כַּדּוּרִים גְּדוֹלִים וְ-2 כַּדּוּרִים קְטַנִּים. כַּמָּה כַּדּוּרִים יֵשׁ בַּכִּתָּה?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+ 2 = 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בכיתה יש 7 כדורים.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עַל הַשֻּׁלְחָן הָיוּ 7 תַּפּוּחִים. אִיתַי אָכַל תַּפּוּחַ אֶחָד. כַּמָּה תַּפּוּחִים נִשְׁאֲרוּ עַל הַשֻּׁלְחָן?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‪7 − 1 = 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על השולחן נשארו 6 תפוחים.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בַּחֲנָיָה עָמְדוּ 4 מְכוֹנִיּוֹת. נִכְנְסוּ עוֹד 6 מְכוֹנִיּוֹת. כַּמָּה מְכוֹנִיּוֹת עוֹמְדוֹת עַכְשָׁו בַּחֲנָיָה?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מתחילים מהגדול: ‪6 + 4 = 10‬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בחניה עומדות 10 מכוניות.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לְדָנִיֵּאל הָיוּ 10 גֻּלּוֹת. הוּא הִפְסִיד 3 גֻּלּוֹת בְּמִשְׂחָק. כַּמָּה גֻּלּוֹת נִשְׁאֲרוּ לוֹ?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‪10 − 3 = 7‬ ; בודקים: ‪7 + 3 = 10‬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לדניאל נשארו 7 גולות.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לְנוֹעָה 9 מַדְבֵּקוֹת וּלְתָמָר 5 מַדְבֵּקוֹת. כַּמָּה מַדְבֵּקוֹת יֵשׁ לְנוֹעָה יוֹתֵר מִלְּתָמָר?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משווים: ‪9 − 5 = 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לנועה יש 4 מדבקות יותר מלתמר.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עִידוֹ קָרָא 2 סְפָרִים בְּיוֹם רִאשׁוֹן וְ-3 סְפָרִים בְּיוֹם שֵׁנִי. אֶת כֻּלָּם הֶחֱזִיר לַסִּפְרִיָּה חוּץ מִסֵּפֶר אֶחָד. כַּמָּה סְפָרִים הֶחֱזִיר?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קרא בסך הכול: ‪2 + 3 = 5‬ ; החזיר כולם חוץ מאחד: ‪5 − 1 = 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עידו החזיר 4 ספרים.</w:t>
      </w: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21. פִּתְרוּ. גִּזְרוּ אֶת כַּרְטִיסֵי הַתְּשׁוּבוֹת, וְהַדְבִּיקוּ כָּל תְּשׁוּבָה לְיַד הַתַּרְגִּיל.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‪3 + 4‬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7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‪8 − 5‬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3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‪6 + 0‬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6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‪10 − 2‬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8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‪5 + 5‬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10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6.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‪9 − 9‬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22. מִתְחוּ קַו מִכָּל תַּרְגִּיל אֶל הַתְּשׁוּבָה שֶׁלּוֹ.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‪2 + 2‬  ←  ג. 4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‪7 − 6‬  ←  ה. 1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‪4 + 5‬  ←  ד. 9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‪10 − 5‬  ←  ב. 5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5. ‪1 + 1‬  ←  א. 2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369A1"/>
          <w:sz w:val="30"/>
          <w:szCs w:val="30"/>
          <w:rtl/>
        </w:rPr>
        <w:t>פרק 3: המספרים עד 20: עשרת ויחידות, ישר המספרים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חַשְּׁבוּ.</w:t>
      </w:r>
    </w:p>
    <w:p>
      <w:pPr>
        <w:bidi/>
        <w:spacing w:before="0" w:after="40"/>
        <w:jc w:val="both"/>
      </w:pPr>
      <w:r>
        <w:rPr>
          <w:rtl/>
        </w:rPr>
        <w:t>א. ‪10 + 1 = 11‬</w:t>
      </w:r>
    </w:p>
    <w:p>
      <w:pPr>
        <w:bidi/>
        <w:spacing w:before="0" w:after="40"/>
        <w:jc w:val="both"/>
      </w:pPr>
      <w:r>
        <w:rPr>
          <w:rtl/>
        </w:rPr>
        <w:t>ב. ‪10 + 6 = 16‬</w:t>
      </w:r>
    </w:p>
    <w:p>
      <w:pPr>
        <w:bidi/>
        <w:spacing w:before="0" w:after="40"/>
        <w:jc w:val="both"/>
      </w:pPr>
      <w:r>
        <w:rPr>
          <w:rtl/>
        </w:rPr>
        <w:t>ג. ‪10 + 3 = 13‬</w:t>
      </w:r>
    </w:p>
    <w:p>
      <w:pPr>
        <w:bidi/>
        <w:spacing w:before="0" w:after="40"/>
        <w:jc w:val="both"/>
      </w:pPr>
      <w:r>
        <w:rPr>
          <w:rtl/>
        </w:rPr>
        <w:t>ד. ‪10 + 8 = 18‬</w:t>
      </w:r>
    </w:p>
    <w:p>
      <w:pPr>
        <w:bidi/>
        <w:spacing w:before="0" w:after="40"/>
        <w:jc w:val="both"/>
      </w:pPr>
      <w:r>
        <w:rPr>
          <w:rtl/>
        </w:rPr>
        <w:t>ה. ‪10 + 4 = 14‬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פָּרְקוּ: עֶשֶׂר וְעוֹד.</w:t>
      </w:r>
    </w:p>
    <w:p>
      <w:pPr>
        <w:bidi/>
        <w:spacing w:before="0" w:after="40"/>
        <w:jc w:val="both"/>
      </w:pPr>
      <w:r>
        <w:rPr>
          <w:rtl/>
        </w:rPr>
        <w:t>א. ‪17 = 10 + 7‬</w:t>
      </w:r>
    </w:p>
    <w:p>
      <w:pPr>
        <w:bidi/>
        <w:spacing w:before="0" w:after="40"/>
        <w:jc w:val="both"/>
      </w:pPr>
      <w:r>
        <w:rPr>
          <w:rtl/>
        </w:rPr>
        <w:t>ב. ‪12 = 10 + 2‬</w:t>
      </w:r>
    </w:p>
    <w:p>
      <w:pPr>
        <w:bidi/>
        <w:spacing w:before="0" w:after="40"/>
        <w:jc w:val="both"/>
      </w:pPr>
      <w:r>
        <w:rPr>
          <w:rtl/>
        </w:rPr>
        <w:t>ג. ‪15 = 10 + 5‬</w:t>
      </w:r>
    </w:p>
    <w:p>
      <w:pPr>
        <w:bidi/>
        <w:spacing w:before="0" w:after="40"/>
        <w:jc w:val="both"/>
      </w:pPr>
      <w:r>
        <w:rPr>
          <w:rtl/>
        </w:rPr>
        <w:t>ד. ‪18 = 10 + 8‬</w:t>
      </w:r>
    </w:p>
    <w:p>
      <w:pPr>
        <w:bidi/>
        <w:spacing w:before="0" w:after="40"/>
        <w:jc w:val="both"/>
      </w:pPr>
      <w:r>
        <w:rPr>
          <w:rtl/>
        </w:rPr>
        <w:t>ה. ‪13 = 10 + 3‬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כִּתְבוּ אֶת הַמִּסְפָּר שֶׁבָּא אַחֲרָיו.</w:t>
      </w:r>
    </w:p>
    <w:p>
      <w:pPr>
        <w:bidi/>
        <w:spacing w:before="0" w:after="40"/>
        <w:jc w:val="both"/>
      </w:pPr>
      <w:r>
        <w:rPr>
          <w:rtl/>
        </w:rPr>
        <w:t>א. 11, 12</w:t>
      </w:r>
    </w:p>
    <w:p>
      <w:pPr>
        <w:bidi/>
        <w:spacing w:before="0" w:after="40"/>
        <w:jc w:val="both"/>
      </w:pPr>
      <w:r>
        <w:rPr>
          <w:rtl/>
        </w:rPr>
        <w:t>ב. 15, 16</w:t>
      </w:r>
    </w:p>
    <w:p>
      <w:pPr>
        <w:bidi/>
        <w:spacing w:before="0" w:after="40"/>
        <w:jc w:val="both"/>
      </w:pPr>
      <w:r>
        <w:rPr>
          <w:rtl/>
        </w:rPr>
        <w:t>ג. 19, 20</w:t>
      </w:r>
    </w:p>
    <w:p>
      <w:pPr>
        <w:bidi/>
        <w:spacing w:before="0" w:after="40"/>
        <w:jc w:val="both"/>
      </w:pPr>
      <w:r>
        <w:rPr>
          <w:rtl/>
        </w:rPr>
        <w:t>ד. 13, 14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סִפְרוּ אֲחוֹרָה וְהַשְׁלִימוּ.</w:t>
      </w:r>
    </w:p>
    <w:p>
      <w:pPr>
        <w:bidi/>
        <w:spacing w:before="0" w:after="40"/>
        <w:jc w:val="both"/>
      </w:pPr>
      <w:r>
        <w:rPr>
          <w:rtl/>
        </w:rPr>
        <w:t>א. 18, 17, 16, 15</w:t>
      </w:r>
    </w:p>
    <w:p>
      <w:pPr>
        <w:bidi/>
        <w:spacing w:before="0" w:after="40"/>
        <w:jc w:val="both"/>
      </w:pPr>
      <w:r>
        <w:rPr>
          <w:rtl/>
        </w:rPr>
        <w:t>ב. 14, 13, 12, 11</w:t>
      </w:r>
    </w:p>
    <w:p>
      <w:pPr>
        <w:bidi/>
        <w:spacing w:before="0" w:after="40"/>
        <w:jc w:val="both"/>
      </w:pPr>
      <w:r>
        <w:rPr>
          <w:rtl/>
        </w:rPr>
        <w:t>ג. 20, 19, 18, 17</w:t>
      </w:r>
    </w:p>
    <w:p>
      <w:pPr>
        <w:bidi/>
        <w:spacing w:before="0" w:after="40"/>
        <w:jc w:val="both"/>
      </w:pPr>
      <w:r>
        <w:rPr>
          <w:rtl/>
        </w:rPr>
        <w:t>ד. 11, 10, 9, 8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עֲשָׂרוֹת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יְחִידוֹת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19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17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הַשְׁווּ. כִּתְבוּ &gt; אוֹ &lt; אוֹ =.</w:t>
      </w:r>
    </w:p>
    <w:p>
      <w:pPr>
        <w:bidi/>
        <w:spacing w:before="0" w:after="40"/>
        <w:jc w:val="both"/>
      </w:pPr>
      <w:r>
        <w:rPr>
          <w:rtl/>
        </w:rPr>
        <w:t>א. ‪11 &lt; 15‬</w:t>
      </w:r>
    </w:p>
    <w:p>
      <w:pPr>
        <w:bidi/>
        <w:spacing w:before="0" w:after="40"/>
        <w:jc w:val="both"/>
      </w:pPr>
      <w:r>
        <w:rPr>
          <w:rtl/>
        </w:rPr>
        <w:t>ב. ‪18 &gt; 13‬</w:t>
      </w:r>
    </w:p>
    <w:p>
      <w:pPr>
        <w:bidi/>
        <w:spacing w:before="0" w:after="40"/>
        <w:jc w:val="both"/>
      </w:pPr>
      <w:r>
        <w:rPr>
          <w:rtl/>
        </w:rPr>
        <w:t>ג. ‪17 = 17‬</w:t>
      </w:r>
    </w:p>
    <w:p>
      <w:pPr>
        <w:bidi/>
        <w:spacing w:before="0" w:after="40"/>
        <w:jc w:val="both"/>
      </w:pPr>
      <w:r>
        <w:rPr>
          <w:rtl/>
        </w:rPr>
        <w:t>ד. ‪20 &gt; 9‬</w:t>
      </w:r>
    </w:p>
    <w:p>
      <w:pPr>
        <w:bidi/>
        <w:spacing w:before="0" w:after="40"/>
        <w:jc w:val="both"/>
      </w:pPr>
      <w:r>
        <w:rPr>
          <w:rtl/>
        </w:rPr>
        <w:t>ה. ‪12 &lt; 14‬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[קל] הַתְאִימוּ כָּל פֵּרוּק לַמִּסְפָּר.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‪10 + 9‬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10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‪10 + 2‬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19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‪10 + 6‬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14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‪10 + 0‬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12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‪10 + 4‬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16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בַּמִּסְפָּר 19 יֵשׁ עֶשֶׂר אַחַת. – נכון</w:t>
      </w:r>
    </w:p>
    <w:p>
      <w:pPr>
        <w:bidi/>
        <w:spacing w:before="0" w:after="40"/>
        <w:jc w:val="both"/>
      </w:pPr>
      <w:r>
        <w:rPr>
          <w:rtl/>
        </w:rPr>
        <w:t>ב. בַּמִּסְפָּר 12 יֵשׁ 1 יְחִידוֹת. – לא נכון – ב-12 יש 2 יחידות</w:t>
      </w:r>
    </w:p>
    <w:p>
      <w:pPr>
        <w:bidi/>
        <w:spacing w:before="0" w:after="40"/>
        <w:jc w:val="both"/>
      </w:pPr>
      <w:r>
        <w:rPr>
          <w:rtl/>
        </w:rPr>
        <w:t>ג. 20 הֵן 2 עֲשָׂרוֹת. – נכון</w:t>
      </w:r>
    </w:p>
    <w:p>
      <w:pPr>
        <w:bidi/>
        <w:spacing w:before="0" w:after="40"/>
        <w:jc w:val="both"/>
      </w:pPr>
      <w:r>
        <w:rPr>
          <w:rtl/>
        </w:rPr>
        <w:t>ד. ‪15 &lt; 11‬ – לא נכון – ‪15 &gt; 11‬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מַיְּנוּ אֶת הַמִּסְפָּרִים.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בֵּין 10 לְ-15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בֵּין 16 לְ-20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11, 13, 15, 12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18, 20, 19, 17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[קל] הַקִּיפוּ אֶת הַמִּסְפָּר הַקָּטָן בְּיוֹתֵר בְּכָל שׁוּרָה.</w:t>
      </w:r>
    </w:p>
    <w:p>
      <w:pPr>
        <w:bidi/>
        <w:spacing w:before="0" w:after="100"/>
        <w:jc w:val="both"/>
      </w:pPr>
      <w:r>
        <w:rPr>
          <w:rtl/>
        </w:rPr>
        <w:t>א. 14    19    11  ← 11</w:t>
      </w:r>
    </w:p>
    <w:p>
      <w:pPr>
        <w:bidi/>
        <w:spacing w:before="0" w:after="100"/>
        <w:jc w:val="both"/>
      </w:pPr>
      <w:r>
        <w:rPr>
          <w:rtl/>
        </w:rPr>
        <w:t>ב. 20    16    18  ← 16</w:t>
      </w:r>
    </w:p>
    <w:p>
      <w:pPr>
        <w:bidi/>
        <w:spacing w:before="0" w:after="100"/>
        <w:jc w:val="both"/>
      </w:pPr>
      <w:r>
        <w:rPr>
          <w:rtl/>
        </w:rPr>
        <w:t>ג. 13    10    17  ← 10</w:t>
      </w:r>
    </w:p>
    <w:p>
      <w:pPr>
        <w:bidi/>
        <w:spacing w:before="0" w:after="100"/>
        <w:jc w:val="both"/>
      </w:pPr>
      <w:r>
        <w:rPr>
          <w:rtl/>
        </w:rPr>
        <w:t>ד. 15    12    19  ← 12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‪10 + 7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17</w:t>
      </w:r>
    </w:p>
    <w:p>
      <w:pPr>
        <w:bidi/>
        <w:spacing w:before="0" w:after="20"/>
        <w:jc w:val="both"/>
      </w:pPr>
      <w:r>
        <w:rPr>
          <w:rtl/>
        </w:rPr>
        <w:t>ב. אֵיזֶה מִסְפָּר גָּדוֹל מִ-18?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19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כִּתְבוּ מִסְפָּר מַתְאִים.</w:t>
      </w:r>
    </w:p>
    <w:p>
      <w:pPr>
        <w:bidi/>
        <w:spacing w:before="0" w:after="40"/>
        <w:jc w:val="both"/>
      </w:pPr>
      <w:r>
        <w:rPr>
          <w:rtl/>
        </w:rPr>
        <w:t>א. ‪13 &lt; 14 &lt; 15‬</w:t>
      </w:r>
    </w:p>
    <w:p>
      <w:pPr>
        <w:bidi/>
        <w:spacing w:before="0" w:after="40"/>
        <w:jc w:val="both"/>
      </w:pPr>
      <w:r>
        <w:rPr>
          <w:rtl/>
        </w:rPr>
        <w:t>ב. ‪18 &lt; 19 &lt; 20‬</w:t>
      </w:r>
    </w:p>
    <w:p>
      <w:pPr>
        <w:bidi/>
        <w:spacing w:before="0" w:after="40"/>
        <w:jc w:val="both"/>
      </w:pPr>
      <w:r>
        <w:rPr>
          <w:rtl/>
        </w:rPr>
        <w:t>ג. ‪10 &lt; 11 &lt; 12‬</w:t>
      </w:r>
    </w:p>
    <w:p>
      <w:pPr>
        <w:bidi/>
        <w:spacing w:before="0" w:after="40"/>
        <w:jc w:val="both"/>
      </w:pPr>
      <w:r>
        <w:rPr>
          <w:rtl/>
        </w:rPr>
        <w:t>ד. ‪16 &lt; 17 &lt; 18‬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צַיְּרוּ 17 עִגּוּלִים: שׁוּרָה שֶׁל 10 וְעוֹד 7. כִּתְבוּ תַּרְגִּיל.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שורה של 10 ועוד ‪7: 10 + 7 = 17‬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אֶתְגָּר: סַדְּרוּ מִן הַקָּטָן אֶל הַגָּדוֹל: 15, 9, 20, 11, 18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9, 11, 15, 18, 20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אֶתְגָּר: כִּתְבוּ אֶת כָּל הַמִּסְפָּרִים בֵּין 10 לְ-20 שֶׁיֵּשׁ בָּהֶם 5 יְחִידוֹת אוֹ יוֹתֵר.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15, 16, 17, 18, 19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369A1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בַּשּׁוּרָה הָרִאשׁוֹנָה יֵשׁ 10 עֲצִיצִים, וּבַשְּׁנִיָּה 3 עֲצִיצִים. כַּמָּה עֲצִיצִים יֵשׁ בִּשְׁתֵּי הַשּׁוּרוֹת?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‪10 + 3 = 13‬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בשתי השורות יש 13 עציצים.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[קל] בַּמַּגָּשׁ 10 פִּתּוֹת, וְעוֹד 7 פִּתּוֹת בַּשַּׂקִּית. כַּמָּה פִּתּוֹת יֵשׁ בְּסַךְ הַכֹּל?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‪10 + 7 = 17‬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יש 17 פיתות.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בַּסִּפְרִיָּה יֵשׁ מַדָּף עִם 19 סְפָרִים. 10 סְפָרִים עַל חַיּוֹת, וְהַשְּׁאָר עַל כּוֹכָבִים. כַּמָּה סְפָרִים עַל כּוֹכָבִים?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‪19 = 10 + 9‬ ; ‪19 − 10 = 9‬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יש 9 ספרים על כוכבים.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[בינוני] בַּקְּבוּצָה שֶׁל אֲרִיאֵל 14 יְלָדִים, וּבַקְּבוּצָה שֶׁל עוֹמֶר 11 יְלָדִים. בְּאֵיזוֹ קְבוּצָה יֵשׁ יוֹתֵר יְלָדִים? כַּמָּה יוֹתֵר?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‪14 &gt; 11‬ ; ‪14 − 11 = 3‬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בקבוצה של אריאל יש יותר ילדים, 3 יותר.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דָּוִד עוֹמֵד עַל יְשַׁר הַמִּסְפָּרִים בַּמִּסְפָּר 18. הוּא קוֹפֵץ 4 צְעָדִים אֲחוֹרָה. לְאֵיזֶה מִסְפָּר הוּא מַגִּיעַ?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קופצים אחורה: 17, 16, 15, 14. ; ‪18 − 4 = 14‬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דוד מגיע למספר 14.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21. [אתגר] לְאֶלְיָה יֵשׁ עֶשֶׂר שֶׁל גֻּלּוֹת וְעוֹד 5 גֻּלּוֹת. הוּא קִבֵּל עוֹד 2 גֻּלּוֹת. כַּמָּה גֻּלּוֹת יֵשׁ לוֹ עַכְשָׁו?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‪10 + 5 = 15‬ ; ‪15 + 2 = 17‬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לאליה יש עכשיו 17 גולות.</w:t>
      </w: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22. גִּזְרוּ אֶת כַּרְטִיסֵי הַמִּסְפָּרִים, וְהַדְבִּיקוּ אוֹתָם לְפִי הַסֵּדֶר: מִן הַקָּטָן אֶל הַגָּדוֹל.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9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11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13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16</w:t>
            </w:r>
          </w:p>
        </w:tc>
      </w:tr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18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20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23.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עֲשֶׂרֶת – </w:t>
            </w:r>
            <w:r>
              <w:rPr>
                <w:sz w:val="24"/>
                <w:szCs w:val="24"/>
                <w:rtl/>
              </w:rPr>
              <w:t>קְבוּצָה שֶׁל 10 יְחִידוֹת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יְחִידוֹת – </w:t>
            </w:r>
            <w:r>
              <w:rPr>
                <w:sz w:val="24"/>
                <w:szCs w:val="24"/>
                <w:rtl/>
              </w:rPr>
              <w:t>מָה שֶׁנִּשְׁאַר אַחֲרֵי הָעֲשֶׂרֶת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יְשַׁר הַמִּסְפָּרִים – </w:t>
            </w:r>
            <w:r>
              <w:rPr>
                <w:sz w:val="24"/>
                <w:szCs w:val="24"/>
                <w:rtl/>
              </w:rPr>
              <w:t>קַו שֶׁהַמִּסְפָּרִים מְסֻדָּרִים עָלָיו לְפִי הַסֵּדֶר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אַחֲרֵי – </w:t>
            </w:r>
            <w:r>
              <w:rPr>
                <w:sz w:val="24"/>
                <w:szCs w:val="24"/>
                <w:rtl/>
              </w:rPr>
              <w:t>הַמִּסְפָּר הַגָּדוֹל בְּ-1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כִּתְבוּ מִסְפָּר בֵּין 10 לָ-20, וְאִמְרוּ כַּמָּה עֲשָׂרוֹת וְכַמָּה יְחִידוֹת יֵשׁ בּוֹ. תשובה אישית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369A1"/>
          <w:sz w:val="30"/>
          <w:szCs w:val="30"/>
          <w:rtl/>
        </w:rPr>
        <w:t>פרק 4: חיבור וחיסור עד 20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חַשְּׁבוּ.</w:t>
      </w:r>
    </w:p>
    <w:p>
      <w:pPr>
        <w:bidi/>
        <w:spacing w:before="0" w:after="40"/>
        <w:jc w:val="both"/>
      </w:pPr>
      <w:r>
        <w:rPr>
          <w:rtl/>
        </w:rPr>
        <w:t>א. ‪14 + 3 = 17‬</w:t>
      </w:r>
    </w:p>
    <w:p>
      <w:pPr>
        <w:bidi/>
        <w:spacing w:before="0" w:after="40"/>
        <w:jc w:val="both"/>
      </w:pPr>
      <w:r>
        <w:rPr>
          <w:rtl/>
        </w:rPr>
        <w:t>ב. ‪11 + 8 = 19‬</w:t>
      </w:r>
    </w:p>
    <w:p>
      <w:pPr>
        <w:bidi/>
        <w:spacing w:before="0" w:after="40"/>
        <w:jc w:val="both"/>
      </w:pPr>
      <w:r>
        <w:rPr>
          <w:rtl/>
        </w:rPr>
        <w:t>ג. ‪17 + 2 = 19‬</w:t>
      </w:r>
    </w:p>
    <w:p>
      <w:pPr>
        <w:bidi/>
        <w:spacing w:before="0" w:after="40"/>
        <w:jc w:val="both"/>
      </w:pPr>
      <w:r>
        <w:rPr>
          <w:rtl/>
        </w:rPr>
        <w:t>ד. ‪13 + 6 = 19‬</w:t>
      </w:r>
    </w:p>
    <w:p>
      <w:pPr>
        <w:bidi/>
        <w:spacing w:before="0" w:after="40"/>
        <w:jc w:val="both"/>
      </w:pPr>
      <w:r>
        <w:rPr>
          <w:rtl/>
        </w:rPr>
        <w:t>ה. ‪10 + 9 = 19‬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חַשְּׁבוּ.</w:t>
      </w:r>
    </w:p>
    <w:p>
      <w:pPr>
        <w:bidi/>
        <w:spacing w:before="0" w:after="40"/>
        <w:jc w:val="both"/>
      </w:pPr>
      <w:r>
        <w:rPr>
          <w:rtl/>
        </w:rPr>
        <w:t>א. ‪19 − 5 = 14‬</w:t>
      </w:r>
    </w:p>
    <w:p>
      <w:pPr>
        <w:bidi/>
        <w:spacing w:before="0" w:after="40"/>
        <w:jc w:val="both"/>
      </w:pPr>
      <w:r>
        <w:rPr>
          <w:rtl/>
        </w:rPr>
        <w:t>ב. ‪16 − 6 = 10‬</w:t>
      </w:r>
    </w:p>
    <w:p>
      <w:pPr>
        <w:bidi/>
        <w:spacing w:before="0" w:after="40"/>
        <w:jc w:val="both"/>
      </w:pPr>
      <w:r>
        <w:rPr>
          <w:rtl/>
        </w:rPr>
        <w:t>ג. ‪18 − 3 = 15‬</w:t>
      </w:r>
    </w:p>
    <w:p>
      <w:pPr>
        <w:bidi/>
        <w:spacing w:before="0" w:after="40"/>
        <w:jc w:val="both"/>
      </w:pPr>
      <w:r>
        <w:rPr>
          <w:rtl/>
        </w:rPr>
        <w:t>ד. ‪17 − 5 = 12‬</w:t>
      </w:r>
    </w:p>
    <w:p>
      <w:pPr>
        <w:bidi/>
        <w:spacing w:before="0" w:after="40"/>
        <w:jc w:val="both"/>
      </w:pPr>
      <w:r>
        <w:rPr>
          <w:rtl/>
        </w:rPr>
        <w:t>ה. ‪14 − 0 = 14‬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פִּתְרוּ זוּגוֹת שֶׁל תַּרְגִּילִים.</w:t>
      </w:r>
    </w:p>
    <w:p>
      <w:pPr>
        <w:bidi/>
        <w:spacing w:before="0" w:after="40"/>
        <w:jc w:val="both"/>
      </w:pPr>
      <w:r>
        <w:rPr>
          <w:rtl/>
        </w:rPr>
        <w:t>א. ‪2 + 6 = 8‬</w:t>
      </w:r>
    </w:p>
    <w:p>
      <w:pPr>
        <w:bidi/>
        <w:spacing w:before="0" w:after="40"/>
        <w:jc w:val="both"/>
      </w:pPr>
      <w:r>
        <w:rPr>
          <w:rtl/>
        </w:rPr>
        <w:t>ב. ‪12 + 6 = 18‬</w:t>
      </w:r>
    </w:p>
    <w:p>
      <w:pPr>
        <w:bidi/>
        <w:spacing w:before="0" w:after="40"/>
        <w:jc w:val="both"/>
      </w:pPr>
      <w:r>
        <w:rPr>
          <w:rtl/>
        </w:rPr>
        <w:t>ג. ‪7 − 4 = 3‬</w:t>
      </w:r>
    </w:p>
    <w:p>
      <w:pPr>
        <w:bidi/>
        <w:spacing w:before="0" w:after="40"/>
        <w:jc w:val="both"/>
      </w:pPr>
      <w:r>
        <w:rPr>
          <w:rtl/>
        </w:rPr>
        <w:t>ד. ‪17 − 4 = 13‬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הַשְׁלִימוּ לְ-10.</w:t>
      </w:r>
    </w:p>
    <w:p>
      <w:pPr>
        <w:bidi/>
        <w:spacing w:before="0" w:after="40"/>
        <w:jc w:val="both"/>
      </w:pPr>
      <w:r>
        <w:rPr>
          <w:rtl/>
        </w:rPr>
        <w:t>א. ‪7 + 3 = 10‬</w:t>
      </w:r>
    </w:p>
    <w:p>
      <w:pPr>
        <w:bidi/>
        <w:spacing w:before="0" w:after="40"/>
        <w:jc w:val="both"/>
      </w:pPr>
      <w:r>
        <w:rPr>
          <w:rtl/>
        </w:rPr>
        <w:t>ב. ‪2 + 8 = 10‬</w:t>
      </w:r>
    </w:p>
    <w:p>
      <w:pPr>
        <w:bidi/>
        <w:spacing w:before="0" w:after="40"/>
        <w:jc w:val="both"/>
      </w:pPr>
      <w:r>
        <w:rPr>
          <w:rtl/>
        </w:rPr>
        <w:t>ג. ‪6 + 4 = 10‬</w:t>
      </w:r>
    </w:p>
    <w:p>
      <w:pPr>
        <w:bidi/>
        <w:spacing w:before="0" w:after="40"/>
        <w:jc w:val="both"/>
      </w:pPr>
      <w:r>
        <w:rPr>
          <w:rtl/>
        </w:rPr>
        <w:t>ד. ‪1 + 9 = 10‬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חַבְּרוּ דֶּרֶךְ 10.</w:t>
      </w:r>
    </w:p>
    <w:p>
      <w:pPr>
        <w:bidi/>
        <w:spacing w:before="0" w:after="40"/>
        <w:jc w:val="both"/>
      </w:pPr>
      <w:r>
        <w:rPr>
          <w:rtl/>
        </w:rPr>
        <w:t>א. ‪9 + 3 = 12‬</w:t>
      </w:r>
    </w:p>
    <w:p>
      <w:pPr>
        <w:bidi/>
        <w:spacing w:before="0" w:after="40"/>
        <w:jc w:val="both"/>
      </w:pPr>
      <w:r>
        <w:rPr>
          <w:rtl/>
        </w:rPr>
        <w:t>ב. ‪8 + 6 = 14‬</w:t>
      </w:r>
    </w:p>
    <w:p>
      <w:pPr>
        <w:bidi/>
        <w:spacing w:before="0" w:after="40"/>
        <w:jc w:val="both"/>
      </w:pPr>
      <w:r>
        <w:rPr>
          <w:rtl/>
        </w:rPr>
        <w:t>ג. ‪7 + 7 = 14‬</w:t>
      </w:r>
    </w:p>
    <w:p>
      <w:pPr>
        <w:bidi/>
        <w:spacing w:before="0" w:after="40"/>
        <w:jc w:val="both"/>
      </w:pPr>
      <w:r>
        <w:rPr>
          <w:rtl/>
        </w:rPr>
        <w:t>ד. ‪6 + 5 = 11‬</w:t>
      </w:r>
    </w:p>
    <w:p>
      <w:pPr>
        <w:bidi/>
        <w:spacing w:before="0" w:after="40"/>
        <w:jc w:val="both"/>
      </w:pPr>
      <w:r>
        <w:rPr>
          <w:rtl/>
        </w:rPr>
        <w:t>ה. ‪9 + 8 = 17‬</w:t>
      </w:r>
    </w:p>
    <w:p>
      <w:pPr>
        <w:bidi/>
        <w:spacing w:before="0" w:after="40"/>
        <w:jc w:val="both"/>
      </w:pPr>
      <w:r>
        <w:rPr>
          <w:rtl/>
        </w:rPr>
        <w:t>ו. ‪5 + 7 = 12‬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חַסְּרוּ דֶּרֶךְ 10.</w:t>
      </w:r>
    </w:p>
    <w:p>
      <w:pPr>
        <w:bidi/>
        <w:spacing w:before="0" w:after="40"/>
        <w:jc w:val="both"/>
      </w:pPr>
      <w:r>
        <w:rPr>
          <w:rtl/>
        </w:rPr>
        <w:t>א. ‪11 − 2 = 9‬</w:t>
      </w:r>
    </w:p>
    <w:p>
      <w:pPr>
        <w:bidi/>
        <w:spacing w:before="0" w:after="40"/>
        <w:jc w:val="both"/>
      </w:pPr>
      <w:r>
        <w:rPr>
          <w:rtl/>
        </w:rPr>
        <w:t>ב. ‪13 − 5 = 8‬</w:t>
      </w:r>
    </w:p>
    <w:p>
      <w:pPr>
        <w:bidi/>
        <w:spacing w:before="0" w:after="40"/>
        <w:jc w:val="both"/>
      </w:pPr>
      <w:r>
        <w:rPr>
          <w:rtl/>
        </w:rPr>
        <w:t>ג. ‪12 − 6 = 6‬</w:t>
      </w:r>
    </w:p>
    <w:p>
      <w:pPr>
        <w:bidi/>
        <w:spacing w:before="0" w:after="40"/>
        <w:jc w:val="both"/>
      </w:pPr>
      <w:r>
        <w:rPr>
          <w:rtl/>
        </w:rPr>
        <w:t>ד. ‪14 − 7 = 7‬</w:t>
      </w:r>
    </w:p>
    <w:p>
      <w:pPr>
        <w:bidi/>
        <w:spacing w:before="0" w:after="40"/>
        <w:jc w:val="both"/>
      </w:pPr>
      <w:r>
        <w:rPr>
          <w:rtl/>
        </w:rPr>
        <w:t>ה. ‪17 − 9 = 8‬</w:t>
      </w:r>
    </w:p>
    <w:p>
      <w:pPr>
        <w:bidi/>
        <w:spacing w:before="0" w:after="40"/>
        <w:jc w:val="both"/>
      </w:pPr>
      <w:r>
        <w:rPr>
          <w:rtl/>
        </w:rPr>
        <w:t>ו. ‪15 − 8 = 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[אתגר] הַשְׁלִימוּ אֶת הַמִּסְפָּר הֶחָסֵר.</w:t>
      </w:r>
    </w:p>
    <w:p>
      <w:pPr>
        <w:bidi/>
        <w:spacing w:before="0" w:after="40"/>
        <w:jc w:val="both"/>
      </w:pPr>
      <w:r>
        <w:rPr>
          <w:rtl/>
        </w:rPr>
        <w:t>א. ‪9 + 5 = 14‬</w:t>
      </w:r>
    </w:p>
    <w:p>
      <w:pPr>
        <w:bidi/>
        <w:spacing w:before="0" w:after="40"/>
        <w:jc w:val="both"/>
      </w:pPr>
      <w:r>
        <w:rPr>
          <w:rtl/>
        </w:rPr>
        <w:t>ב. ‪7 + 6 = 13‬</w:t>
      </w:r>
    </w:p>
    <w:p>
      <w:pPr>
        <w:bidi/>
        <w:spacing w:before="0" w:after="40"/>
        <w:jc w:val="both"/>
      </w:pPr>
      <w:r>
        <w:rPr>
          <w:rtl/>
        </w:rPr>
        <w:t>ג. ‪15 − 8 = 7‬</w:t>
      </w:r>
    </w:p>
    <w:p>
      <w:pPr>
        <w:bidi/>
        <w:spacing w:before="0" w:after="40"/>
        <w:jc w:val="both"/>
      </w:pPr>
      <w:r>
        <w:rPr>
          <w:rtl/>
        </w:rPr>
        <w:t>ד. ‪16 − 4 = 12‬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+ 4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− 4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הַתְאִימוּ כָּל תַּרְגִּיל לַתּוֹצָאָה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‪7 + 8‬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‪16 − 4‬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17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‪9 + 9‬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12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‪11 − 5‬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18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‪13 + 4‬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15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‪9 + 6 = 15‬ – נכון</w:t>
      </w:r>
    </w:p>
    <w:p>
      <w:pPr>
        <w:bidi/>
        <w:spacing w:before="0" w:after="40"/>
        <w:jc w:val="both"/>
      </w:pPr>
      <w:r>
        <w:rPr>
          <w:rtl/>
        </w:rPr>
        <w:t>ב. ‪12 − 5 = 6‬ – לא נכון – ‪12 − 5 = 7‬</w:t>
      </w:r>
    </w:p>
    <w:p>
      <w:pPr>
        <w:bidi/>
        <w:spacing w:before="0" w:after="40"/>
        <w:jc w:val="both"/>
      </w:pPr>
      <w:r>
        <w:rPr>
          <w:rtl/>
        </w:rPr>
        <w:t>ג. ‪7 + 3 = 10‬ – נכון</w:t>
      </w:r>
    </w:p>
    <w:p>
      <w:pPr>
        <w:bidi/>
        <w:spacing w:before="0" w:after="40"/>
        <w:jc w:val="both"/>
      </w:pPr>
      <w:r>
        <w:rPr>
          <w:rtl/>
        </w:rPr>
        <w:t>ד. ‪16 + 3 = 18‬ – לא נכון – ‪16 + 3 = 19‬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מַיְּנוּ: הַתּוֹצָאָה 12 אוֹ 14?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12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 + 4‬, ‪17 − 5‬, ‪6 + 6‬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 + 5‬, ‪20 − 6‬, ‪7 + 7‬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בַּחֲרוּ אֶת הַדֶּרֶךְ הַנְּכוֹנָה לְחַשֵּׁב.</w:t>
      </w:r>
    </w:p>
    <w:p>
      <w:pPr>
        <w:bidi/>
        <w:spacing w:before="0" w:after="20"/>
        <w:jc w:val="both"/>
      </w:pPr>
      <w:r>
        <w:rPr>
          <w:rtl/>
        </w:rPr>
        <w:t>א. ‪8 + 5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‪8 + 2 + 3‬</w:t>
      </w:r>
    </w:p>
    <w:p>
      <w:pPr>
        <w:bidi/>
        <w:spacing w:before="0" w:after="20"/>
        <w:jc w:val="both"/>
      </w:pPr>
      <w:r>
        <w:rPr>
          <w:rtl/>
        </w:rPr>
        <w:t>ב. ‪14 − 6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‪14 − 4 − 2‬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הַסְבִּירוּ אֵיךְ חִשַּׁבְתֶּם: ‪15 − 7‬.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‪15 − 5 = 10‬, נשארו ‪2: 10 − 2 =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אֶתְגָּר: מִצְאוּ אֶת הַטָּעוּת וְתַקְּנוּ: ‪9 + 4 = 12‬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הטעות: ‪9 + 1 = 10‬, ועוד ‪3 = 13‬. התשובה הנכונה 13.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369A1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בַּכִּתָּה 11 בָּנִים וְ-7 בָּנוֹת. כַּמָּה יְלָדִים בַּכִּתָּה?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 + 7 = 8‬, ולכן ‪11 + 7 = 18‬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בכיתה 18 ילדים.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בַּסַּל הָיוּ 19 תַּפּוּחִים. אַבָּא לָקַח 4 תַּפּוּחִים לָעוּגָה. כַּמָּה תַּפּוּחִים נִשְׁאֲרוּ בַּסַּל?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‪9 − 4 = 5‬, ולכן ‪19 − 4 = 15‬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בסל נשארו 15 תפוחים.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דָּנִיֵּאל קָרָא 9 עַמּוּדִים בַּבֹּקֶר וְ-5 עַמּוּדִים בָּעֶרֶב. כַּמָּה עַמּוּדִים קָרָא בְּסַךְ הַכֹּל?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 + 1 = 10‬ ; נשארו ‪4: 10 + 4 = 14‬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דניאל קרא 14 עמודים.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בַּחֲנוּת הָיוּ 12 כַּדּוּרִים. נִמְכְּרוּ 4 כַּדּוּרִים. כַּמָּה כַּדּוּרִים נִשְׁאֲרוּ בַּחֲנוּת?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‪12 − 2 = 10‬ ; ‪10 − 2 = 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בחנות נשארו 8 כדורים.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לְאִיתַי 15 קְלָפִים וּלְאוּרִי 8 קְלָפִים. כַּמָּה קְלָפִים יֵשׁ לְאִיתַי יוֹתֵר מִלְּאוּרִי?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‪15 − 5 = 10‬ ; ‪10 − 3 = 7‬ ; ‪15 − 8 = 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לאיתי יש 7 קלפים יותר מלאורי.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יְהוֹנָתָן קִבֵּל 6 סֻכָּרִיּוֹת מִסָּבָא וְ-6 סֻכָּרִיּוֹת מִסָּבְתָא. הוּא נָתַן 3 סֻכָּרִיּוֹת לְאָחִיו. כַּמָּה סֻכָּרִיּוֹת נִשְׁאֲרוּ לוֹ?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 + 6 = 12‬ ; ‪12 − 3 = 9‬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ליהונתן נשארו 9 סוכריות.</w:t>
      </w: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21. פִּתְרוּ. גִּזְרוּ אֶת כַּרְטִיסֵי הַתַּרְגִּילִים, וְהַדְבִּיקוּ כָּל תַּרְגִּיל בָּעַמּוּדָה הַמַּתְאִימָה.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הַתְּשׁוּבָה קְטַנָּה מֵ-10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הַתְּשׁוּבָה 10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הַתְּשׁוּבָה גְּדוֹלָה מֵ-10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‪12 − 5‬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‪6 + 4‬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‪8 + 5‬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‪15 − 9‬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‪17 − 7‬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‪9 + 9‬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22. הַתְאִימוּ תְּמוּנָה לְתַרְגִּיל: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369A1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369A1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369A1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369A1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🍪🍪🍪🍪🍪🍪🍪🍪 🍪🍪🍪🍪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🍓🍓🍓🍓🍓🍓🍓🍓🍓🍓 🍓🍓🍓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🧁🧁🧁🧁🧁🧁🧁 🧁🧁🧁🧁🧁🧁🧁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🍬🍬🍬🍬🍬🍬🍬🍬🍬 🍬🍬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‪8 + 4 = 12‬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‪10 + 3 = 13‬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‪9 + 2 = 11‬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‪7 + 7 = 14‬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369A1"/>
          <w:sz w:val="30"/>
          <w:szCs w:val="30"/>
          <w:rtl/>
        </w:rPr>
        <w:t>פרק 5: המספרים עד 100: עשרות שלמות וספירה בקפיצות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סִפְרוּ בַּעֲשָׂרוֹת וְהַשְׁלִימוּ.</w:t>
      </w:r>
    </w:p>
    <w:p>
      <w:pPr>
        <w:bidi/>
        <w:spacing w:before="0" w:after="40"/>
        <w:jc w:val="both"/>
      </w:pPr>
      <w:r>
        <w:rPr>
          <w:rtl/>
        </w:rPr>
        <w:t>א. 30, 40, 50, 60</w:t>
      </w:r>
    </w:p>
    <w:p>
      <w:pPr>
        <w:bidi/>
        <w:spacing w:before="0" w:after="40"/>
        <w:jc w:val="both"/>
      </w:pPr>
      <w:r>
        <w:rPr>
          <w:rtl/>
        </w:rPr>
        <w:t>ב. 70, 80, 90, 100</w:t>
      </w:r>
    </w:p>
    <w:p>
      <w:pPr>
        <w:bidi/>
        <w:spacing w:before="0" w:after="40"/>
        <w:jc w:val="both"/>
      </w:pPr>
      <w:r>
        <w:rPr>
          <w:rtl/>
        </w:rPr>
        <w:t>ג. 10, 20, 30</w:t>
      </w:r>
    </w:p>
    <w:p>
      <w:pPr>
        <w:bidi/>
        <w:spacing w:before="0" w:after="40"/>
        <w:jc w:val="both"/>
      </w:pPr>
      <w:r>
        <w:rPr>
          <w:rtl/>
        </w:rPr>
        <w:t>ד. 60, 70, 80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[בינוני] סִפְרוּ אֲחוֹרָה בַּעֲשָׂרוֹת.</w:t>
      </w:r>
    </w:p>
    <w:p>
      <w:pPr>
        <w:bidi/>
        <w:spacing w:before="0" w:after="40"/>
        <w:jc w:val="both"/>
      </w:pPr>
      <w:r>
        <w:rPr>
          <w:rtl/>
        </w:rPr>
        <w:t>א. 100, 90, 80, 70</w:t>
      </w:r>
    </w:p>
    <w:p>
      <w:pPr>
        <w:bidi/>
        <w:spacing w:before="0" w:after="40"/>
        <w:jc w:val="both"/>
      </w:pPr>
      <w:r>
        <w:rPr>
          <w:rtl/>
        </w:rPr>
        <w:t>ב. 50, 40, 30, 20</w:t>
      </w:r>
    </w:p>
    <w:p>
      <w:pPr>
        <w:bidi/>
        <w:spacing w:before="0" w:after="40"/>
        <w:jc w:val="both"/>
      </w:pPr>
      <w:r>
        <w:rPr>
          <w:rtl/>
        </w:rPr>
        <w:t>ג. 80, 70, 60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קִפְצוּ בִּקְפִיצוֹת שֶׁל 2.</w:t>
      </w:r>
    </w:p>
    <w:p>
      <w:pPr>
        <w:bidi/>
        <w:spacing w:before="0" w:after="40"/>
        <w:jc w:val="both"/>
      </w:pPr>
      <w:r>
        <w:rPr>
          <w:rtl/>
        </w:rPr>
        <w:t>א. 12, 14, 16, 18</w:t>
      </w:r>
    </w:p>
    <w:p>
      <w:pPr>
        <w:bidi/>
        <w:spacing w:before="0" w:after="40"/>
        <w:jc w:val="both"/>
      </w:pPr>
      <w:r>
        <w:rPr>
          <w:rtl/>
        </w:rPr>
        <w:t>ב. 20, 22, 24, 26</w:t>
      </w:r>
    </w:p>
    <w:p>
      <w:pPr>
        <w:bidi/>
        <w:spacing w:before="0" w:after="40"/>
        <w:jc w:val="both"/>
      </w:pPr>
      <w:r>
        <w:rPr>
          <w:rtl/>
        </w:rPr>
        <w:t>ג. 4, 6, 8, 10</w:t>
      </w:r>
    </w:p>
    <w:p>
      <w:pPr>
        <w:bidi/>
        <w:spacing w:before="0" w:after="40"/>
        <w:jc w:val="both"/>
      </w:pPr>
      <w:r>
        <w:rPr>
          <w:rtl/>
        </w:rPr>
        <w:t>ד. 30, 32, 34, 36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קִפְצוּ בִּקְפִיצוֹת שֶׁל 5.</w:t>
      </w:r>
    </w:p>
    <w:p>
      <w:pPr>
        <w:bidi/>
        <w:spacing w:before="0" w:after="40"/>
        <w:jc w:val="both"/>
      </w:pPr>
      <w:r>
        <w:rPr>
          <w:rtl/>
        </w:rPr>
        <w:t>א. 15, 20, 25, 30</w:t>
      </w:r>
    </w:p>
    <w:p>
      <w:pPr>
        <w:bidi/>
        <w:spacing w:before="0" w:after="40"/>
        <w:jc w:val="both"/>
      </w:pPr>
      <w:r>
        <w:rPr>
          <w:rtl/>
        </w:rPr>
        <w:t>ב. 50, 55, 60, 65</w:t>
      </w:r>
    </w:p>
    <w:p>
      <w:pPr>
        <w:bidi/>
        <w:spacing w:before="0" w:after="40"/>
        <w:jc w:val="both"/>
      </w:pPr>
      <w:r>
        <w:rPr>
          <w:rtl/>
        </w:rPr>
        <w:t>ג. 70, 75, 80, 85</w:t>
      </w:r>
    </w:p>
    <w:p>
      <w:pPr>
        <w:bidi/>
        <w:spacing w:before="0" w:after="40"/>
        <w:jc w:val="both"/>
      </w:pPr>
      <w:r>
        <w:rPr>
          <w:rtl/>
        </w:rPr>
        <w:t>ד. 90, 95, 100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קִפְצוּ בִּקְפִיצוֹת שֶׁל 10.</w:t>
      </w:r>
    </w:p>
    <w:p>
      <w:pPr>
        <w:bidi/>
        <w:spacing w:before="0" w:after="40"/>
        <w:jc w:val="both"/>
      </w:pPr>
      <w:r>
        <w:rPr>
          <w:rtl/>
        </w:rPr>
        <w:t>א. 2, 12, 22, 32</w:t>
      </w:r>
    </w:p>
    <w:p>
      <w:pPr>
        <w:bidi/>
        <w:spacing w:before="0" w:after="40"/>
        <w:jc w:val="both"/>
      </w:pPr>
      <w:r>
        <w:rPr>
          <w:rtl/>
        </w:rPr>
        <w:t>ב. 9, 19, 29, 39</w:t>
      </w:r>
    </w:p>
    <w:p>
      <w:pPr>
        <w:bidi/>
        <w:spacing w:before="0" w:after="40"/>
        <w:jc w:val="both"/>
      </w:pPr>
      <w:r>
        <w:rPr>
          <w:rtl/>
        </w:rPr>
        <w:t>ג. 45, 55, 65, 75</w:t>
      </w:r>
    </w:p>
    <w:p>
      <w:pPr>
        <w:bidi/>
        <w:spacing w:before="0" w:after="40"/>
        <w:jc w:val="both"/>
      </w:pPr>
      <w:r>
        <w:rPr>
          <w:rtl/>
        </w:rPr>
        <w:t>ד. 58, 68, 78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חַשְּׁבוּ.</w:t>
      </w:r>
    </w:p>
    <w:p>
      <w:pPr>
        <w:bidi/>
        <w:spacing w:before="0" w:after="40"/>
        <w:jc w:val="both"/>
      </w:pPr>
      <w:r>
        <w:rPr>
          <w:rtl/>
        </w:rPr>
        <w:t>א. ‪10 + 40 = 50‬</w:t>
      </w:r>
    </w:p>
    <w:p>
      <w:pPr>
        <w:bidi/>
        <w:spacing w:before="0" w:after="40"/>
        <w:jc w:val="both"/>
      </w:pPr>
      <w:r>
        <w:rPr>
          <w:rtl/>
        </w:rPr>
        <w:t>ב. ‪30 + 60 = 90‬</w:t>
      </w:r>
    </w:p>
    <w:p>
      <w:pPr>
        <w:bidi/>
        <w:spacing w:before="0" w:after="40"/>
        <w:jc w:val="both"/>
      </w:pPr>
      <w:r>
        <w:rPr>
          <w:rtl/>
        </w:rPr>
        <w:t>ג. ‪50 + 50 = 100‬</w:t>
      </w:r>
    </w:p>
    <w:p>
      <w:pPr>
        <w:bidi/>
        <w:spacing w:before="0" w:after="40"/>
        <w:jc w:val="both"/>
      </w:pPr>
      <w:r>
        <w:rPr>
          <w:rtl/>
        </w:rPr>
        <w:t>ד. ‪70 − 20 = 50‬</w:t>
      </w:r>
    </w:p>
    <w:p>
      <w:pPr>
        <w:bidi/>
        <w:spacing w:before="0" w:after="40"/>
        <w:jc w:val="both"/>
      </w:pPr>
      <w:r>
        <w:rPr>
          <w:rtl/>
        </w:rPr>
        <w:t>ה. ‪60 − 30 = 30‬</w:t>
      </w:r>
    </w:p>
    <w:p>
      <w:pPr>
        <w:bidi/>
        <w:spacing w:before="0" w:after="40"/>
        <w:jc w:val="both"/>
      </w:pPr>
      <w:r>
        <w:rPr>
          <w:rtl/>
        </w:rPr>
        <w:t>ו. ‪90 − 80 = 10‬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[אתגר] הַשְׁלִימוּ אֶת הַמִּסְפָּר הֶחָסֵר.</w:t>
      </w:r>
    </w:p>
    <w:p>
      <w:pPr>
        <w:bidi/>
        <w:spacing w:before="0" w:after="40"/>
        <w:jc w:val="both"/>
      </w:pPr>
      <w:r>
        <w:rPr>
          <w:rtl/>
        </w:rPr>
        <w:t>א. ‪20 + 30 = 50‬</w:t>
      </w:r>
    </w:p>
    <w:p>
      <w:pPr>
        <w:bidi/>
        <w:spacing w:before="0" w:after="40"/>
        <w:jc w:val="both"/>
      </w:pPr>
      <w:r>
        <w:rPr>
          <w:rtl/>
        </w:rPr>
        <w:t>ב. ‪60 + 30 = 90‬</w:t>
      </w:r>
    </w:p>
    <w:p>
      <w:pPr>
        <w:bidi/>
        <w:spacing w:before="0" w:after="40"/>
        <w:jc w:val="both"/>
      </w:pPr>
      <w:r>
        <w:rPr>
          <w:rtl/>
        </w:rPr>
        <w:t>ג. ‪80 − 40 = 40‬</w:t>
      </w:r>
    </w:p>
    <w:p>
      <w:pPr>
        <w:bidi/>
        <w:spacing w:before="0" w:after="40"/>
        <w:jc w:val="both"/>
      </w:pPr>
      <w:r>
        <w:rPr>
          <w:rtl/>
        </w:rPr>
        <w:t>ד. ‪100 − 30 = 70‬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[קל]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עֲשָׂרוֹת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הַתְאִימוּ כָּל תַּרְגִּיל לַתּוֹצָאָה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‪20 + 20‬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90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‪60 + 30‬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70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‪70 − 40‬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30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‪50 + 20‬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40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‪100 − 90‬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10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10 עֲשָׂרוֹת הֵן 100. – נכון</w:t>
      </w:r>
    </w:p>
    <w:p>
      <w:pPr>
        <w:bidi/>
        <w:spacing w:before="0" w:after="40"/>
        <w:jc w:val="both"/>
      </w:pPr>
      <w:r>
        <w:rPr>
          <w:rtl/>
        </w:rPr>
        <w:t>ב. בִּקְפִיצוֹת שֶׁל ‪2: 2‬, 4, 5, 8 – לא נכון – 2, 4, 6, 8</w:t>
      </w:r>
    </w:p>
    <w:p>
      <w:pPr>
        <w:bidi/>
        <w:spacing w:before="0" w:after="40"/>
        <w:jc w:val="both"/>
      </w:pPr>
      <w:r>
        <w:rPr>
          <w:rtl/>
        </w:rPr>
        <w:t>ג. ‪30 + 50 = 80‬ – נכון</w:t>
      </w:r>
    </w:p>
    <w:p>
      <w:pPr>
        <w:bidi/>
        <w:spacing w:before="0" w:after="40"/>
        <w:jc w:val="both"/>
      </w:pPr>
      <w:r>
        <w:rPr>
          <w:rtl/>
        </w:rPr>
        <w:t>ד. ‪70 − 10 = 80‬ – לא נכון – ‪70 − 10 = 60‬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מַיְּנוּ: קְפִיצוֹת שֶׁל 2 אוֹ קְפִיצוֹת שֶׁל 5?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קְפִיצוֹת שֶׁל 2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קְפִיצוֹת שֶׁל 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2, 4, 6, 10, 12, 14, 6, 8, 10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5, 10, 15, 20, 25, 30, 35, 40, 45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הַקִּיפוּ אֶת הָעֲשָׂרוֹת הַשְּׁלֵמוֹת בְּכָל שׁוּרָה.</w:t>
      </w:r>
    </w:p>
    <w:p>
      <w:pPr>
        <w:bidi/>
        <w:spacing w:before="0" w:after="100"/>
        <w:jc w:val="both"/>
      </w:pPr>
      <w:r>
        <w:rPr>
          <w:rtl/>
        </w:rPr>
        <w:t>א. 15    30    42  ← 30</w:t>
      </w:r>
    </w:p>
    <w:p>
      <w:pPr>
        <w:bidi/>
        <w:spacing w:before="0" w:after="100"/>
        <w:jc w:val="both"/>
      </w:pPr>
      <w:r>
        <w:rPr>
          <w:rtl/>
        </w:rPr>
        <w:t>ב. 70    77    17  ← 70</w:t>
      </w:r>
    </w:p>
    <w:p>
      <w:pPr>
        <w:bidi/>
        <w:spacing w:before="0" w:after="100"/>
        <w:jc w:val="both"/>
      </w:pPr>
      <w:r>
        <w:rPr>
          <w:rtl/>
        </w:rPr>
        <w:t>ג. 51    50    55  ← 50</w:t>
      </w:r>
    </w:p>
    <w:p>
      <w:pPr>
        <w:bidi/>
        <w:spacing w:before="0" w:after="100"/>
        <w:jc w:val="both"/>
      </w:pPr>
      <w:r>
        <w:rPr>
          <w:rtl/>
        </w:rPr>
        <w:t>ד. 100    19    91  ← 100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5 עֲשָׂרוֹת הֵן: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50</w:t>
      </w:r>
    </w:p>
    <w:p>
      <w:pPr>
        <w:bidi/>
        <w:spacing w:before="0" w:after="20"/>
        <w:jc w:val="both"/>
      </w:pPr>
      <w:r>
        <w:rPr>
          <w:rtl/>
        </w:rPr>
        <w:t>ב. ‪40 + 40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80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צַיְּרוּ יְשַׁר מִסְפָּרִים מִ-0 עַד 100 בַּעֲשָׂרוֹת. סַמְּנוּ אֶת 30 וְאֶת 80.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0, 10, 20, ..., 100; מסמנים 30 ו-80.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אֶתְגָּר: לְכָל כֶּלֶב יֵשׁ 4 רַגְלַיִם. כַּמָּה רַגְלַיִם יֵשׁ לְ-5 כְּלָבִים? כִּתְבוּ אֵיךְ סְפַרְתֶּם.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4, 8, 12, 16, 20 – יש 20 רגליים.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369A1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בְּכָל שַׂקִּית יֵשׁ 10 גֻּלּוֹת. לְאוּרִי יֵשׁ 3 שַׂקִּיּוֹת. כַּמָּה גֻּלּוֹת יֵשׁ לְאוּרִי?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סופרים: 10, 20, 30.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לאורי יש 30 גולות.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[קל] בְּכָל זוּג יֵשׁ 2 גַּרְבַּיִם. כַּמָּה גַּרְבַּיִם יֵשׁ בְּ-4 זוּגוֹת?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סופרים: 2, 4, 6, 8.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יש 8 גרביים.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בַּמַּטָּע יֵשׁ 50 עֲצֵי תַּפּוּחַ וְ-40 עֲצֵי אַגָּס. כַּמָּה עֵצִים יֵשׁ בַּמַּטָּע?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+ 4 = 9‬ ; ‪50 + 40 = 90‬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במטע 90 עצים.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[בינוני] בְּאוֹטוֹבּוּס הַטִּיּוּל הָיוּ 60 מְקוֹמוֹת. 50 תַּלְמִידִים עָלוּ. כַּמָּה מְקוֹמוֹת נִשְׁאֲרוּ פְּנוּיִים?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‪6 − 5 = 1‬ ; ‪60 − 50 = 10‬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נשארו 10 מקומות פנויים.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לְכָל כּוֹכָב בַּצִּיּוּר יֵשׁ 5 קְצָווֹת. כַּמָּה קְצָווֹת יֵשׁ לְ-4 כּוֹכָבִים?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סופרים בקפיצות של ‪5: 5‬, 10, 15, 20.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ל-4 כוכבים יש 20 קצוות.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21. [אתגר] לְדָוִד הָיוּ 20 שְׁקָלִים. סָבָא נָתַן לוֹ עוֹד 50 שְׁקָלִים. הוּא קָנָה מִשְׂחָק בְּ-30 שְׁקָלִים. כַּמָּה שְׁקָלִים נִשְׁאֲרוּ לוֹ?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‪20 + 50 = 70‬ ; ‪70 − 30 = 40‬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לדוד נשארו 40 שקלים.</w:t>
      </w: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22. גִּזְרוּ אֶת כַּרְטִיסֵי הַמִּסְפָּרִים, וְהַדְבִּיקוּ לְיַד כָּל צִיּוּר אֶת הַמִּסְפָּר שֶׁלּוֹ.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3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30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7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70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5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50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10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100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2 עֲשָׂרוֹת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20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23. מִתְחוּ קַו מִכָּל מִסְפָּר אֶל הַשֵּׁם שֶׁלּוֹ.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40  ←  ג. אַרְבָּעִים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60  ←  ד. שִׁשִּׁים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90  ←  ב. תִּשְׁעִים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80  ←  א. שְׁמוֹנִים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5. 10  ←  ה. עָשָׂר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369A1"/>
          <w:sz w:val="30"/>
          <w:szCs w:val="30"/>
          <w:rtl/>
        </w:rPr>
        <w:t>פרק 6: מדידות: אורך, ימי השבוע, שעון ומטבעות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כַּמָּה אֲטָבִים אָרֹךְ כָּל חֵפֶץ? סִפְרוּ.</w:t>
      </w:r>
    </w:p>
    <w:p>
      <w:pPr>
        <w:bidi/>
        <w:spacing w:before="0" w:after="40"/>
        <w:jc w:val="both"/>
      </w:pPr>
      <w:r>
        <w:rPr>
          <w:rtl/>
        </w:rPr>
        <w:t>א. 🖌️ = 📎📎📎📎 → 4 אֲטָבִים</w:t>
      </w:r>
    </w:p>
    <w:p>
      <w:pPr>
        <w:bidi/>
        <w:spacing w:before="0" w:after="40"/>
        <w:jc w:val="both"/>
      </w:pPr>
      <w:r>
        <w:rPr>
          <w:rtl/>
        </w:rPr>
        <w:t>ב. 🔑 = 📎📎 → 2 אֲטָבִים</w:t>
      </w:r>
    </w:p>
    <w:p>
      <w:pPr>
        <w:bidi/>
        <w:spacing w:before="0" w:after="40"/>
        <w:jc w:val="both"/>
      </w:pPr>
      <w:r>
        <w:rPr>
          <w:rtl/>
        </w:rPr>
        <w:t>ג. 📕 = 📎📎📎📎📎📎📎 → 7 אֲטָבִים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כִּתְבוּ אֶת הַיּוֹם שֶׁבָּא לִפְנֵי.</w:t>
      </w:r>
    </w:p>
    <w:p>
      <w:pPr>
        <w:bidi/>
        <w:spacing w:before="0" w:after="40"/>
        <w:jc w:val="both"/>
      </w:pPr>
      <w:r>
        <w:rPr>
          <w:rtl/>
        </w:rPr>
        <w:t>א. שֵׁנִי, שְׁלִישִׁי</w:t>
      </w:r>
    </w:p>
    <w:p>
      <w:pPr>
        <w:bidi/>
        <w:spacing w:before="0" w:after="40"/>
        <w:jc w:val="both"/>
      </w:pPr>
      <w:r>
        <w:rPr>
          <w:rtl/>
        </w:rPr>
        <w:t>ב. שִׁשִּׁי, שַׁבָּת</w:t>
      </w:r>
    </w:p>
    <w:p>
      <w:pPr>
        <w:bidi/>
        <w:spacing w:before="0" w:after="40"/>
        <w:jc w:val="both"/>
      </w:pPr>
      <w:r>
        <w:rPr>
          <w:rtl/>
        </w:rPr>
        <w:t>ג. רִאשׁוֹן, שֵׁנִי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מָה הַשָּׁעָה?</w:t>
      </w:r>
    </w:p>
    <w:p>
      <w:pPr>
        <w:bidi/>
        <w:spacing w:before="0" w:after="40"/>
        <w:jc w:val="both"/>
      </w:pPr>
      <w:r>
        <w:rPr>
          <w:rtl/>
        </w:rPr>
        <w:t>א. 🕑 = ‪2:00‬</w:t>
      </w:r>
    </w:p>
    <w:p>
      <w:pPr>
        <w:bidi/>
        <w:spacing w:before="0" w:after="40"/>
        <w:jc w:val="both"/>
      </w:pPr>
      <w:r>
        <w:rPr>
          <w:rtl/>
        </w:rPr>
        <w:t>ב. 🕕 = ‪6:00‬</w:t>
      </w:r>
    </w:p>
    <w:p>
      <w:pPr>
        <w:bidi/>
        <w:spacing w:before="0" w:after="40"/>
        <w:jc w:val="both"/>
      </w:pPr>
      <w:r>
        <w:rPr>
          <w:rtl/>
        </w:rPr>
        <w:t>ג. 🕚 = ‪11:00‬</w:t>
      </w:r>
    </w:p>
    <w:p>
      <w:pPr>
        <w:bidi/>
        <w:spacing w:before="0" w:after="40"/>
        <w:jc w:val="both"/>
      </w:pPr>
      <w:r>
        <w:rPr>
          <w:rtl/>
        </w:rPr>
        <w:t>ד. 🕙 = ‪10:00‬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כַּמָּה כֶּסֶף? חַשְּׁבוּ.</w:t>
      </w:r>
    </w:p>
    <w:p>
      <w:pPr>
        <w:bidi/>
        <w:spacing w:before="0" w:after="40"/>
        <w:jc w:val="both"/>
      </w:pPr>
      <w:r>
        <w:rPr>
          <w:rtl/>
        </w:rPr>
        <w:t>א. 10 ₪ + 10 ₪ = 20 ₪</w:t>
      </w:r>
    </w:p>
    <w:p>
      <w:pPr>
        <w:bidi/>
        <w:spacing w:before="0" w:after="40"/>
        <w:jc w:val="both"/>
      </w:pPr>
      <w:r>
        <w:rPr>
          <w:rtl/>
        </w:rPr>
        <w:t>ב. 5 ₪ + 5 ₪ + 2 ₪ = 12 ₪</w:t>
      </w:r>
    </w:p>
    <w:p>
      <w:pPr>
        <w:bidi/>
        <w:spacing w:before="0" w:after="40"/>
        <w:jc w:val="both"/>
      </w:pPr>
      <w:r>
        <w:rPr>
          <w:rtl/>
        </w:rPr>
        <w:t>ג. 20 ₪ − 5 ₪ = 15 ₪</w:t>
      </w:r>
    </w:p>
    <w:p>
      <w:pPr>
        <w:bidi/>
        <w:spacing w:before="0" w:after="40"/>
        <w:jc w:val="both"/>
      </w:pPr>
      <w:r>
        <w:rPr>
          <w:rtl/>
        </w:rPr>
        <w:t>ד. 1 ₪ + 2 ₪ + 5 ₪ = 8 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חַשְּׁבוּ כַּמָּה שָׁעוֹת.</w:t>
      </w:r>
    </w:p>
    <w:p>
      <w:pPr>
        <w:bidi/>
        <w:spacing w:before="0" w:after="40"/>
        <w:jc w:val="both"/>
      </w:pPr>
      <w:r>
        <w:rPr>
          <w:rtl/>
        </w:rPr>
        <w:t>א. ‪5 + 2 = 7‬ (שָׁעוֹת)</w:t>
      </w:r>
    </w:p>
    <w:p>
      <w:pPr>
        <w:bidi/>
        <w:spacing w:before="0" w:after="40"/>
        <w:jc w:val="both"/>
      </w:pPr>
      <w:r>
        <w:rPr>
          <w:rtl/>
        </w:rPr>
        <w:t>ב. ‪8 + 3 = 11‬ (שָׁעוֹת)</w:t>
      </w:r>
    </w:p>
    <w:p>
      <w:pPr>
        <w:bidi/>
        <w:spacing w:before="0" w:after="40"/>
        <w:jc w:val="both"/>
      </w:pPr>
      <w:r>
        <w:rPr>
          <w:rtl/>
        </w:rPr>
        <w:t>ג. ‪10 − 4 = 6‬ (שָׁעוֹת)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הַשְׁלִימוּ: כַּמָּה עֹדֶף מִ-10 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הַמְּחִיר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שִׁלַּמְתִּי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עֹדֶף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 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 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 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 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 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[קל] הַתְאִימוּ כָּל שָׁעוֹן לַשָּׁעָה.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‪5:00‬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‪12:00‬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‪3:00‬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🕛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‪8:00‬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שַׁבָּת הוּא הַיּוֹם הַשְּׁבִיעִי בַּשָּׁבוּעַ. – נכון</w:t>
      </w:r>
    </w:p>
    <w:p>
      <w:pPr>
        <w:bidi/>
        <w:spacing w:before="0" w:after="40"/>
        <w:jc w:val="both"/>
      </w:pPr>
      <w:r>
        <w:rPr>
          <w:rtl/>
        </w:rPr>
        <w:t>ב. 5 ₪ + 5 ₪ = 15 ₪ – לא נכון – 5 ₪ + 5 ₪ = 10 ₪</w:t>
      </w:r>
    </w:p>
    <w:p>
      <w:pPr>
        <w:bidi/>
        <w:spacing w:before="0" w:after="40"/>
        <w:jc w:val="both"/>
      </w:pPr>
      <w:r>
        <w:rPr>
          <w:rtl/>
        </w:rPr>
        <w:t>ג. אֶת אֹרֶךְ הַשֻּׁלְחָן מוֹדְדִים בְּשָׁעוֹן. – לא נכון – מודדים בסרגל או בקוביות</w:t>
      </w:r>
    </w:p>
    <w:p>
      <w:pPr>
        <w:bidi/>
        <w:spacing w:before="0" w:after="40"/>
        <w:jc w:val="both"/>
      </w:pPr>
      <w:r>
        <w:rPr>
          <w:rtl/>
        </w:rPr>
        <w:t>ד. בְּ-‪4:00‬ הַמָּחוֹג הַקָּצָר עַל 4.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מַיְּנוּ: מָה לוֹקֵחַ דַּקּוֹת וּמָה לוֹקֵחַ שָׁעוֹת?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דַּקּוֹת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שָׁעוֹת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לְצַחְצֵחַ שִׁנַּיִם, לִשְׁתּוֹת כּוֹס מַיִם, לִנְעֹל נַעֲלַיִם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לִישֹׁן בַּלַּיְלָה, יוֹם לִמּוּדִים, נְסִיעָה לְאֵילַת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[קל] הַקִּיפוּ אֶת הַחֵפֶץ הָאָרֹךְ יוֹתֵר בְּכָל שׁוּרָה.</w:t>
      </w:r>
    </w:p>
    <w:p>
      <w:pPr>
        <w:bidi/>
        <w:spacing w:before="0" w:after="100"/>
        <w:jc w:val="both"/>
      </w:pPr>
      <w:r>
        <w:rPr>
          <w:rtl/>
        </w:rPr>
        <w:t>א. מַחַק    עִפָּרוֹן  ← עִפָּרוֹן</w:t>
      </w:r>
    </w:p>
    <w:p>
      <w:pPr>
        <w:bidi/>
        <w:spacing w:before="0" w:after="100"/>
        <w:jc w:val="both"/>
      </w:pPr>
      <w:r>
        <w:rPr>
          <w:rtl/>
        </w:rPr>
        <w:t>ב. אוֹטוֹבּוּס    אוֹפַנַּיִם  ← אוֹטוֹבּוּס</w:t>
      </w:r>
    </w:p>
    <w:p>
      <w:pPr>
        <w:bidi/>
        <w:spacing w:before="0" w:after="100"/>
        <w:jc w:val="both"/>
      </w:pPr>
      <w:r>
        <w:rPr>
          <w:rtl/>
        </w:rPr>
        <w:t>ג. כַּף    מַגָּב  ← מַגָּב</w:t>
      </w:r>
    </w:p>
    <w:p>
      <w:pPr>
        <w:bidi/>
        <w:spacing w:before="0" w:after="100"/>
        <w:jc w:val="both"/>
      </w:pPr>
      <w:r>
        <w:rPr>
          <w:rtl/>
        </w:rPr>
        <w:t>ד. סֵפֶר    שֻׁלְחָן  ← שֻׁלְחָן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כַּמָּה יָמִים יֵשׁ בַּשָּׁבוּעַ?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7</w:t>
      </w:r>
    </w:p>
    <w:p>
      <w:pPr>
        <w:bidi/>
        <w:spacing w:before="0" w:after="20"/>
        <w:jc w:val="both"/>
      </w:pPr>
      <w:r>
        <w:rPr>
          <w:rtl/>
        </w:rPr>
        <w:t>ב. בְּמָה מְשַׁלְּמִים 10 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5 ₪ + 5 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סִפְרוּ אֶת הַמַּטְבְּעוֹת.</w:t>
      </w:r>
    </w:p>
    <w:p>
      <w:pPr>
        <w:bidi/>
        <w:spacing w:before="0" w:after="40"/>
        <w:jc w:val="both"/>
      </w:pPr>
      <w:r>
        <w:rPr>
          <w:rtl/>
        </w:rPr>
        <w:t>א. 🪙🪙🪙 שֶׁל 2 ₪ = 6 ₪</w:t>
      </w:r>
    </w:p>
    <w:p>
      <w:pPr>
        <w:bidi/>
        <w:spacing w:before="0" w:after="40"/>
        <w:jc w:val="both"/>
      </w:pPr>
      <w:r>
        <w:rPr>
          <w:rtl/>
        </w:rPr>
        <w:t>ב. 🪙🪙 שֶׁל 5 ₪ = 10 ₪</w:t>
      </w:r>
    </w:p>
    <w:p>
      <w:pPr>
        <w:bidi/>
        <w:spacing w:before="0" w:after="40"/>
        <w:jc w:val="both"/>
      </w:pPr>
      <w:r>
        <w:rPr>
          <w:rtl/>
        </w:rPr>
        <w:t>ג. 🪙🪙🪙🪙 שֶׁל 1 ₪ = 4 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צַיְּרוּ שָׁעוֹן שֶׁמַּרְאֶה אֶת הַשָּׁעָה ‪2:00‬.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מחוג קצר על 2, מחוג ארוך על 12.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מִדְדוּ בַּעֲזָרַת אֲטָבִים: הַמַּחְבֶּרֶת שֶׁלָּכֶם וְהַקַּלְמָר. מָה אָרֹךְ יוֹתֵר?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 לפי המדידה.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אֶתְגָּר: הַיּוֹם יוֹם שְׁלִישִׁי. אֵיזֶה יוֹם יִהְיֶה בְּעוֹד 4 יָמִים?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רביעי, חמישי, שישי, שבת – בעוד 4 ימים יהיה שבת.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369A1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הַנָּחָשׁ בַּצִּיּוּר אָרֹךְ 9 קֻבִּיּוֹת. הַתּוֹלַעַת אֲרֻכָּה 4 קֻבִּיּוֹת. בְּכַמָּה הַנָּחָשׁ אָרֹךְ יוֹתֵר?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‪9 − 4 = 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הנחש ארוך יותר ב-5 קוביות.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[קל] לְאוּרִי יֵשׁ מַטְבֵּעַ שֶׁל 10 ₪ וּמַטְבֵּעַ שֶׁל 1 ₪. כַּמָּה כֶּסֶף יֵשׁ לְאוּרִי?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‪10 + 1 = 11‬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לאורי יש 11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גְּלִידָה עוֹלָה 8 ₪. עִידוֹ שִׁלֵּם בְּמַטְבֵּעַ שֶׁל 10 ₪. כַּמָּה עֹדֶף קִבֵּל?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‪10 − 8 = 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עידו קיבל 2 ₪ עודף.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[בינוני] הַמִּשְׂחָק בַּפַּארְק הִתְחִיל בְּשָׁעָה 4 וְנִגְמַר בְּשָׁעָה 6. כַּמָּה שָׁעוֹת נִמְשַׁךְ הַמִּשְׂחָק?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‪6 − 4 = 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המשחק נמשך 2 שעות.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מֹשֶׁה הוֹלֵךְ לְחוּג כָּל יוֹם, מִיּוֹם רִאשׁוֹן עַד יוֹם חֲמִישִׁי. בְּכַמָּה יָמִים בַּשָּׁבוּעַ הוּא הוֹלֵךְ לַחוּג?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ראשון, שני, שלישי, רביעי, חמישי – סופרים 5. ; ‪7 − 2 = 5‬ (בלי שישי ושבת)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משה הולך לחוג 5 ימים בשבוע.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21. [אתגר] לְאֵלִיָּה 3 מַטְבְּעוֹת שֶׁל 2 ₪ וּמַטְבֵּעַ שֶׁל 5 ₪. הוּא רוֹצֶה לִקְנוֹת כַּדּוּר בְּ-9 ₪. כַּמָּה כֶּסֶף יִשָּׁאֵר לוֹ?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 + 2 + 2 + 5 = 11‬ ; ‪11 − 9 = 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לאליה יישארו 2 ₪.</w:t>
      </w: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22. גִּזְרוּ אֶת כַּרְטִיסֵי יְמֵי הַשָּׁבוּעַ, וְהַדְבִּיקוּ אוֹתָם לְפִי הַסֵּדֶר.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רִאשׁוֹן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שְׁנֵי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שְׁלִישִׁי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רְבִיעִי</w:t>
            </w:r>
          </w:p>
        </w:tc>
      </w:tr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חֲמִישִׁי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שִׁשִּׁי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שַׁבָּת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23.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אָרֹךְ – </w:t>
            </w:r>
            <w:r>
              <w:rPr>
                <w:sz w:val="24"/>
                <w:szCs w:val="24"/>
                <w:rtl/>
              </w:rPr>
              <w:t>יֵשׁ לוֹ אֹרֶךְ רַב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קָצָר – </w:t>
            </w:r>
            <w:r>
              <w:rPr>
                <w:sz w:val="24"/>
                <w:szCs w:val="24"/>
                <w:rtl/>
              </w:rPr>
              <w:t>יֵשׁ לוֹ אֹרֶךְ קָטָן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שָׁבוּעַ – </w:t>
            </w:r>
            <w:r>
              <w:rPr>
                <w:sz w:val="24"/>
                <w:szCs w:val="24"/>
                <w:rtl/>
              </w:rPr>
              <w:t>שִׁבְעָה יָמִים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מַטְבֵּעַ – </w:t>
            </w:r>
            <w:r>
              <w:rPr>
                <w:sz w:val="24"/>
                <w:szCs w:val="24"/>
                <w:rtl/>
              </w:rPr>
              <w:t>כֶּסֶף עָגֹל מִמַּתֶּכֶת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צַיְּרוּ שְׁנֵי עֶפְרוֹנוֹת: אֶחָד אָרֹךְ וְאֶחָד קָצָר. תשובה אישית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369A1"/>
          <w:sz w:val="30"/>
          <w:szCs w:val="30"/>
          <w:rtl/>
        </w:rPr>
        <w:t>פרק 7: צורות: משולש, ריבוע, מלבן ועיגול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כַּמָּה צְלָעוֹת וְכַמָּה קָדְקֳדִים?</w:t>
      </w:r>
    </w:p>
    <w:p>
      <w:pPr>
        <w:bidi/>
        <w:spacing w:before="0" w:after="40"/>
        <w:jc w:val="both"/>
      </w:pPr>
      <w:r>
        <w:rPr>
          <w:rtl/>
        </w:rPr>
        <w:t>א. 🔺 צְלָעוֹת: 3</w:t>
      </w:r>
    </w:p>
    <w:p>
      <w:pPr>
        <w:bidi/>
        <w:spacing w:before="0" w:after="40"/>
        <w:jc w:val="both"/>
      </w:pPr>
      <w:r>
        <w:rPr>
          <w:rtl/>
        </w:rPr>
        <w:t>ב. 🔺 קָדְקֳדִים: 3</w:t>
      </w:r>
    </w:p>
    <w:p>
      <w:pPr>
        <w:bidi/>
        <w:spacing w:before="0" w:after="40"/>
        <w:jc w:val="both"/>
      </w:pPr>
      <w:r>
        <w:rPr>
          <w:rtl/>
        </w:rPr>
        <w:t>ג. 🟥 צְלָעוֹת: 4</w:t>
      </w:r>
    </w:p>
    <w:p>
      <w:pPr>
        <w:bidi/>
        <w:spacing w:before="0" w:after="40"/>
        <w:jc w:val="both"/>
      </w:pPr>
      <w:r>
        <w:rPr>
          <w:rtl/>
        </w:rPr>
        <w:t>ד. 🟥 קָדְקֳדִים: 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סִפְרוּ אֶת הַצּוּרוֹת.</w:t>
      </w:r>
    </w:p>
    <w:p>
      <w:pPr>
        <w:bidi/>
        <w:spacing w:before="0" w:after="40"/>
        <w:jc w:val="both"/>
      </w:pPr>
      <w:r>
        <w:rPr>
          <w:rtl/>
        </w:rPr>
        <w:t>א. 🔺🔺 = 2 מְשֻׁלָּשִׁים</w:t>
      </w:r>
    </w:p>
    <w:p>
      <w:pPr>
        <w:bidi/>
        <w:spacing w:before="0" w:after="40"/>
        <w:jc w:val="both"/>
      </w:pPr>
      <w:r>
        <w:rPr>
          <w:rtl/>
        </w:rPr>
        <w:t>ב. ⚪⚪⚪⚪⚪ = 5 עִגּוּלִים</w:t>
      </w:r>
    </w:p>
    <w:p>
      <w:pPr>
        <w:bidi/>
        <w:spacing w:before="0" w:after="40"/>
        <w:jc w:val="both"/>
      </w:pPr>
      <w:r>
        <w:rPr>
          <w:rtl/>
        </w:rPr>
        <w:t>ג. 🟥🟥🟥🟥🟥🟥🟥 = 7 רִבּוּעִים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כִּתְבוּ אֶת שֵׁם הַצּוּרָה.</w:t>
      </w:r>
    </w:p>
    <w:p>
      <w:pPr>
        <w:bidi/>
        <w:spacing w:before="0" w:after="40"/>
        <w:jc w:val="both"/>
      </w:pPr>
      <w:r>
        <w:rPr>
          <w:rtl/>
        </w:rPr>
        <w:t>א. 3 צְלָעוֹת: מְשֻׁלָּשׁ</w:t>
      </w:r>
    </w:p>
    <w:p>
      <w:pPr>
        <w:bidi/>
        <w:spacing w:before="0" w:after="40"/>
        <w:jc w:val="both"/>
      </w:pPr>
      <w:r>
        <w:rPr>
          <w:rtl/>
        </w:rPr>
        <w:t>ב. בְּלִי צְלָעוֹת: עִגּוּל</w:t>
      </w:r>
    </w:p>
    <w:p>
      <w:pPr>
        <w:bidi/>
        <w:spacing w:before="0" w:after="40"/>
        <w:jc w:val="both"/>
      </w:pPr>
      <w:r>
        <w:rPr>
          <w:rtl/>
        </w:rPr>
        <w:t>ג. 4 צְלָעוֹת שָׁווֹת: רִבּוּעַ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כַּמָּה צוּרוֹת בַּצִּיּוּר? 🔺⚪🔺🟦⚪🔺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מְשֻׁלָּשִׁים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עִגּוּלִים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רִבּוּעִים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הַתְאִימוּ כָּל חֵפֶץ לַצּוּרָה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⏰ שָׁעוֹן קִיר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עִגּוּל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📱 טֶלֶפוֹן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רִבּוּעַ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🧀 פְּרוּסַת גְּבִינָה מְשֻׁלֶּשֶׁת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מַלְבֵּן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🎲 צַד שֶׁל קֻבִּיָּה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מְשֻׁלָּשׁ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לְרִבּוּעַ יֵשׁ 4 קָדְקֳדִים. – נכון</w:t>
      </w:r>
    </w:p>
    <w:p>
      <w:pPr>
        <w:bidi/>
        <w:spacing w:before="0" w:after="40"/>
        <w:jc w:val="both"/>
      </w:pPr>
      <w:r>
        <w:rPr>
          <w:rtl/>
        </w:rPr>
        <w:t>ב. לִמְשֻׁלָּשׁ יֵשׁ 4 צְלָעוֹת. – לא נכון – למשולש 3 צלעות</w:t>
      </w:r>
    </w:p>
    <w:p>
      <w:pPr>
        <w:bidi/>
        <w:spacing w:before="0" w:after="40"/>
        <w:jc w:val="both"/>
      </w:pPr>
      <w:r>
        <w:rPr>
          <w:rtl/>
        </w:rPr>
        <w:t>ג. גַּלְגַּל הוּא עִגּוּל. – נכון</w:t>
      </w:r>
    </w:p>
    <w:p>
      <w:pPr>
        <w:bidi/>
        <w:spacing w:before="0" w:after="40"/>
        <w:jc w:val="both"/>
      </w:pPr>
      <w:r>
        <w:rPr>
          <w:rtl/>
        </w:rPr>
        <w:t>ד. בְּמַלְבֵּן כָּל הַצְּלָעוֹת תָּמִיד שָׁווֹת. – לא נכון – במלבן 2 צלעות ארוכות ו-2 קצרות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מַיְּנוּ: 3 צְלָעוֹת אוֹ 4 צְלָעוֹת?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 צְלָעוֹת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 צְלָעוֹת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מְשֻׁלָּשׁ, 🔺, מְשֻׁלָּשׁ קָטָן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רִבּוּעַ, מַלְבֵּן, 🟦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[קל] הַקִּיפוּ אֶת הַצּוּרָה שֶׁאֵין לָהּ קָדְקֳדִים.</w:t>
      </w:r>
    </w:p>
    <w:p>
      <w:pPr>
        <w:bidi/>
        <w:spacing w:before="0" w:after="100"/>
        <w:jc w:val="both"/>
      </w:pPr>
      <w:r>
        <w:rPr>
          <w:rtl/>
        </w:rPr>
        <w:t>א. 🔺    ⚪    🟦  ← ⚪</w:t>
      </w:r>
    </w:p>
    <w:p>
      <w:pPr>
        <w:bidi/>
        <w:spacing w:before="0" w:after="100"/>
        <w:jc w:val="both"/>
      </w:pPr>
      <w:r>
        <w:rPr>
          <w:rtl/>
        </w:rPr>
        <w:t>ב. 🟥    🔺    ⚪  ← ⚪</w:t>
      </w:r>
    </w:p>
    <w:p>
      <w:pPr>
        <w:bidi/>
        <w:spacing w:before="0" w:after="100"/>
        <w:jc w:val="both"/>
      </w:pPr>
      <w:r>
        <w:rPr>
          <w:rtl/>
        </w:rPr>
        <w:t>ג. ⚪    🟥    🔺  ← 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לְאֵיזוֹ צוּרָה אֵין קָדְקֳדִים?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עִגּוּל</w:t>
      </w:r>
    </w:p>
    <w:p>
      <w:pPr>
        <w:bidi/>
        <w:spacing w:before="0" w:after="20"/>
        <w:jc w:val="both"/>
      </w:pPr>
      <w:r>
        <w:rPr>
          <w:rtl/>
        </w:rPr>
        <w:t>ב. כַּמָּה צְלָעוֹת לְרִבּוּעַ?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הַמְשִׁיכוּ אֶת הַדֶּגֶם.</w:t>
      </w:r>
    </w:p>
    <w:p>
      <w:pPr>
        <w:bidi/>
        <w:spacing w:before="0" w:after="40"/>
        <w:jc w:val="both"/>
      </w:pPr>
      <w:r>
        <w:rPr>
          <w:rtl/>
        </w:rPr>
        <w:t>א. 🔺⚪🔺⚪🔺 ⚪</w:t>
      </w:r>
    </w:p>
    <w:p>
      <w:pPr>
        <w:bidi/>
        <w:spacing w:before="0" w:after="40"/>
        <w:jc w:val="both"/>
      </w:pPr>
      <w:r>
        <w:rPr>
          <w:rtl/>
        </w:rPr>
        <w:t>ב. 🟦🟦🔺🟦🟦🔺🟦🟦 🔺</w:t>
      </w:r>
    </w:p>
    <w:p>
      <w:pPr>
        <w:bidi/>
        <w:spacing w:before="0" w:after="40"/>
        <w:jc w:val="both"/>
      </w:pPr>
      <w:r>
        <w:rPr>
          <w:rtl/>
        </w:rPr>
        <w:t>ג. ⚪🔺🟦⚪🔺 🟦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חַשְּׁבוּ קָדְקֳדִים.</w:t>
      </w:r>
    </w:p>
    <w:p>
      <w:pPr>
        <w:bidi/>
        <w:spacing w:before="0" w:after="40"/>
        <w:jc w:val="both"/>
      </w:pPr>
      <w:r>
        <w:rPr>
          <w:rtl/>
        </w:rPr>
        <w:t>א. 3 מְשֻׁלָּשִׁים: ‪3 + 3 + 3 = 9‬</w:t>
      </w:r>
    </w:p>
    <w:p>
      <w:pPr>
        <w:bidi/>
        <w:spacing w:before="0" w:after="40"/>
        <w:jc w:val="both"/>
      </w:pPr>
      <w:r>
        <w:rPr>
          <w:rtl/>
        </w:rPr>
        <w:t>ב. 2 רִבּוּעִים: ‪4 + 4 = 8‬</w:t>
      </w:r>
    </w:p>
    <w:p>
      <w:pPr>
        <w:bidi/>
        <w:spacing w:before="0" w:after="40"/>
        <w:jc w:val="both"/>
      </w:pPr>
      <w:r>
        <w:rPr>
          <w:rtl/>
        </w:rPr>
        <w:t>ג. עִגּוּל וּמְשֻׁלָּשׁ: ‪0 + 3 = 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[בינוני] צַיְּרוּ בַּמַּשְׁבְּצוֹת מַלְבֵּן. סַמְּנוּ אֶת הַצְּלָעוֹת הָאֲרֻכּוֹת בְּכָחֹל.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מלבן: 2 צלעות ארוכות בכחול ו-2 קצרות.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צַיְּרוּ בַּיִת מִצּוּרוֹת: רִבּוּעַ, מְשֻׁלָּשׁ וּמַלְבֵּן. כַּמָּה צוּרוֹת הִשְׁתַּמַּשְׁתֶּם?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ריבוע לקיר, משולש לגג, מלבן לדלת – 3 צורות.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[אתגר] אֶתְגָּר: כַּמָּה מְשֻׁלָּשִׁים מְקַבְּלִים אִם חוֹתְכִים רִבּוּעַ בִּשְׁנֵי קַוִּים מִקָּדְקֹד לְקָדְקֹד?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2 אלכסונים חותכים את הריבוע ל-4 משולשים.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369A1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[קל] בַּמַּחְבֶּרֶת צִיֵּר אוּרִי 6 רִבּוּעִים וְ-2 עִגּוּלִים. כַּמָּה צוּרוֹת צִיֵּר?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 + 2 = 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אורי צייר 8 צורות.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[קל] עַל הַשֻּׁלְחָן 8 צַלָּחוֹת עֲגֻלּוֹת. אַבָּא לָקַח 3 צַלָּחוֹת. כַּמָּה צַלָּחוֹת נִשְׁאֲרוּ עַל הַשֻּׁלְחָן?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‪8 − 3 = 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על השולחן נשארו 5 צלחות.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[בינוני] עוֹמֶר בָּנָה 2 רִבּוּעִים מִגַּפְרוּרִים. כַּמָּה גַּפְרוּרִים הִשְׁתַּמֵּשׁ? (לְכָל צֵלָע גַּפְרוּר אֶחָד)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לכל ריבוע 4 צלעות. ; ‪4 + 4 = 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עומר השתמש ב-8 גפרורים.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[בינוני] בַּשַּׂקִּית 10 קֻבִּיּוֹת. 6 קֻבִּיּוֹת אֲדֻמּוֹת, וְהַשְּׁאָר כְּחֻלּוֹת. כַּמָּה קֻבִּיּוֹת כְּחֻלּוֹת?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‪10 − 6 = 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בשקית 4 קוביות כחולות.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19. [אתגר] לְמַלְבֵּן אֶחָד וּלְעִגּוּל אֶחָד – כַּמָּה קָדְקֳדִים יֵשׁ יַחַד?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למלבן 4 קדקודים, לעיגול 0. ; ‪4 + 0 = 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יחד יש 4 קדקודים.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20. [אתגר] לְעִידוֹ הָיוּ 12 מַקְלוֹת. הוּא בָּנָה רִבּוּעַ אֶחָד וּמְשֻׁלָּשׁ אֶחָד. כַּמָּה מַקְלוֹת נִשְׁאֲרוּ לוֹ?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+ 3 = 7‬ ; ‪12 − 7 = 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לעידו נשארו 5 מקלות.</w:t>
      </w: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21. גִּזְרוּ אֶת כַּרְטִיסֵי הַצּוּרוֹת, וְהַדְבִּיקוּ כָּל צוּרָה בָּעַמּוּדָה הַמַּתְאִימָה.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מְשֻׁלָּשׁ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רִבּוּעַ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עִגּוּל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🔺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🟥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🔵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🔻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🟦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🟠</w:t>
            </w:r>
          </w:p>
        </w:tc>
      </w:tr>
      <w:tr>
        <w:trPr>
          <w:trHeight w:val="1360" w:hRule="exact"/>
        </w:trPr>
        <w:tc>
          <w:tcPr>
            <w:tcW w:type="dxa" w:w="3288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🟩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0369A1"/>
          <w:sz w:val="26"/>
          <w:szCs w:val="26"/>
          <w:rtl/>
        </w:rPr>
        <w:t>22. מִתְחוּ קַו מִכָּל צוּרָה אֶל מִסְפַּר הַצְּלָעוֹת שֶׁלָּהּ.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מְשֻׁלָּשׁ  ←  א. 3 צְלָעוֹת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רִבּוּעַ  ←  ב. 4 צְלָעוֹת שָׁווֹת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עִגּוּל  ←  ג. אֵין צְלָעוֹת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369A1"/>
          <w:sz w:val="30"/>
          <w:szCs w:val="30"/>
          <w:rtl/>
        </w:rPr>
        <w:t>חזרה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[בינוני] חַשְּׁבוּ.</w:t>
      </w:r>
    </w:p>
    <w:p>
      <w:pPr>
        <w:bidi/>
        <w:spacing w:before="0" w:after="40"/>
        <w:jc w:val="both"/>
      </w:pPr>
      <w:r>
        <w:rPr>
          <w:rtl/>
        </w:rPr>
        <w:t>א. ‪4 + 5 = 9‬</w:t>
      </w:r>
    </w:p>
    <w:p>
      <w:pPr>
        <w:bidi/>
        <w:spacing w:before="0" w:after="40"/>
        <w:jc w:val="both"/>
      </w:pPr>
      <w:r>
        <w:rPr>
          <w:rtl/>
        </w:rPr>
        <w:t>ב. ‪10 − 6 = 4‬</w:t>
      </w:r>
    </w:p>
    <w:p>
      <w:pPr>
        <w:bidi/>
        <w:spacing w:before="0" w:after="40"/>
        <w:jc w:val="both"/>
      </w:pPr>
      <w:r>
        <w:rPr>
          <w:rtl/>
        </w:rPr>
        <w:t>ג. ‪13 + 4 = 17‬</w:t>
      </w:r>
    </w:p>
    <w:p>
      <w:pPr>
        <w:bidi/>
        <w:spacing w:before="0" w:after="40"/>
        <w:jc w:val="both"/>
      </w:pPr>
      <w:r>
        <w:rPr>
          <w:rtl/>
        </w:rPr>
        <w:t>ד. ‪18 − 5 = 13‬</w:t>
      </w:r>
    </w:p>
    <w:p>
      <w:pPr>
        <w:bidi/>
        <w:spacing w:before="0" w:after="40"/>
        <w:jc w:val="both"/>
      </w:pPr>
      <w:r>
        <w:rPr>
          <w:rtl/>
        </w:rPr>
        <w:t>ה. ‪8 + 7 = 15‬</w:t>
      </w:r>
    </w:p>
    <w:p>
      <w:pPr>
        <w:bidi/>
        <w:spacing w:before="0" w:after="40"/>
        <w:jc w:val="both"/>
      </w:pPr>
      <w:r>
        <w:rPr>
          <w:rtl/>
        </w:rPr>
        <w:t>ו. ‪14 − 6 =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[בינוני] הַשְׁווּ. כִּתְבוּ &gt; אוֹ &lt; אוֹ =.</w:t>
      </w:r>
    </w:p>
    <w:p>
      <w:pPr>
        <w:bidi/>
        <w:spacing w:before="0" w:after="40"/>
        <w:jc w:val="both"/>
      </w:pPr>
      <w:r>
        <w:rPr>
          <w:rtl/>
        </w:rPr>
        <w:t>א. ‪8 &gt; 6‬</w:t>
      </w:r>
    </w:p>
    <w:p>
      <w:pPr>
        <w:bidi/>
        <w:spacing w:before="0" w:after="40"/>
        <w:jc w:val="both"/>
      </w:pPr>
      <w:r>
        <w:rPr>
          <w:rtl/>
        </w:rPr>
        <w:t>ב. ‪13 &lt; 17‬</w:t>
      </w:r>
    </w:p>
    <w:p>
      <w:pPr>
        <w:bidi/>
        <w:spacing w:before="0" w:after="40"/>
        <w:jc w:val="both"/>
      </w:pPr>
      <w:r>
        <w:rPr>
          <w:rtl/>
        </w:rPr>
        <w:t>ג. ‪10 + 5 = 15‬</w:t>
      </w:r>
    </w:p>
    <w:p>
      <w:pPr>
        <w:bidi/>
        <w:spacing w:before="0" w:after="40"/>
        <w:jc w:val="both"/>
      </w:pPr>
      <w:r>
        <w:rPr>
          <w:rtl/>
        </w:rPr>
        <w:t>ד. ‪20 − 10 &gt; 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הַשְׁלִימוּ אֶת הַסִּדְרָה.</w:t>
      </w:r>
    </w:p>
    <w:p>
      <w:pPr>
        <w:bidi/>
        <w:spacing w:before="0" w:after="40"/>
        <w:jc w:val="both"/>
      </w:pPr>
      <w:r>
        <w:rPr>
          <w:rtl/>
        </w:rPr>
        <w:t>א. 2, 4, 6, 8</w:t>
      </w:r>
    </w:p>
    <w:p>
      <w:pPr>
        <w:bidi/>
        <w:spacing w:before="0" w:after="40"/>
        <w:jc w:val="both"/>
      </w:pPr>
      <w:r>
        <w:rPr>
          <w:rtl/>
        </w:rPr>
        <w:t>ב. 5, 10, 15, 20</w:t>
      </w:r>
    </w:p>
    <w:p>
      <w:pPr>
        <w:bidi/>
        <w:spacing w:before="0" w:after="40"/>
        <w:jc w:val="both"/>
      </w:pPr>
      <w:r>
        <w:rPr>
          <w:rtl/>
        </w:rPr>
        <w:t>ג. 10, 20, 30, 40</w:t>
      </w:r>
    </w:p>
    <w:p>
      <w:pPr>
        <w:bidi/>
        <w:spacing w:before="0" w:after="40"/>
        <w:jc w:val="both"/>
      </w:pPr>
      <w:r>
        <w:rPr>
          <w:rtl/>
        </w:rPr>
        <w:t>ד. 17, 16, 15, 14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עֲשָׂרוֹת</w:t>
            </w:r>
          </w:p>
        </w:tc>
        <w:tc>
          <w:tcPr>
            <w:tcW w:type="dxa" w:w="3326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יְחִידוֹת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הַתְאִימוּ.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369a1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לִמְשֻׁלָּשׁ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3 צְלָעוֹת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לְעִגּוּל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0 קָדְקֳדִים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בַּשָּׁבוּעַ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10 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5 ₪ + 5 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7 יָמִים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‪9:00‬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‪6 + 0 = 6‬ – נכון</w:t>
      </w:r>
    </w:p>
    <w:p>
      <w:pPr>
        <w:bidi/>
        <w:spacing w:before="0" w:after="40"/>
        <w:jc w:val="both"/>
      </w:pPr>
      <w:r>
        <w:rPr>
          <w:rtl/>
        </w:rPr>
        <w:t>ב. ‪9 + 4 = 12‬ – לא נכון – ‪9 + 4 = 13‬</w:t>
      </w:r>
    </w:p>
    <w:p>
      <w:pPr>
        <w:bidi/>
        <w:spacing w:before="0" w:after="40"/>
        <w:jc w:val="both"/>
      </w:pPr>
      <w:r>
        <w:rPr>
          <w:rtl/>
        </w:rPr>
        <w:t>ג. ‪50 + 30 = 80‬ – נכון</w:t>
      </w:r>
    </w:p>
    <w:p>
      <w:pPr>
        <w:bidi/>
        <w:spacing w:before="0" w:after="40"/>
        <w:jc w:val="both"/>
      </w:pPr>
      <w:r>
        <w:rPr>
          <w:rtl/>
        </w:rPr>
        <w:t>ד. אַחֲרֵי יוֹם שִׁשִּׁי בָּא יוֹם רִאשׁוֹן. – לא נכון – אחרי שישי באה שבת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כִּתְבוּ מִשְׁפַּחַת תַּרְגִּילִים לַמִּסְפָּרִים 4, 9, 13.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 + 9 = 13‬, ‪9 + 4 = 13‬, ‪13 − 4 = 9‬, ‪13 − 9 = 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[אתגר] אֶתְגָּר: לְנוֹעַם 7 ₪. כַּמָּה כֶּסֶף חָסֵר לוֹ כְּדֵי לִקְנוֹת סֵפֶר בְּ-15 ₪?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‪7 + 8 = 15‬, ולכן חסרים 8 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