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מבחן מסכם – רמה בסיסית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מֶשֶׁךְ הַמִּבְחָן: 45 דַּקּוֹת · סַךְ הַכֹּל 100 נְקֻדּוֹת · כִּתְבוּ אֶת דֶּרֶךְ הַפִּתְרוֹן.</w:t>
      </w:r>
    </w:p>
    <w:p>
      <w:pPr>
        <w:bidi/>
        <w:spacing w:before="200" w:after="80"/>
        <w:jc w:val="both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כִּתְבוּ אֶת הַמִּסְפָּר. (6 נק')</w:t>
      </w:r>
    </w:p>
    <w:p>
      <w:pPr>
        <w:bidi/>
        <w:spacing w:before="0" w:after="60"/>
        <w:jc w:val="both"/>
      </w:pPr>
      <w:r>
        <w:rPr>
          <w:rtl/>
        </w:rPr>
        <w:t>א. ‪30 + 6 = __________‬</w:t>
      </w:r>
    </w:p>
    <w:p>
      <w:pPr>
        <w:bidi/>
        <w:spacing w:before="0" w:after="60"/>
        <w:jc w:val="both"/>
      </w:pPr>
      <w:r>
        <w:rPr>
          <w:rtl/>
        </w:rPr>
        <w:t>ב. ‪70 + 4 = __________‬</w:t>
      </w:r>
    </w:p>
    <w:p>
      <w:pPr>
        <w:bidi/>
        <w:spacing w:before="0" w:after="60"/>
        <w:jc w:val="both"/>
      </w:pPr>
      <w:r>
        <w:rPr>
          <w:rtl/>
        </w:rPr>
        <w:t>ג. ‪58 = 50 + __________‬</w:t>
      </w:r>
    </w:p>
    <w:p>
      <w:pPr>
        <w:bidi/>
        <w:spacing w:before="0" w:after="60"/>
        <w:jc w:val="both"/>
      </w:pPr>
      <w:r>
        <w:rPr>
          <w:rtl/>
        </w:rPr>
        <w:t>ד. ‪91 = __________ + 1‬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כִּתְבוּ &gt; אוֹ &lt; אוֹ =. (4 נק')</w:t>
      </w:r>
    </w:p>
    <w:p>
      <w:pPr>
        <w:bidi/>
        <w:spacing w:before="0" w:after="60"/>
        <w:jc w:val="both"/>
      </w:pPr>
      <w:r>
        <w:rPr>
          <w:rtl/>
        </w:rPr>
        <w:t>א. ‪46 __________ 64‬</w:t>
      </w:r>
    </w:p>
    <w:p>
      <w:pPr>
        <w:bidi/>
        <w:spacing w:before="0" w:after="60"/>
        <w:jc w:val="both"/>
      </w:pPr>
      <w:r>
        <w:rPr>
          <w:rtl/>
        </w:rPr>
        <w:t>ב. ‪80 __________ 79‬</w:t>
      </w:r>
    </w:p>
    <w:p>
      <w:pPr>
        <w:bidi/>
        <w:spacing w:before="0" w:after="60"/>
        <w:jc w:val="both"/>
      </w:pPr>
      <w:r>
        <w:rPr>
          <w:rtl/>
        </w:rPr>
        <w:t>ג. ‪50 + 5 __________ 55‬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פִּתְרוּ. (12 נק')</w:t>
      </w:r>
    </w:p>
    <w:p>
      <w:pPr>
        <w:bidi/>
        <w:spacing w:before="0" w:after="60"/>
        <w:jc w:val="both"/>
      </w:pPr>
      <w:r>
        <w:rPr>
          <w:rtl/>
        </w:rPr>
        <w:t>א. ‪43 + 25 = __________‬</w:t>
      </w:r>
    </w:p>
    <w:p>
      <w:pPr>
        <w:bidi/>
        <w:spacing w:before="0" w:after="60"/>
        <w:jc w:val="both"/>
      </w:pPr>
      <w:r>
        <w:rPr>
          <w:rtl/>
        </w:rPr>
        <w:t>ב. ‪78 - 34 = __________‬</w:t>
      </w:r>
    </w:p>
    <w:p>
      <w:pPr>
        <w:bidi/>
        <w:spacing w:before="0" w:after="60"/>
        <w:jc w:val="both"/>
      </w:pPr>
      <w:r>
        <w:rPr>
          <w:rtl/>
        </w:rPr>
        <w:t>ג. ‪37 + 8 = __________‬</w:t>
      </w:r>
    </w:p>
    <w:p>
      <w:pPr>
        <w:bidi/>
        <w:spacing w:before="0" w:after="60"/>
        <w:jc w:val="both"/>
      </w:pPr>
      <w:r>
        <w:rPr>
          <w:rtl/>
        </w:rPr>
        <w:t>ד. ‪62 - 7 = __________‬</w:t>
      </w:r>
    </w:p>
    <w:p>
      <w:pPr>
        <w:bidi/>
        <w:spacing w:before="0" w:after="60"/>
        <w:jc w:val="both"/>
      </w:pPr>
      <w:r>
        <w:rPr>
          <w:rtl/>
        </w:rPr>
        <w:t>ה. ‪29 + 46 = __________‬</w:t>
      </w:r>
    </w:p>
    <w:p>
      <w:pPr>
        <w:bidi/>
        <w:spacing w:before="0" w:after="60"/>
        <w:jc w:val="both"/>
      </w:pPr>
      <w:r>
        <w:rPr>
          <w:rtl/>
        </w:rPr>
        <w:t>ו. ‪80 - 35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פִּתְרוּ. (12 נק')</w:t>
      </w:r>
    </w:p>
    <w:p>
      <w:pPr>
        <w:bidi/>
        <w:spacing w:before="0" w:after="60"/>
        <w:jc w:val="both"/>
      </w:pPr>
      <w:r>
        <w:rPr>
          <w:rtl/>
        </w:rPr>
        <w:t>א. ‪4 × 2 = __________‬</w:t>
      </w:r>
    </w:p>
    <w:p>
      <w:pPr>
        <w:bidi/>
        <w:spacing w:before="0" w:after="60"/>
        <w:jc w:val="both"/>
      </w:pPr>
      <w:r>
        <w:rPr>
          <w:rtl/>
        </w:rPr>
        <w:t>ב. ‪3 × 5 = __________‬</w:t>
      </w:r>
    </w:p>
    <w:p>
      <w:pPr>
        <w:bidi/>
        <w:spacing w:before="0" w:after="60"/>
        <w:jc w:val="both"/>
      </w:pPr>
      <w:r>
        <w:rPr>
          <w:rtl/>
        </w:rPr>
        <w:t>ג. ‪6 × 10 = __________‬</w:t>
      </w:r>
    </w:p>
    <w:p>
      <w:pPr>
        <w:bidi/>
        <w:spacing w:before="0" w:after="60"/>
        <w:jc w:val="both"/>
      </w:pPr>
      <w:r>
        <w:rPr>
          <w:rtl/>
        </w:rPr>
        <w:t>ד. ‪10 : 2 = __________‬</w:t>
      </w:r>
    </w:p>
    <w:p>
      <w:pPr>
        <w:bidi/>
        <w:spacing w:before="0" w:after="60"/>
        <w:jc w:val="both"/>
      </w:pPr>
      <w:r>
        <w:rPr>
          <w:rtl/>
        </w:rPr>
        <w:t>ה. ‪20 : 5 = __________‬</w:t>
      </w:r>
    </w:p>
    <w:p>
      <w:pPr>
        <w:bidi/>
        <w:spacing w:before="0" w:after="60"/>
        <w:jc w:val="both"/>
      </w:pPr>
      <w:r>
        <w:rPr>
          <w:rtl/>
        </w:rPr>
        <w:t>ו. ‪50 : 10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פִּתְרוּ בִּמְאֻנָּךְ: ‪56 + 27‬   ,   ‪73 - 38‬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בַּסַּל 34 תַּפּוּזִים. אַבָּא הוֹסִיף 20 תַּפּוּזִים. כַּמָּה תַּפּוּזִים יֵשׁ עַכְשָׁו בַּסַּל? (8 נק')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🍊 34 ➕ 🍊 20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בָּאוֹטוֹבּוּס הָיוּ 45 יְלָדִים. 9 יְלָדִים יָרְדוּ. כַּמָּה יְלָדִים נִשְׁאֲרוּ? (8 נק')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🚌 45 ➖ 9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בְּכָל קֻפְסָה 5 עוּגוֹת. יֵשׁ 6 קֻפְסָאוֹת. כַּמָּה עוּגוֹת יֵשׁ? (8 נק')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🧁🧁🧁🧁🧁 × 6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דָּוִד חִלֵּק 20 מַדְבֵּקוֹת שָׁוֶה בְּשָׁוֶה לְ־2 חֲבֵרִים. כַּמָּה מַדְבֵּקוֹת קִבֵּל כָּל חָבֵר? (8 נק')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⭐ 20 ➗ 2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[אתגר] יוֹאָב קָנָה כַּדּוּר בְּ־12 ₪ וּמַחְבֶּרֶת בְּ־5 ₪. הוּא שִׁלֵּם בִּשְׁטָר שֶׁל 20 ₪. כַּמָּה עֹדֶף קִבֵּל? (8 נק')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ג': חשיבה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נָכוֹן אוֹ לֹא נָכוֹן? תַּקְּנוּ. (8 נק')</w:t>
      </w:r>
    </w:p>
    <w:p>
      <w:pPr>
        <w:bidi/>
        <w:spacing w:before="0" w:after="60"/>
        <w:jc w:val="both"/>
      </w:pPr>
      <w:r>
        <w:rPr>
          <w:rtl/>
        </w:rPr>
        <w:t>א. בַּמִּסְפָּר 74 הַסִּפְרָה 7 שָׁוָה 70.      נכון / לא נכון</w:t>
      </w:r>
    </w:p>
    <w:p>
      <w:pPr>
        <w:bidi/>
        <w:spacing w:before="0" w:after="60"/>
        <w:jc w:val="both"/>
      </w:pPr>
      <w:r>
        <w:rPr>
          <w:rtl/>
        </w:rPr>
        <w:t>ב. ‪38 + 5 = 33‬      נכון / לא נכון</w:t>
      </w:r>
    </w:p>
    <w:p>
      <w:pPr>
        <w:bidi/>
        <w:spacing w:before="0" w:after="60"/>
        <w:jc w:val="both"/>
      </w:pPr>
      <w:r>
        <w:rPr>
          <w:rtl/>
        </w:rPr>
        <w:t>ג. לִמְרֻבָּע 4 קָדְקוֹדִים.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בַּחֲצִי שָׁעָה 50 דַּקּוֹת.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אוֹרִי פָּתַר: ‪46 + 27 = 63‬. מָה הַטָּעוּת? פִּתְרוּ נָכוֹן.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כַּמָּה צְלָעוֹת יֵשׁ לִשְׁנֵי מְשֻׁלָּשִׁים וְרִבּוּעַ אֶחָד? הַסְבִּירוּ.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