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ב'   |   מחוון למבחן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🎯 מבחן מסכם – רמה גבוהה – מחוון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מֶשֶׁךְ הַמִּבְחָן: 45 דַּקּוֹת · סַךְ הַכֹּל 100 נְקֻדּוֹת · כִּתְבוּ אֶת דֶּרֶךְ הַפִּתְרוֹן.</w:t>
      </w:r>
    </w:p>
    <w:p>
      <w:pPr>
        <w:bidi/>
        <w:spacing w:before="200" w:after="80"/>
        <w:jc w:val="both"/>
      </w:pPr>
      <w:r>
        <w:rPr>
          <w:rFonts w:ascii="Tahoma" w:hAnsi="Tahoma" w:cs="Tahoma"/>
          <w:b/>
          <w:bCs/>
          <w:color w:val="C2410C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חישובים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בעיות מילוליות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חשיבה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חלק א': חישובים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מָה חָסֵר? (8 נק')</w:t>
      </w:r>
    </w:p>
    <w:p>
      <w:pPr>
        <w:bidi/>
        <w:spacing w:before="0" w:after="40"/>
        <w:jc w:val="both"/>
      </w:pPr>
      <w:r>
        <w:rPr>
          <w:rtl/>
        </w:rPr>
        <w:t>א. ‪48 + 37 = 85‬</w:t>
      </w:r>
    </w:p>
    <w:p>
      <w:pPr>
        <w:bidi/>
        <w:spacing w:before="0" w:after="40"/>
        <w:jc w:val="both"/>
      </w:pPr>
      <w:r>
        <w:rPr>
          <w:rtl/>
        </w:rPr>
        <w:t>ב. ‪92 - 34 = 58‬</w:t>
      </w:r>
    </w:p>
    <w:p>
      <w:pPr>
        <w:bidi/>
        <w:spacing w:before="0" w:after="40"/>
        <w:jc w:val="both"/>
      </w:pPr>
      <w:r>
        <w:rPr>
          <w:rtl/>
        </w:rPr>
        <w:t>ג. ‪9 × 5 = 45‬</w:t>
      </w:r>
    </w:p>
    <w:p>
      <w:pPr>
        <w:bidi/>
        <w:spacing w:before="0" w:after="40"/>
        <w:jc w:val="both"/>
      </w:pPr>
      <w:r>
        <w:rPr>
          <w:rtl/>
        </w:rPr>
        <w:t>ד. ‪70 : 10 = 7‬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פִּתְרוּ. (8 נק')</w:t>
      </w:r>
    </w:p>
    <w:p>
      <w:pPr>
        <w:bidi/>
        <w:spacing w:before="0" w:after="40"/>
        <w:jc w:val="both"/>
      </w:pPr>
      <w:r>
        <w:rPr>
          <w:rtl/>
        </w:rPr>
        <w:t>א. ‪38 + 47 = 85‬</w:t>
      </w:r>
    </w:p>
    <w:p>
      <w:pPr>
        <w:bidi/>
        <w:spacing w:before="0" w:after="40"/>
        <w:jc w:val="both"/>
      </w:pPr>
      <w:r>
        <w:rPr>
          <w:rtl/>
        </w:rPr>
        <w:t>ב. ‪91 - 56 = 35‬</w:t>
      </w:r>
    </w:p>
    <w:p>
      <w:pPr>
        <w:bidi/>
        <w:spacing w:before="0" w:after="40"/>
        <w:jc w:val="both"/>
      </w:pPr>
      <w:r>
        <w:rPr>
          <w:rtl/>
        </w:rPr>
        <w:t>ג. ‪64 + 29 = 93‬</w:t>
      </w:r>
    </w:p>
    <w:p>
      <w:pPr>
        <w:bidi/>
        <w:spacing w:before="0" w:after="40"/>
        <w:jc w:val="both"/>
      </w:pPr>
      <w:r>
        <w:rPr>
          <w:rtl/>
        </w:rPr>
        <w:t>ד. ‪100 - 63 = 37‬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שַׁרְשֶׁרֶת: פִּתְרוּ. (12 נק')</w:t>
      </w:r>
    </w:p>
    <w:p>
      <w:pPr>
        <w:bidi/>
        <w:spacing w:before="0" w:after="40"/>
        <w:jc w:val="both"/>
      </w:pPr>
      <w:r>
        <w:rPr>
          <w:rtl/>
        </w:rPr>
        <w:t>א. ‪27 + 16 + 3 = 46‬</w:t>
      </w:r>
    </w:p>
    <w:p>
      <w:pPr>
        <w:bidi/>
        <w:spacing w:before="0" w:after="40"/>
        <w:jc w:val="both"/>
      </w:pPr>
      <w:r>
        <w:rPr>
          <w:rtl/>
        </w:rPr>
        <w:t>ב. ‪80 - 25 - 15 = 40‬</w:t>
      </w:r>
    </w:p>
    <w:p>
      <w:pPr>
        <w:bidi/>
        <w:spacing w:before="0" w:after="40"/>
        <w:jc w:val="both"/>
      </w:pPr>
      <w:r>
        <w:rPr>
          <w:rtl/>
        </w:rPr>
        <w:t>ג. ‪9 × 2 + 7 = 25‬</w:t>
      </w:r>
    </w:p>
    <w:p>
      <w:pPr>
        <w:bidi/>
        <w:spacing w:before="0" w:after="40"/>
        <w:jc w:val="both"/>
      </w:pPr>
      <w:r>
        <w:rPr>
          <w:rtl/>
        </w:rPr>
        <w:t>ד. ‪40 : 5 + 12 = 20‬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הַשְׁלִימוּ.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מִסְפָּר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2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5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10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14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70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90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פִּתְרוּ בִּמְאֻנָּךְ: ‪68 + 25‬   ,   ‪84 - 47‬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‪68 + 25 = 93‬ ; ‪84 - 47 = 37‬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חלק ב': בעיות מילוליות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[בינוני] בַּסִּפְרִיָּה 58 סְפָרִים עַל מַדָּף אֶחָד וְ־35 סְפָרִים עַל מַדָּף שֵׁנִי. כַּמָּה סְפָרִים עַל שְׁנֵי הַמַּדָּפִים?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‪50 + 30 = 80‬ ; ‪8 + 5 = 13‬ ; ‪80 + 13 = 93‬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עַל שְׁנֵי הַמַּדָּפִים 93 סְפָרִים.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[בינוני] בַּחֲנוּת 7 אַרְגָּזִים, וּבְכָל אַרְגָּז 10 מְלָפְפוֹנִים. מָכְרוּ 25 מְלָפְפוֹנִים. כַּמָּה נִשְׁאֲרוּ?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‪7 × 10 = 70‬ ; ‪70 - 25 = 45‬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נִשְׁאֲרוּ 45 מְלָפְפוֹנִים.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[אתגר] לְעִידוֹ 36 גֻּלּוֹת. לְאַרְיֵאל 18 גֻּלּוֹת פָּחוֹת מֵעִידוֹ. כַּמָּה גֻּלּוֹת יֵשׁ לִשְׁנֵיהֶם יַחַד?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אַרְיֵאל: ‪36 - 18 = 18‬ ; יַחַד: ‪36 + 18 = 54‬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לִשְׁנֵיהֶם יַחַד 54 גֻּלּוֹת.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[אתגר] הַסֶּרֶט הִתְחִיל בְּשָׁעָה 5 וְנִמְשַׁךְ 2 שָׁעוֹת וַחֲצִי. בְּאֵיזוֹ שָׁעָה נִגְמַר?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‪5 + 2 = 7‬ ; וְעוֹד חֲצִי שָׁעָה: שֶׁבַע וָחֵצִי.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הַסֶּרֶט נִגְמַר בְּשָׁעָה 7 וָחֵצִי.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[אתגר] מֹשֶׁה קָנָה 4 עֲטִים, כָּל עֵט בְּ־5 ₪, וְסֵפֶר בְּ־24 ₪. הוּא שִׁלֵּם בִּשְׁטָר שֶׁל 50 ₪. כַּמָּה עֹדֶף קִבֵּל?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 × 5 = 20‬ ; ‪20 + 24 = 44‬ ; ‪50 - 44 = 6‬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מֹשֶׁה קִבֵּל 6 ₪ עֹדֶף.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חלק ג': חשיבה (20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כִּתְבוּ אֶת כָּל הַמִּסְפָּרִים הַדּוּ־סִפְרָתִיִּים שֶׁסְּכוּם הַסְּפָרוֹת שֶׁלָּהֶם 4.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13, 22, 31, 40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תָּמָר פָּתְרָה: ‪72 - 28 = 56‬. בִּדְקוּ בְּעֶזְרַת חִבּוּר. הַאִם הִיא צוֹדֶקֶת? תַּקְּנוּ. (7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‪56 + 28 = 84‬, לֹא 72, וְלָכֵן טָעֲתָה. ‪72 - 28 = 44‬, כִּי ‪44 + 28 = 72‬.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לְדָנִיֵּאל 24 קַשִּׁים. הַאִם הוּא יָכוֹל לִבְנוֹת מֵהֶם רַק מְשֻׁלָּשִׁים נִפְרָדִים בְּלִי שֶׁיִּשָּׁאֲרוּ קַשִּׁים? וְרַק מְחֻמָּשִׁים? הַסְבִּירוּ. (7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מְשֻׁלָּשִׁים: כֵּן, ‪8 × 3 = 24‬, 8 מְשֻׁלָּשִׁים. מְחֻמָּשִׁים: לֹא, ‪4 × 5 = 20‬ וְ־5 × ‪5 = 25‬, וְנִשְׁאָרִים 4 קַשִּׁים.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