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המספרים עד 100: עשרות ויחידות, ערך הספרה והשוואה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דַּף סִכּוּם: עֲשָׂרוֹת וִיחִידוֹת, עֵרֶךְ הַסִּפְרָה וְהַשְׁוָאַת מִסְפָּרִים עַד 100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עֲשָׂרוֹת וִיחִידוֹת</w:t>
      </w:r>
    </w:p>
    <w:p>
      <w:pPr>
        <w:bidi/>
        <w:spacing w:before="0" w:after="40"/>
        <w:jc w:val="both"/>
      </w:pPr>
      <w:r>
        <w:rPr>
          <w:rtl/>
        </w:rPr>
        <w:t>10 יְחִידוֹת הֵן עֲשֶׂרֶת אַחַת. 10 עֲשָׂרוֹת הֵן 100.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‪58 = 50 + 8‬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עֵרֶךְ הַסִּפְרָה</w:t>
      </w:r>
    </w:p>
    <w:p>
      <w:pPr>
        <w:bidi/>
        <w:spacing w:before="0" w:after="40"/>
        <w:jc w:val="both"/>
      </w:pPr>
      <w:r>
        <w:rPr>
          <w:rtl/>
        </w:rPr>
        <w:t>בַּמִּסְפָּר 58 הַסִּפְרָה 5 שָׁוָה 50.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אֵיךְ מַשְׁוִים?</w:t>
      </w:r>
    </w:p>
    <w:p>
      <w:pPr>
        <w:bidi/>
        <w:spacing w:before="0" w:after="20"/>
        <w:jc w:val="both"/>
      </w:pPr>
      <w:r>
        <w:rPr>
          <w:rtl/>
        </w:rPr>
        <w:t>1. קֹדֶם מַשְׁוִים עֲשָׂרוֹת: ‪72 &gt; 27‬.</w:t>
      </w:r>
    </w:p>
    <w:p>
      <w:pPr>
        <w:bidi/>
        <w:spacing w:before="0" w:after="20"/>
        <w:jc w:val="both"/>
      </w:pPr>
      <w:r>
        <w:rPr>
          <w:rtl/>
        </w:rPr>
        <w:t>2. אִם הָעֲשָׂרוֹת שָׁווֹת, מַשְׁוִים יְחִידוֹת: ‪45 &lt; 48‬.</w:t>
      </w:r>
    </w:p>
    <w:p>
      <w:pPr>
        <w:bidi/>
        <w:spacing w:before="0" w:after="20"/>
        <w:jc w:val="both"/>
      </w:pPr>
      <w:r>
        <w:rPr>
          <w:rtl/>
        </w:rPr>
        <w:t>3. הָעוֹקֵב גָּדוֹל בְּ־1, הַקּוֹדֵם קָטָן בְּ־1.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סִימַן הַ־&gt; וְהַ־&lt; פּוֹתֵחַ אֶת הַפֶּה אֶל הַמִּסְפָּר הַגָּדוֹל.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פָּרְקוּ אֶת 73</w:t>
      </w:r>
    </w:p>
    <w:p>
      <w:pPr>
        <w:bidi/>
        <w:spacing w:before="0" w:after="20"/>
        <w:jc w:val="both"/>
      </w:pPr>
      <w:r>
        <w:rPr>
          <w:rtl/>
        </w:rPr>
        <w:t>1. 7 עֲשָׂרוֹת הֵן 70.</w:t>
      </w:r>
    </w:p>
    <w:p>
      <w:pPr>
        <w:bidi/>
        <w:spacing w:before="0" w:after="20"/>
        <w:jc w:val="both"/>
      </w:pPr>
      <w:r>
        <w:rPr>
          <w:rtl/>
        </w:rPr>
        <w:t>2. 3 יְחִידוֹת.</w:t>
      </w:r>
    </w:p>
    <w:p>
      <w:pPr>
        <w:bidi/>
        <w:spacing w:before="0" w:after="20"/>
        <w:jc w:val="both"/>
      </w:pPr>
      <w:r>
        <w:rPr>
          <w:rtl/>
        </w:rPr>
        <w:t>3. ‪70 + 3 = 73‬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‪73 = 70 + 3‬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‪64 = 60 + __________‬</w:t>
      </w:r>
    </w:p>
    <w:p>
      <w:pPr>
        <w:bidi/>
        <w:spacing w:before="0" w:after="60"/>
        <w:jc w:val="both"/>
      </w:pPr>
      <w:r>
        <w:rPr>
          <w:rtl/>
        </w:rPr>
        <w:t>ב. בַּמִּסְפָּר 29 יֵשׁ __________ עֲשָׂרוֹת.</w:t>
      </w:r>
    </w:p>
    <w:p>
      <w:pPr>
        <w:bidi/>
        <w:spacing w:before="0" w:after="60"/>
        <w:jc w:val="both"/>
      </w:pPr>
      <w:r>
        <w:rPr>
          <w:rtl/>
        </w:rPr>
        <w:t>ג. הָעוֹקֵב שֶׁל 79 הוּא __________.</w:t>
      </w:r>
    </w:p>
    <w:p>
      <w:pPr>
        <w:bidi/>
        <w:spacing w:before="0" w:after="60"/>
        <w:jc w:val="both"/>
      </w:pPr>
      <w:r>
        <w:rPr>
          <w:rtl/>
        </w:rPr>
        <w:t>ד. הַקּוֹדֵם שֶׁל 50 הוּא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4 · ב. 2 · ג. 80 · ד. 49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