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המספרים עד 100: עשרות ויחידות, ערך הספרה והשוואה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מוֹצְאִים כַּמָּה עֲשָׂרוֹת יֵשׁ בַּמִּסְפָּר.</w:t>
      </w:r>
    </w:p>
    <w:p>
      <w:pPr>
        <w:bidi/>
        <w:spacing w:before="0" w:after="20"/>
        <w:jc w:val="both"/>
      </w:pPr>
      <w:r>
        <w:rPr>
          <w:rtl/>
        </w:rPr>
        <w:t>2. שָׁלָב 2: מוֹצְאִים כַּמָּה יְחִידוֹת נִשְׁאֲרוּ.</w:t>
      </w:r>
    </w:p>
    <w:p>
      <w:pPr>
        <w:bidi/>
        <w:spacing w:before="0" w:after="20"/>
        <w:jc w:val="both"/>
      </w:pPr>
      <w:r>
        <w:rPr>
          <w:rtl/>
        </w:rPr>
        <w:t>3. שָׁלָב 3: כְּדֵי לְהַשְׁווֹת, מַתְחִילִים בָּעֲשָׂרוֹת וְאַחַר כָּךְ בַּיְּחִידוֹת.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כַּמָּה עֲשָׂרוֹת וְכַמָּה יְחִידוֹת יֵשׁ בַּמִּסְפָּר 46?</w:t>
      </w:r>
    </w:p>
    <w:p>
      <w:pPr>
        <w:bidi/>
        <w:spacing w:before="0" w:after="20"/>
        <w:jc w:val="both"/>
      </w:pPr>
      <w:r>
        <w:rPr>
          <w:rtl/>
        </w:rPr>
        <w:t>1. הַסִּפְרָה 4 הִיא עֲשָׂרוֹת: 4 עֲשָׂרוֹת הֵן 40.</w:t>
      </w:r>
    </w:p>
    <w:p>
      <w:pPr>
        <w:bidi/>
        <w:spacing w:before="0" w:after="20"/>
        <w:jc w:val="both"/>
      </w:pPr>
      <w:r>
        <w:rPr>
          <w:rtl/>
        </w:rPr>
        <w:t>2. הַסִּפְרָה 6 הִיא יְחִידוֹת.</w:t>
      </w:r>
    </w:p>
    <w:p>
      <w:pPr>
        <w:bidi/>
        <w:spacing w:before="0" w:after="20"/>
        <w:jc w:val="both"/>
      </w:pPr>
      <w:r>
        <w:rPr>
          <w:rtl/>
        </w:rPr>
        <w:t>3. ‪40 + 6 = 46‬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4 עֲשָׂרוֹת וְ־6 יְחִידוֹת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סִפְרוּ אֶת הָעֲשָׂרוֹת וְאֶת הַיְּחִידוֹת. כִּתְבוּ אֶת הַמִּסְפָּר.</w:t>
      </w:r>
    </w:p>
    <w:p>
      <w:pPr>
        <w:bidi/>
        <w:spacing w:before="0" w:after="60"/>
        <w:jc w:val="both"/>
      </w:pPr>
      <w:r>
        <w:rPr>
          <w:rtl/>
        </w:rPr>
        <w:t>א. 🔟🔟 ⚫⚫⚫ = __________</w:t>
      </w:r>
    </w:p>
    <w:p>
      <w:pPr>
        <w:bidi/>
        <w:spacing w:before="0" w:after="60"/>
        <w:jc w:val="both"/>
      </w:pPr>
      <w:r>
        <w:rPr>
          <w:rtl/>
        </w:rPr>
        <w:t>ב. 🔟🔟🔟🔟 ⚫ = __________</w:t>
      </w:r>
    </w:p>
    <w:p>
      <w:pPr>
        <w:bidi/>
        <w:spacing w:before="0" w:after="60"/>
        <w:jc w:val="both"/>
      </w:pPr>
      <w:r>
        <w:rPr>
          <w:rtl/>
        </w:rPr>
        <w:t>ג. 🔟🔟🔟🔟🔟 ⚫⚫⚫⚫⚫⚫ = __________</w:t>
      </w:r>
    </w:p>
    <w:p>
      <w:pPr>
        <w:bidi/>
        <w:spacing w:before="0" w:after="60"/>
        <w:jc w:val="both"/>
      </w:pPr>
      <w:r>
        <w:rPr>
          <w:rtl/>
        </w:rPr>
        <w:t>ד. 🔟 ⚫⚫⚫⚫⚫⚫⚫⚫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הַשְׁלִימוּ.</w:t>
      </w:r>
    </w:p>
    <w:p>
      <w:pPr>
        <w:bidi/>
        <w:spacing w:before="0" w:after="60"/>
        <w:jc w:val="both"/>
      </w:pPr>
      <w:r>
        <w:rPr>
          <w:rtl/>
        </w:rPr>
        <w:t>א. ‪36 = 30 + __________‬</w:t>
      </w:r>
    </w:p>
    <w:p>
      <w:pPr>
        <w:bidi/>
        <w:spacing w:before="0" w:after="60"/>
        <w:jc w:val="both"/>
      </w:pPr>
      <w:r>
        <w:rPr>
          <w:rtl/>
        </w:rPr>
        <w:t>ב. ‪72 = __________ + 2‬</w:t>
      </w:r>
    </w:p>
    <w:p>
      <w:pPr>
        <w:bidi/>
        <w:spacing w:before="0" w:after="60"/>
        <w:jc w:val="both"/>
      </w:pPr>
      <w:r>
        <w:rPr>
          <w:rtl/>
        </w:rPr>
        <w:t>ג. ‪45 = 40 + __________‬</w:t>
      </w:r>
    </w:p>
    <w:p>
      <w:pPr>
        <w:bidi/>
        <w:spacing w:before="0" w:after="60"/>
        <w:jc w:val="both"/>
      </w:pPr>
      <w:r>
        <w:rPr>
          <w:rtl/>
        </w:rPr>
        <w:t>ד. ‪__________ = 90 + 9‬</w:t>
      </w:r>
    </w:p>
    <w:p>
      <w:pPr>
        <w:bidi/>
        <w:spacing w:before="0" w:after="60"/>
        <w:jc w:val="both"/>
      </w:pPr>
      <w:r>
        <w:rPr>
          <w:rtl/>
        </w:rPr>
        <w:t>ה. ‪61 = __________ + 1‬</w:t>
      </w:r>
    </w:p>
    <w:p>
      <w:pPr>
        <w:bidi/>
        <w:spacing w:before="0" w:after="60"/>
        <w:jc w:val="both"/>
      </w:pPr>
      <w:r>
        <w:rPr>
          <w:rtl/>
        </w:rPr>
        <w:t>ו. ‪28 = 20 +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מִסְפָּר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עֲשָׂרוֹת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יְחִידוֹת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כִּתְבוּ &gt; אוֹ &lt; אוֹ =.</w:t>
      </w:r>
    </w:p>
    <w:p>
      <w:pPr>
        <w:bidi/>
        <w:spacing w:before="0" w:after="60"/>
        <w:jc w:val="both"/>
      </w:pPr>
      <w:r>
        <w:rPr>
          <w:rtl/>
        </w:rPr>
        <w:t>א. ‪34 __________ 43‬</w:t>
      </w:r>
    </w:p>
    <w:p>
      <w:pPr>
        <w:bidi/>
        <w:spacing w:before="0" w:after="60"/>
        <w:jc w:val="both"/>
      </w:pPr>
      <w:r>
        <w:rPr>
          <w:rtl/>
        </w:rPr>
        <w:t>ב. ‪70 __________ 69‬</w:t>
      </w:r>
    </w:p>
    <w:p>
      <w:pPr>
        <w:bidi/>
        <w:spacing w:before="0" w:after="60"/>
        <w:jc w:val="both"/>
      </w:pPr>
      <w:r>
        <w:rPr>
          <w:rtl/>
        </w:rPr>
        <w:t>ג. ‪55 __________ 55‬</w:t>
      </w:r>
    </w:p>
    <w:p>
      <w:pPr>
        <w:bidi/>
        <w:spacing w:before="0" w:after="60"/>
        <w:jc w:val="both"/>
      </w:pPr>
      <w:r>
        <w:rPr>
          <w:rtl/>
        </w:rPr>
        <w:t>ד. ‪81 __________ 18‬</w:t>
      </w:r>
    </w:p>
    <w:p>
      <w:pPr>
        <w:bidi/>
        <w:spacing w:before="0" w:after="60"/>
        <w:jc w:val="both"/>
      </w:pPr>
      <w:r>
        <w:rPr>
          <w:rtl/>
        </w:rPr>
        <w:t>ה. ‪29 __________ 92‬</w:t>
      </w:r>
    </w:p>
    <w:p>
      <w:pPr>
        <w:bidi/>
        <w:spacing w:before="0" w:after="60"/>
        <w:jc w:val="both"/>
      </w:pPr>
      <w:r>
        <w:rPr>
          <w:rtl/>
        </w:rPr>
        <w:t>ו. ‪66 __________ 60‬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כִּתְבוּ אֶת הַמִּסְפָּר הָעוֹקֵב.</w:t>
      </w:r>
    </w:p>
    <w:p>
      <w:pPr>
        <w:bidi/>
        <w:spacing w:before="0" w:after="60"/>
        <w:jc w:val="both"/>
      </w:pPr>
      <w:r>
        <w:rPr>
          <w:rtl/>
        </w:rPr>
        <w:t>א. אַחֲרֵי 29 בָּא __________</w:t>
      </w:r>
    </w:p>
    <w:p>
      <w:pPr>
        <w:bidi/>
        <w:spacing w:before="0" w:after="60"/>
        <w:jc w:val="both"/>
      </w:pPr>
      <w:r>
        <w:rPr>
          <w:rtl/>
        </w:rPr>
        <w:t>ב. אַחֲרֵי 49 בָּא __________</w:t>
      </w:r>
    </w:p>
    <w:p>
      <w:pPr>
        <w:bidi/>
        <w:spacing w:before="0" w:after="60"/>
        <w:jc w:val="both"/>
      </w:pPr>
      <w:r>
        <w:rPr>
          <w:rtl/>
        </w:rPr>
        <w:t>ג. אַחֲרֵי 67 בָּא __________</w:t>
      </w:r>
    </w:p>
    <w:p>
      <w:pPr>
        <w:bidi/>
        <w:spacing w:before="0" w:after="60"/>
        <w:jc w:val="both"/>
      </w:pPr>
      <w:r>
        <w:rPr>
          <w:rtl/>
        </w:rPr>
        <w:t>ד. אַחֲרֵי 99 בָּא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הַשְׁלִימוּ אֶת הַסִּדְרָה.</w:t>
      </w:r>
    </w:p>
    <w:p>
      <w:pPr>
        <w:bidi/>
        <w:spacing w:before="0" w:after="60"/>
        <w:jc w:val="both"/>
      </w:pPr>
      <w:r>
        <w:rPr>
          <w:rtl/>
        </w:rPr>
        <w:t>א. 10, 20, 30, __________, 50</w:t>
      </w:r>
    </w:p>
    <w:p>
      <w:pPr>
        <w:bidi/>
        <w:spacing w:before="0" w:after="60"/>
        <w:jc w:val="both"/>
      </w:pPr>
      <w:r>
        <w:rPr>
          <w:rtl/>
        </w:rPr>
        <w:t>ב. 45, 46, 47, __________, 49</w:t>
      </w:r>
    </w:p>
    <w:p>
      <w:pPr>
        <w:bidi/>
        <w:spacing w:before="0" w:after="60"/>
        <w:jc w:val="both"/>
      </w:pPr>
      <w:r>
        <w:rPr>
          <w:rtl/>
        </w:rPr>
        <w:t>ג. 90, 80, 70, __________, 50</w:t>
      </w:r>
    </w:p>
    <w:p>
      <w:pPr>
        <w:bidi/>
        <w:spacing w:before="0" w:after="60"/>
        <w:jc w:val="both"/>
      </w:pPr>
      <w:r>
        <w:rPr>
          <w:rtl/>
        </w:rPr>
        <w:t>ד. 5, 10, 15, __________, 25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בַּמִּסְפָּר 38 יֵשׁ 3 עֲשָׂרוֹת.      נכון / לא נכון</w:t>
      </w:r>
    </w:p>
    <w:p>
      <w:pPr>
        <w:bidi/>
        <w:spacing w:before="0" w:after="60"/>
        <w:jc w:val="both"/>
      </w:pPr>
      <w:r>
        <w:rPr>
          <w:rtl/>
        </w:rPr>
        <w:t>ב. הַסִּפְרָה 7 בַּמִּסְפָּר 72 שָׁוָה 7.      נכון / לא נכון</w:t>
      </w:r>
    </w:p>
    <w:p>
      <w:pPr>
        <w:bidi/>
        <w:spacing w:before="0" w:after="60"/>
        <w:jc w:val="both"/>
      </w:pPr>
      <w:r>
        <w:rPr>
          <w:rtl/>
        </w:rPr>
        <w:t>ג. 59 גָּדוֹל מִ־95.      נכון / לא נכון</w:t>
      </w:r>
    </w:p>
    <w:p>
      <w:pPr>
        <w:bidi/>
        <w:spacing w:before="0" w:after="60"/>
        <w:jc w:val="both"/>
      </w:pPr>
      <w:r>
        <w:rPr>
          <w:rtl/>
        </w:rPr>
        <w:t>ד. הַקּוֹדֵם שֶׁל 40 הוּא 39.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מַיְּנוּ אֶת הַמִּסְפָּרִים.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23  |  67  |  45  |  81  |  12  |  99  |  50  |  38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קְטַנִּים מִ־50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גְּדוֹלִים מִ־50 אוֹ שָׁוִים לְ־50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סַדְּרוּ מֵהַקָּטָן לַגָּדוֹל: 64, 46, 90, 9, 55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[אתגר] אֶתְגָּר: כִּתְבוּ אֶת כָּל הַמִּסְפָּרִים הַדּוּ־סִפְרָתִיִּים שֶׁסְּכוּם הַסְּפָרוֹת שֶׁלָּהֶם הוּא 3.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F766E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לְאוֹרִי יֵשׁ 3 קֻפְסָאוֹת. בְּכָל קֻפְסָה 10 עֶפְרוֹנוֹת. עוֹד 4 עֶפְרוֹנוֹת מוּנָחִים עַל הַשֻּׁלְחָן. כַּמָּה עֶפְרוֹנוֹת יֵשׁ לְאוֹרִי?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✏️🔟 ✏️🔟 ✏️🔟 ✏️✏️✏️✏️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בַּסַּל 25 תַּפּוּחִים וּבַסַּל הַשֵּׁנִי 52 תַּפּוּחִים. בְּאֵיזֶה סַל יֵשׁ יוֹתֵר תַּפּוּחִים?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🍎🧺 25   🍎🧺 52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בַּסִּפְרִיָּה 6 מַדָּפִים מְלֵאִים, בְּכָל מַדָּף 10 סְפָרִים, וְעוֹד 7 סְפָרִים עַל הָעֲגָלָה. כַּמָּה סְפָרִים יֵשׁ?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📚🔟 × 6 ➕ 📚 × 7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נוֹעַם גָּר בְּבַיִת מִסְפָּר 48. דָּנִיֵּאל גָּר בַּבַּיִת הָעוֹקֵב. מָה מִסְפַּר הַבַּיִת שֶׁל דָּנִיֵּאל?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🏠48 ➡️ 🏠❓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יוֹאָב חוֹשֵׁב עַל מִסְפָּר. יֵשׁ בּוֹ 7 עֲשָׂרוֹת. סִפְרַת הַיְּחִידוֹת קְטַנָּה בְּ־2 מִסִּפְרַת הָעֲשָׂרוֹת. מָה הַמִּסְפָּר?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בַּחֲנוּת 4 שַׂקִּיּוֹת שֶׁל 10 כַּדּוּרִים וְעוֹד 12 כַּדּוּרִים בּוֹדְדִים. כַּמָּה כַּדּוּרִים יֵשׁ בַּחֲנוּת?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⚽🔟 ⚽🔟 ⚽🔟 ⚽🔟 ➕ ⚽ × 12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17. גִּזְרוּ אֶת כַּרְטִיסֵי הַמִּסְפָּרִים, וְהַדְבִּיקוּ אוֹתָם לְפִי הַסֵּדֶר: מִן הַקָּטָן אֶל הַגָּדוֹל.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הֲכִי קָטָן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</w:r>
          </w:p>
        </w:tc>
      </w:tr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הֲכִי גָּדוֹל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18. מִתְחוּ קַו מִכָּל מִסְפָּר אֶל הַפֵּרוּק שֶׁלּוֹ לַעֲשָׂרוֹת וִיחִידוֹת.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1. 47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6 עֲשָׂרוֹת וְ-0 יְחִידוֹת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2. 74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5 עֲשָׂרוֹת וּ-8 יְחִידוֹת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3. 60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4 עֲשָׂרוֹת וְ-7 יְחִידוֹת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4. 58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ד. 7 עֲשָׂרוֹת וְ-4 יְחִידוֹת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דַּף גְּזִירָה – המספרים עד 100: עשרות ויחידות, ערך הספרה והשוואה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6, מְשִׂימָה 17.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19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54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91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38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45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83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המספרים עד 100: עשרות ויחידות, ערך הספרה והשוואה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סִפְרוּ אֶת הָעֲשָׂרוֹת וְאֶת הַיְּחִידוֹת. כִּתְבוּ אֶת הַמִּסְפָּר.</w:t>
      </w:r>
    </w:p>
    <w:p>
      <w:pPr>
        <w:bidi/>
        <w:spacing w:before="0" w:after="40"/>
        <w:jc w:val="both"/>
      </w:pPr>
      <w:r>
        <w:rPr>
          <w:rtl/>
        </w:rPr>
        <w:t>א. 🔟🔟 ⚫⚫⚫ = 23</w:t>
      </w:r>
    </w:p>
    <w:p>
      <w:pPr>
        <w:bidi/>
        <w:spacing w:before="0" w:after="40"/>
        <w:jc w:val="both"/>
      </w:pPr>
      <w:r>
        <w:rPr>
          <w:rtl/>
        </w:rPr>
        <w:t>ב. 🔟🔟🔟🔟 ⚫ = 41</w:t>
      </w:r>
    </w:p>
    <w:p>
      <w:pPr>
        <w:bidi/>
        <w:spacing w:before="0" w:after="40"/>
        <w:jc w:val="both"/>
      </w:pPr>
      <w:r>
        <w:rPr>
          <w:rtl/>
        </w:rPr>
        <w:t>ג. 🔟🔟🔟🔟🔟 ⚫⚫⚫⚫⚫⚫ = 56</w:t>
      </w:r>
    </w:p>
    <w:p>
      <w:pPr>
        <w:bidi/>
        <w:spacing w:before="0" w:after="40"/>
        <w:jc w:val="both"/>
      </w:pPr>
      <w:r>
        <w:rPr>
          <w:rtl/>
        </w:rPr>
        <w:t>ד. 🔟 ⚫⚫⚫⚫⚫⚫⚫⚫ = 18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הַשְׁלִימוּ.</w:t>
      </w:r>
    </w:p>
    <w:p>
      <w:pPr>
        <w:bidi/>
        <w:spacing w:before="0" w:after="40"/>
        <w:jc w:val="both"/>
      </w:pPr>
      <w:r>
        <w:rPr>
          <w:rtl/>
        </w:rPr>
        <w:t>א. ‪36 = 30 + 6‬</w:t>
      </w:r>
    </w:p>
    <w:p>
      <w:pPr>
        <w:bidi/>
        <w:spacing w:before="0" w:after="40"/>
        <w:jc w:val="both"/>
      </w:pPr>
      <w:r>
        <w:rPr>
          <w:rtl/>
        </w:rPr>
        <w:t>ב. ‪72 = 70 + 2‬</w:t>
      </w:r>
    </w:p>
    <w:p>
      <w:pPr>
        <w:bidi/>
        <w:spacing w:before="0" w:after="40"/>
        <w:jc w:val="both"/>
      </w:pPr>
      <w:r>
        <w:rPr>
          <w:rtl/>
        </w:rPr>
        <w:t>ג. ‪45 = 40 + 5‬</w:t>
      </w:r>
    </w:p>
    <w:p>
      <w:pPr>
        <w:bidi/>
        <w:spacing w:before="0" w:after="40"/>
        <w:jc w:val="both"/>
      </w:pPr>
      <w:r>
        <w:rPr>
          <w:rtl/>
        </w:rPr>
        <w:t>ד. ‪99 = 90 + 9‬</w:t>
      </w:r>
    </w:p>
    <w:p>
      <w:pPr>
        <w:bidi/>
        <w:spacing w:before="0" w:after="40"/>
        <w:jc w:val="both"/>
      </w:pPr>
      <w:r>
        <w:rPr>
          <w:rtl/>
        </w:rPr>
        <w:t>ה. ‪61 = 60 + 1‬</w:t>
      </w:r>
    </w:p>
    <w:p>
      <w:pPr>
        <w:bidi/>
        <w:spacing w:before="0" w:after="40"/>
        <w:jc w:val="both"/>
      </w:pPr>
      <w:r>
        <w:rPr>
          <w:rtl/>
        </w:rPr>
        <w:t>ו. ‪28 = 20 + 8‬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מִסְפָּר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עֲשָׂרוֹת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יְחִידוֹת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כִּתְבוּ &gt; אוֹ &lt; אוֹ =.</w:t>
      </w:r>
    </w:p>
    <w:p>
      <w:pPr>
        <w:bidi/>
        <w:spacing w:before="0" w:after="40"/>
        <w:jc w:val="both"/>
      </w:pPr>
      <w:r>
        <w:rPr>
          <w:rtl/>
        </w:rPr>
        <w:t>א. ‪34 &lt; 43‬</w:t>
      </w:r>
    </w:p>
    <w:p>
      <w:pPr>
        <w:bidi/>
        <w:spacing w:before="0" w:after="40"/>
        <w:jc w:val="both"/>
      </w:pPr>
      <w:r>
        <w:rPr>
          <w:rtl/>
        </w:rPr>
        <w:t>ב. ‪70 &gt; 69‬</w:t>
      </w:r>
    </w:p>
    <w:p>
      <w:pPr>
        <w:bidi/>
        <w:spacing w:before="0" w:after="40"/>
        <w:jc w:val="both"/>
      </w:pPr>
      <w:r>
        <w:rPr>
          <w:rtl/>
        </w:rPr>
        <w:t>ג. ‪55 = 55‬</w:t>
      </w:r>
    </w:p>
    <w:p>
      <w:pPr>
        <w:bidi/>
        <w:spacing w:before="0" w:after="40"/>
        <w:jc w:val="both"/>
      </w:pPr>
      <w:r>
        <w:rPr>
          <w:rtl/>
        </w:rPr>
        <w:t>ד. ‪81 &gt; 18‬</w:t>
      </w:r>
    </w:p>
    <w:p>
      <w:pPr>
        <w:bidi/>
        <w:spacing w:before="0" w:after="40"/>
        <w:jc w:val="both"/>
      </w:pPr>
      <w:r>
        <w:rPr>
          <w:rtl/>
        </w:rPr>
        <w:t>ה. ‪29 &lt; 92‬</w:t>
      </w:r>
    </w:p>
    <w:p>
      <w:pPr>
        <w:bidi/>
        <w:spacing w:before="0" w:after="40"/>
        <w:jc w:val="both"/>
      </w:pPr>
      <w:r>
        <w:rPr>
          <w:rtl/>
        </w:rPr>
        <w:t>ו. ‪66 &gt; 60‬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כִּתְבוּ אֶת הַמִּסְפָּר הָעוֹקֵב.</w:t>
      </w:r>
    </w:p>
    <w:p>
      <w:pPr>
        <w:bidi/>
        <w:spacing w:before="0" w:after="40"/>
        <w:jc w:val="both"/>
      </w:pPr>
      <w:r>
        <w:rPr>
          <w:rtl/>
        </w:rPr>
        <w:t>א. אַחֲרֵי 29 בָּא 30</w:t>
      </w:r>
    </w:p>
    <w:p>
      <w:pPr>
        <w:bidi/>
        <w:spacing w:before="0" w:after="40"/>
        <w:jc w:val="both"/>
      </w:pPr>
      <w:r>
        <w:rPr>
          <w:rtl/>
        </w:rPr>
        <w:t>ב. אַחֲרֵי 49 בָּא 50</w:t>
      </w:r>
    </w:p>
    <w:p>
      <w:pPr>
        <w:bidi/>
        <w:spacing w:before="0" w:after="40"/>
        <w:jc w:val="both"/>
      </w:pPr>
      <w:r>
        <w:rPr>
          <w:rtl/>
        </w:rPr>
        <w:t>ג. אַחֲרֵי 67 בָּא 68</w:t>
      </w:r>
    </w:p>
    <w:p>
      <w:pPr>
        <w:bidi/>
        <w:spacing w:before="0" w:after="40"/>
        <w:jc w:val="both"/>
      </w:pPr>
      <w:r>
        <w:rPr>
          <w:rtl/>
        </w:rPr>
        <w:t>ד. אַחֲרֵי 99 בָּא 100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הַשְׁלִימוּ אֶת הַסִּדְרָה.</w:t>
      </w:r>
    </w:p>
    <w:p>
      <w:pPr>
        <w:bidi/>
        <w:spacing w:before="0" w:after="40"/>
        <w:jc w:val="both"/>
      </w:pPr>
      <w:r>
        <w:rPr>
          <w:rtl/>
        </w:rPr>
        <w:t>א. 10, 20, 30, 40, 50</w:t>
      </w:r>
    </w:p>
    <w:p>
      <w:pPr>
        <w:bidi/>
        <w:spacing w:before="0" w:after="40"/>
        <w:jc w:val="both"/>
      </w:pPr>
      <w:r>
        <w:rPr>
          <w:rtl/>
        </w:rPr>
        <w:t>ב. 45, 46, 47, 48, 49</w:t>
      </w:r>
    </w:p>
    <w:p>
      <w:pPr>
        <w:bidi/>
        <w:spacing w:before="0" w:after="40"/>
        <w:jc w:val="both"/>
      </w:pPr>
      <w:r>
        <w:rPr>
          <w:rtl/>
        </w:rPr>
        <w:t>ג. 90, 80, 70, 60, 50</w:t>
      </w:r>
    </w:p>
    <w:p>
      <w:pPr>
        <w:bidi/>
        <w:spacing w:before="0" w:after="40"/>
        <w:jc w:val="both"/>
      </w:pPr>
      <w:r>
        <w:rPr>
          <w:rtl/>
        </w:rPr>
        <w:t>ד. 5, 10, 15, 20, 25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בַּמִּסְפָּר 38 יֵשׁ 3 עֲשָׂרוֹת. – נכון</w:t>
      </w:r>
    </w:p>
    <w:p>
      <w:pPr>
        <w:bidi/>
        <w:spacing w:before="0" w:after="40"/>
        <w:jc w:val="both"/>
      </w:pPr>
      <w:r>
        <w:rPr>
          <w:rtl/>
        </w:rPr>
        <w:t>ב. הַסִּפְרָה 7 בַּמִּסְפָּר 72 שָׁוָה 7. – לא נכון – הַסִּפְרָה 7 בַּמִּסְפָּר 72 שָׁוָה 70.</w:t>
      </w:r>
    </w:p>
    <w:p>
      <w:pPr>
        <w:bidi/>
        <w:spacing w:before="0" w:after="40"/>
        <w:jc w:val="both"/>
      </w:pPr>
      <w:r>
        <w:rPr>
          <w:rtl/>
        </w:rPr>
        <w:t>ג. 59 גָּדוֹל מִ־95. – לא נכון – 95 גָּדוֹל מִ־59.</w:t>
      </w:r>
    </w:p>
    <w:p>
      <w:pPr>
        <w:bidi/>
        <w:spacing w:before="0" w:after="40"/>
        <w:jc w:val="both"/>
      </w:pPr>
      <w:r>
        <w:rPr>
          <w:rtl/>
        </w:rPr>
        <w:t>ד. הַקּוֹדֵם שֶׁל 40 הוּא 39.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מַיְּנוּ אֶת הַמִּסְפָּרִים.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קְטַנִּים מִ־50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גְּדוֹלִים מִ־50 אוֹ שָׁוִים לְ־50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23, 45, 12, 38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67, 81, 99, 50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סַדְּרוּ מֵהַקָּטָן לַגָּדוֹל: 64, 46, 90, 9, 55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9, 46, 55, 64, 90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[אתגר] אֶתְגָּר: כִּתְבוּ אֶת כָּל הַמִּסְפָּרִים הַדּוּ־סִפְרָתִיִּים שֶׁסְּכוּם הַסְּפָרוֹת שֶׁלָּהֶם הוּא 3.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12, 21, 30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F766E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לְאוֹרִי יֵשׁ 3 קֻפְסָאוֹת. בְּכָל קֻפְסָה 10 עֶפְרוֹנוֹת. עוֹד 4 עֶפְרוֹנוֹת מוּנָחִים עַל הַשֻּׁלְחָן. כַּמָּה עֶפְרוֹנוֹת יֵשׁ לְאוֹרִי?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3 עֲשָׂרוֹת הֵן 30. ; ‪30 + 4 = 34‬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לְאוֹרִי יֵשׁ 34 עֶפְרוֹנוֹת.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בַּסַּל 25 תַּפּוּחִים וּבַסַּל הַשֵּׁנִי 52 תַּפּוּחִים. בְּאֵיזֶה סַל יֵשׁ יוֹתֵר תַּפּוּחִים?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בַּמִּסְפָּר 25 יֵשׁ 2 עֲשָׂרוֹת. ; בַּמִּסְפָּר 52 יֵשׁ 5 עֲשָׂרוֹת. ; ‪52 &gt; 25‬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בַּסַּל הַשֵּׁנִי יֵשׁ יוֹתֵר, 52 תַּפּוּחִים.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בַּסִּפְרִיָּה 6 מַדָּפִים מְלֵאִים, בְּכָל מַדָּף 10 סְפָרִים, וְעוֹד 7 סְפָרִים עַל הָעֲגָלָה. כַּמָּה סְפָרִים יֵשׁ?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6 עֲשָׂרוֹת הֵן 60. ; ‪60 + 7 = 67‬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יֵשׁ 67 סְפָרִים.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נוֹעַם גָּר בְּבַיִת מִסְפָּר 48. דָּנִיֵּאל גָּר בַּבַּיִת הָעוֹקֵב. מָה מִסְפַּר הַבַּיִת שֶׁל דָּנִיֵּאל?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הָעוֹקֵב גָּדוֹל בְּ־1. ; ‪48 + 1 = 49‬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דָּנִיֵּאל גָּר בְּבַיִת מִסְפָּר 49.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יוֹאָב חוֹשֵׁב עַל מִסְפָּר. יֵשׁ בּוֹ 7 עֲשָׂרוֹת. סִפְרַת הַיְּחִידוֹת קְטַנָּה בְּ־2 מִסִּפְרַת הָעֲשָׂרוֹת. מָה הַמִּסְפָּר?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7 עֲשָׂרוֹת הֵן 70. ; ‪7 - 2 = 5‬ ; ‪70 + 5 = 75‬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הַמִּסְפָּר הוּא 75.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בַּחֲנוּת 4 שַׂקִּיּוֹת שֶׁל 10 כַּדּוּרִים וְעוֹד 12 כַּדּוּרִים בּוֹדְדִים. כַּמָּה כַּדּוּרִים יֵשׁ בַּחֲנוּת?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4 עֲשָׂרוֹת הֵן 40. ; 12 הֵם עֲשֶׂרֶת אַחַת וְ־2 יְחִידוֹת. ; ‪40 + 12 = 52‬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בַּחֲנוּת 52 כַּדּוּרִים.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17. גִּזְרוּ אֶת כַּרְטִיסֵי הַמִּסְפָּרִים, וְהַדְבִּיקוּ אוֹתָם לְפִי הַסֵּדֶר: מִן הַקָּטָן אֶל הַגָּדוֹל.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19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38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45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54</w:t>
            </w:r>
          </w:p>
        </w:tc>
      </w:tr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83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91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18. מִתְחוּ קַו מִכָּל מִסְפָּר אֶל הַפֵּרוּק שֶׁלּוֹ לַעֲשָׂרוֹת וִיחִידוֹת.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47  ←  ג. 4 עֲשָׂרוֹת וְ-7 יְחִידוֹת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74  ←  ד. 7 עֲשָׂרוֹת וְ-4 יְחִידוֹת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60  ←  א. 6 עֲשָׂרוֹת וְ-0 יְחִידוֹת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58  ←  ב. 5 עֲשָׂרוֹת וּ-8 יְחִידוֹת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