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חיבור וחיסור עד 100 בלי מעבר עשרת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דַּף סִכּוּם: חִבּוּר וְחִסּוּר עַד 100 בְּלִי מַעֲבַר עֶשֶׂר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עֲשָׂרוֹת שְׁלֵמוֹת</w:t>
      </w:r>
    </w:p>
    <w:p>
      <w:pPr>
        <w:bidi/>
        <w:spacing w:before="0" w:after="40"/>
        <w:jc w:val="both"/>
      </w:pPr>
      <w:r>
        <w:rPr>
          <w:rtl/>
        </w:rPr>
        <w:t>מְחַבְּרִים עֲשָׂרוֹת כְּמוֹ שֶׁמְּחַבְּרִים יְחִידוֹת.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‪50 + 30 = 80 · 90 - 40 = 50‬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עֲשָׂרוֹת לְחוּד, יְחִידוֹת לְחוּד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תַּרְגִּיל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עֲשָׂרוֹת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יְחִידוֹת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תּוֹצָאָה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‪42 + 35‬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77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‪68 - 23‬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45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כְּדַאי לִזְכֹּר</w:t>
      </w:r>
    </w:p>
    <w:p>
      <w:pPr>
        <w:bidi/>
        <w:spacing w:before="0" w:after="20"/>
        <w:jc w:val="both"/>
      </w:pPr>
      <w:r>
        <w:rPr>
          <w:rtl/>
        </w:rPr>
        <w:t>1. מִסְפָּר וְעוֹד 0 – הַמִּסְפָּר לֹא מִשְׁתַּנֶּה.</w:t>
      </w:r>
    </w:p>
    <w:p>
      <w:pPr>
        <w:bidi/>
        <w:spacing w:before="0" w:after="20"/>
        <w:jc w:val="both"/>
      </w:pPr>
      <w:r>
        <w:rPr>
          <w:rtl/>
        </w:rPr>
        <w:t>2. אֶת הַחִסּוּר בּוֹדְקִים בְּחִבּוּר.</w:t>
      </w:r>
    </w:p>
    <w:p>
      <w:pPr>
        <w:bidi/>
        <w:spacing w:before="0" w:after="20"/>
        <w:jc w:val="both"/>
      </w:pPr>
      <w:r>
        <w:rPr>
          <w:rtl/>
        </w:rPr>
        <w:t>3. בִּמְאֻנָּךְ: יְחִידוֹת מִתַּחַת לִיחִידוֹת.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כּוֹתְבִים עֲשָׂרוֹת מִתַּחַת לַעֲשָׂרוֹת וִיחִידוֹת מִתַּחַת לִיחִידוֹת.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‪54 + 23 = ___‬</w:t>
      </w:r>
    </w:p>
    <w:p>
      <w:pPr>
        <w:bidi/>
        <w:spacing w:before="0" w:after="20"/>
        <w:jc w:val="both"/>
      </w:pPr>
      <w:r>
        <w:rPr>
          <w:rtl/>
        </w:rPr>
        <w:t>1. ‪50 + 20 = 70‬</w:t>
      </w:r>
    </w:p>
    <w:p>
      <w:pPr>
        <w:bidi/>
        <w:spacing w:before="0" w:after="20"/>
        <w:jc w:val="both"/>
      </w:pPr>
      <w:r>
        <w:rPr>
          <w:rtl/>
        </w:rPr>
        <w:t>2. ‪4 + 3 = 7‬</w:t>
      </w:r>
    </w:p>
    <w:p>
      <w:pPr>
        <w:bidi/>
        <w:spacing w:before="0" w:after="20"/>
        <w:jc w:val="both"/>
      </w:pPr>
      <w:r>
        <w:rPr>
          <w:rtl/>
        </w:rPr>
        <w:t>3. ‪70 + 7 = 77‬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77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פִּתְרוּ:</w:t>
      </w:r>
    </w:p>
    <w:p>
      <w:pPr>
        <w:bidi/>
        <w:spacing w:before="0" w:after="60"/>
        <w:jc w:val="both"/>
      </w:pPr>
      <w:r>
        <w:rPr>
          <w:rtl/>
        </w:rPr>
        <w:t>א. ‪60 + 30 = __________‬</w:t>
      </w:r>
    </w:p>
    <w:p>
      <w:pPr>
        <w:bidi/>
        <w:spacing w:before="0" w:after="60"/>
        <w:jc w:val="both"/>
      </w:pPr>
      <w:r>
        <w:rPr>
          <w:rtl/>
        </w:rPr>
        <w:t>ב. ‪45 + 32 = __________‬</w:t>
      </w:r>
    </w:p>
    <w:p>
      <w:pPr>
        <w:bidi/>
        <w:spacing w:before="0" w:after="60"/>
        <w:jc w:val="both"/>
      </w:pPr>
      <w:r>
        <w:rPr>
          <w:rtl/>
        </w:rPr>
        <w:t>ג. ‪89 - 56 = __________‬</w:t>
      </w:r>
    </w:p>
    <w:p>
      <w:pPr>
        <w:bidi/>
        <w:spacing w:before="0" w:after="60"/>
        <w:jc w:val="both"/>
      </w:pPr>
      <w:r>
        <w:rPr>
          <w:rtl/>
        </w:rPr>
        <w:t>ד. ‪70 - 0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90 · ב. 77 · ג. 33 · ד. 70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