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חיבור וחיסור עד 100 בלי מעבר עשרת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מְפָרְקִים כָּל מִסְפָּר לַעֲשָׂרוֹת וְלִיחִידוֹת.</w:t>
      </w:r>
    </w:p>
    <w:p>
      <w:pPr>
        <w:bidi/>
        <w:spacing w:before="0" w:after="20"/>
        <w:jc w:val="both"/>
      </w:pPr>
      <w:r>
        <w:rPr>
          <w:rtl/>
        </w:rPr>
        <w:t>2. שָׁלָב 2: מְחַבְּרִים (אוֹ מְחַסְּרִים) אֶת הָעֲשָׂרוֹת.</w:t>
      </w:r>
    </w:p>
    <w:p>
      <w:pPr>
        <w:bidi/>
        <w:spacing w:before="0" w:after="20"/>
        <w:jc w:val="both"/>
      </w:pPr>
      <w:r>
        <w:rPr>
          <w:rtl/>
        </w:rPr>
        <w:t>3. שָׁלָב 3: מְחַבְּרִים (אוֹ מְחַסְּרִים) אֶת הַיְּחִידוֹת.</w:t>
      </w:r>
    </w:p>
    <w:p>
      <w:pPr>
        <w:bidi/>
        <w:spacing w:before="0" w:after="20"/>
        <w:jc w:val="both"/>
      </w:pPr>
      <w:r>
        <w:rPr>
          <w:rtl/>
        </w:rPr>
        <w:t>4. שָׁלָב 4: מְחַבְּרִים אֶת שְׁתֵּי הַתּוֹצָאוֹת וּבוֹדְקִים.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‪43 + 35 = ___‬</w:t>
      </w:r>
    </w:p>
    <w:p>
      <w:pPr>
        <w:bidi/>
        <w:spacing w:before="0" w:after="20"/>
        <w:jc w:val="both"/>
      </w:pPr>
      <w:r>
        <w:rPr>
          <w:rtl/>
        </w:rPr>
        <w:t>1. עֲשָׂרוֹת: ‪40 + 30 = 70‬</w:t>
      </w:r>
    </w:p>
    <w:p>
      <w:pPr>
        <w:bidi/>
        <w:spacing w:before="0" w:after="20"/>
        <w:jc w:val="both"/>
      </w:pPr>
      <w:r>
        <w:rPr>
          <w:rtl/>
        </w:rPr>
        <w:t>2. יְחִידוֹת: ‪3 + 5 = 8‬</w:t>
      </w:r>
    </w:p>
    <w:p>
      <w:pPr>
        <w:bidi/>
        <w:spacing w:before="0" w:after="20"/>
        <w:jc w:val="both"/>
      </w:pPr>
      <w:r>
        <w:rPr>
          <w:rtl/>
        </w:rPr>
        <w:t>3. ‪70 + 8 = 78‬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78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חַבְּרוּ עֲשָׂרוֹת.</w:t>
      </w:r>
    </w:p>
    <w:p>
      <w:pPr>
        <w:bidi/>
        <w:spacing w:before="0" w:after="60"/>
        <w:jc w:val="both"/>
      </w:pPr>
      <w:r>
        <w:rPr>
          <w:rtl/>
        </w:rPr>
        <w:t>א. ‪20 + 30 = __________‬</w:t>
      </w:r>
    </w:p>
    <w:p>
      <w:pPr>
        <w:bidi/>
        <w:spacing w:before="0" w:after="60"/>
        <w:jc w:val="both"/>
      </w:pPr>
      <w:r>
        <w:rPr>
          <w:rtl/>
        </w:rPr>
        <w:t>ב. ‪50 + 40 = __________‬</w:t>
      </w:r>
    </w:p>
    <w:p>
      <w:pPr>
        <w:bidi/>
        <w:spacing w:before="0" w:after="60"/>
        <w:jc w:val="both"/>
      </w:pPr>
      <w:r>
        <w:rPr>
          <w:rtl/>
        </w:rPr>
        <w:t>ג. ‪10 + 60 = __________‬</w:t>
      </w:r>
    </w:p>
    <w:p>
      <w:pPr>
        <w:bidi/>
        <w:spacing w:before="0" w:after="60"/>
        <w:jc w:val="both"/>
      </w:pPr>
      <w:r>
        <w:rPr>
          <w:rtl/>
        </w:rPr>
        <w:t>ד. ‪70 + 30 = __________‬</w:t>
      </w:r>
    </w:p>
    <w:p>
      <w:pPr>
        <w:bidi/>
        <w:spacing w:before="0" w:after="60"/>
        <w:jc w:val="both"/>
      </w:pPr>
      <w:r>
        <w:rPr>
          <w:rtl/>
        </w:rPr>
        <w:t>ה. ‪40 + 40 = __________‬</w:t>
      </w:r>
    </w:p>
    <w:p>
      <w:pPr>
        <w:bidi/>
        <w:spacing w:before="0" w:after="60"/>
        <w:jc w:val="both"/>
      </w:pPr>
      <w:r>
        <w:rPr>
          <w:rtl/>
        </w:rPr>
        <w:t>ו. ‪20 + 70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חַסְּרוּ עֲשָׂרוֹת.</w:t>
      </w:r>
    </w:p>
    <w:p>
      <w:pPr>
        <w:bidi/>
        <w:spacing w:before="0" w:after="60"/>
        <w:jc w:val="both"/>
      </w:pPr>
      <w:r>
        <w:rPr>
          <w:rtl/>
        </w:rPr>
        <w:t>א. ‪90 - 30 = __________‬</w:t>
      </w:r>
    </w:p>
    <w:p>
      <w:pPr>
        <w:bidi/>
        <w:spacing w:before="0" w:after="60"/>
        <w:jc w:val="both"/>
      </w:pPr>
      <w:r>
        <w:rPr>
          <w:rtl/>
        </w:rPr>
        <w:t>ב. ‪60 - 40 = __________‬</w:t>
      </w:r>
    </w:p>
    <w:p>
      <w:pPr>
        <w:bidi/>
        <w:spacing w:before="0" w:after="60"/>
        <w:jc w:val="both"/>
      </w:pPr>
      <w:r>
        <w:rPr>
          <w:rtl/>
        </w:rPr>
        <w:t>ג. ‪80 - 80 = __________‬</w:t>
      </w:r>
    </w:p>
    <w:p>
      <w:pPr>
        <w:bidi/>
        <w:spacing w:before="0" w:after="60"/>
        <w:jc w:val="both"/>
      </w:pPr>
      <w:r>
        <w:rPr>
          <w:rtl/>
        </w:rPr>
        <w:t>ד. ‪100 - 50 = __________‬</w:t>
      </w:r>
    </w:p>
    <w:p>
      <w:pPr>
        <w:bidi/>
        <w:spacing w:before="0" w:after="60"/>
        <w:jc w:val="both"/>
      </w:pPr>
      <w:r>
        <w:rPr>
          <w:rtl/>
        </w:rPr>
        <w:t>ה. ‪70 - 10 = __________‬</w:t>
      </w:r>
    </w:p>
    <w:p>
      <w:pPr>
        <w:bidi/>
        <w:spacing w:before="0" w:after="60"/>
        <w:jc w:val="both"/>
      </w:pPr>
      <w:r>
        <w:rPr>
          <w:rtl/>
        </w:rPr>
        <w:t>ו. ‪50 - 20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</w:t>
      </w:r>
    </w:p>
    <w:p>
      <w:pPr>
        <w:bidi/>
        <w:spacing w:before="0" w:after="60"/>
        <w:jc w:val="both"/>
      </w:pPr>
      <w:r>
        <w:rPr>
          <w:rtl/>
        </w:rPr>
        <w:t>א. ‪32 + 5 = __________‬</w:t>
      </w:r>
    </w:p>
    <w:p>
      <w:pPr>
        <w:bidi/>
        <w:spacing w:before="0" w:after="60"/>
        <w:jc w:val="both"/>
      </w:pPr>
      <w:r>
        <w:rPr>
          <w:rtl/>
        </w:rPr>
        <w:t>ב. ‪64 + 3 = __________‬</w:t>
      </w:r>
    </w:p>
    <w:p>
      <w:pPr>
        <w:bidi/>
        <w:spacing w:before="0" w:after="60"/>
        <w:jc w:val="both"/>
      </w:pPr>
      <w:r>
        <w:rPr>
          <w:rtl/>
        </w:rPr>
        <w:t>ג. ‪47 - 4 = __________‬</w:t>
      </w:r>
    </w:p>
    <w:p>
      <w:pPr>
        <w:bidi/>
        <w:spacing w:before="0" w:after="60"/>
        <w:jc w:val="both"/>
      </w:pPr>
      <w:r>
        <w:rPr>
          <w:rtl/>
        </w:rPr>
        <w:t>ד. ‪88 - 6 = __________‬</w:t>
      </w:r>
    </w:p>
    <w:p>
      <w:pPr>
        <w:bidi/>
        <w:spacing w:before="0" w:after="60"/>
        <w:jc w:val="both"/>
      </w:pPr>
      <w:r>
        <w:rPr>
          <w:rtl/>
        </w:rPr>
        <w:t>ה. ‪21 + 7 = __________‬</w:t>
      </w:r>
    </w:p>
    <w:p>
      <w:pPr>
        <w:bidi/>
        <w:spacing w:before="0" w:after="60"/>
        <w:jc w:val="both"/>
      </w:pPr>
      <w:r>
        <w:rPr>
          <w:rtl/>
        </w:rPr>
        <w:t>ו. ‪59 - 8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פִּתְרוּ.</w:t>
      </w:r>
    </w:p>
    <w:p>
      <w:pPr>
        <w:bidi/>
        <w:spacing w:before="0" w:after="60"/>
        <w:jc w:val="both"/>
      </w:pPr>
      <w:r>
        <w:rPr>
          <w:rtl/>
        </w:rPr>
        <w:t>א. ‪23 + 45 = __________‬</w:t>
      </w:r>
    </w:p>
    <w:p>
      <w:pPr>
        <w:bidi/>
        <w:spacing w:before="0" w:after="60"/>
        <w:jc w:val="both"/>
      </w:pPr>
      <w:r>
        <w:rPr>
          <w:rtl/>
        </w:rPr>
        <w:t>ב. ‪51 + 36 = __________‬</w:t>
      </w:r>
    </w:p>
    <w:p>
      <w:pPr>
        <w:bidi/>
        <w:spacing w:before="0" w:after="60"/>
        <w:jc w:val="both"/>
      </w:pPr>
      <w:r>
        <w:rPr>
          <w:rtl/>
        </w:rPr>
        <w:t>ג. ‪14 + 72 = __________‬</w:t>
      </w:r>
    </w:p>
    <w:p>
      <w:pPr>
        <w:bidi/>
        <w:spacing w:before="0" w:after="60"/>
        <w:jc w:val="both"/>
      </w:pPr>
      <w:r>
        <w:rPr>
          <w:rtl/>
        </w:rPr>
        <w:t>ד. ‪78 - 34 = __________‬</w:t>
      </w:r>
    </w:p>
    <w:p>
      <w:pPr>
        <w:bidi/>
        <w:spacing w:before="0" w:after="60"/>
        <w:jc w:val="both"/>
      </w:pPr>
      <w:r>
        <w:rPr>
          <w:rtl/>
        </w:rPr>
        <w:t>ה. ‪96 - 51 = __________‬</w:t>
      </w:r>
    </w:p>
    <w:p>
      <w:pPr>
        <w:bidi/>
        <w:spacing w:before="0" w:after="60"/>
        <w:jc w:val="both"/>
      </w:pPr>
      <w:r>
        <w:rPr>
          <w:rtl/>
        </w:rPr>
        <w:t>ו. ‪67 - 25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+ 20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- 10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מָה חָסֵר?</w:t>
      </w:r>
    </w:p>
    <w:p>
      <w:pPr>
        <w:bidi/>
        <w:spacing w:before="0" w:after="60"/>
        <w:jc w:val="both"/>
      </w:pPr>
      <w:r>
        <w:rPr>
          <w:rtl/>
        </w:rPr>
        <w:t>א. ‪40 + __________ = 70‬</w:t>
      </w:r>
    </w:p>
    <w:p>
      <w:pPr>
        <w:bidi/>
        <w:spacing w:before="0" w:after="60"/>
        <w:jc w:val="both"/>
      </w:pPr>
      <w:r>
        <w:rPr>
          <w:rtl/>
        </w:rPr>
        <w:t>ב. ‪25 + __________ = 29‬</w:t>
      </w:r>
    </w:p>
    <w:p>
      <w:pPr>
        <w:bidi/>
        <w:spacing w:before="0" w:after="60"/>
        <w:jc w:val="both"/>
      </w:pPr>
      <w:r>
        <w:rPr>
          <w:rtl/>
        </w:rPr>
        <w:t>ג. ‪__________ + 30 = 86‬</w:t>
      </w:r>
    </w:p>
    <w:p>
      <w:pPr>
        <w:bidi/>
        <w:spacing w:before="0" w:after="60"/>
        <w:jc w:val="both"/>
      </w:pPr>
      <w:r>
        <w:rPr>
          <w:rtl/>
        </w:rPr>
        <w:t>ד. ‪58 - __________ = 50‬</w:t>
      </w:r>
    </w:p>
    <w:p>
      <w:pPr>
        <w:bidi/>
        <w:spacing w:before="0" w:after="60"/>
        <w:jc w:val="both"/>
      </w:pPr>
      <w:r>
        <w:rPr>
          <w:rtl/>
        </w:rPr>
        <w:t>ה. ‪77 - __________ = 37‬</w:t>
      </w:r>
    </w:p>
    <w:p>
      <w:pPr>
        <w:bidi/>
        <w:spacing w:before="0" w:after="60"/>
        <w:jc w:val="both"/>
      </w:pPr>
      <w:r>
        <w:rPr>
          <w:rtl/>
        </w:rPr>
        <w:t>ו. ‪__________ - 20 = 41‬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‪34 + 0 = 34‬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‪52 + 24 = 86‬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‪68 - 28 = 40‬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‪90 - 30 = 50‬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פִּתְרוּ בִּמְאֻנָּךְ: ‪42 + 35‬   ,   ‪79 - 46‬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[אתגר] שַׁרְשֶׁרֶת: פִּתְרוּ.</w:t>
      </w:r>
    </w:p>
    <w:p>
      <w:pPr>
        <w:bidi/>
        <w:spacing w:before="0" w:after="60"/>
        <w:jc w:val="both"/>
      </w:pPr>
      <w:r>
        <w:rPr>
          <w:rtl/>
        </w:rPr>
        <w:t>א. ‪10 + 20 + 30 = __________‬</w:t>
      </w:r>
    </w:p>
    <w:p>
      <w:pPr>
        <w:bidi/>
        <w:spacing w:before="0" w:after="60"/>
        <w:jc w:val="both"/>
      </w:pPr>
      <w:r>
        <w:rPr>
          <w:rtl/>
        </w:rPr>
        <w:t>ב. ‪25 + 13 + 11 = __________‬</w:t>
      </w:r>
    </w:p>
    <w:p>
      <w:pPr>
        <w:bidi/>
        <w:spacing w:before="0" w:after="60"/>
        <w:jc w:val="both"/>
      </w:pPr>
      <w:r>
        <w:rPr>
          <w:rtl/>
        </w:rPr>
        <w:t>ג. ‪90 - 20 - 30 = __________‬</w:t>
      </w:r>
    </w:p>
    <w:p>
      <w:pPr>
        <w:bidi/>
        <w:spacing w:before="0" w:after="60"/>
        <w:jc w:val="both"/>
      </w:pPr>
      <w:r>
        <w:rPr>
          <w:rtl/>
        </w:rPr>
        <w:t>ד. ‪44 + 22 - 11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כִּתְבוּ שְׁנֵי תַּרְגִּילֵי חִבּוּר שׁוֹנִים שֶׁהַתּוֹצָאָה שֶׁלָּהֶם 58.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בַּסַּל 20 בָּנָנוֹת. אִמָּא הוֹסִיפָה 30 בָּנָנוֹת. כַּמָּה בָּנָנוֹת יֵשׁ בַּסַּל?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🍌 20 ➕ 🍌 30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לְדָוִד 45 גֻּלּוֹת. הוּא נָתַן 3 גֻּלּוֹת לְאָחִיו. כַּמָּה גֻּלּוֹת נִשְׁאֲרוּ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🔵 45 ➖ 🔵🔵🔵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בַּחֲוָה 34 תַּרְנְגוֹלוֹת וְ־23 בַּרְוָזִים. כַּמָּה עוֹפוֹת יֵשׁ בַּחֲוָה?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🐔 34 ➕ 🦆 23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בָּאוֹטוֹבּוּס הָיוּ 58 נוֹסְעִים. בַּתַּחֲנָה יָרְדוּ 25 נוֹסְעִים. כַּמָּה נוֹסְעִים נִשְׁאֲרוּ?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🚌 58 ➖ 25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לְעִידוֹ 26 קְלָפִים. לְמֹשֶׁה יֵשׁ 13 קְלָפִים יוֹתֵר מֵעִידוֹ. כַּמָּה קְלָפִים יֵשׁ לִשְׁנֵיהֶם יַחַד?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בַּסִּפְרִיָּה הָיוּ 87 סְפָרִים. הַיְּלָדִים שָׁאֲלוּ 32 סְפָרִים וְהֶחְזִירוּ 4 סְפָרִים. כַּמָּה סְפָרִים יֵשׁ עַכְשָׁו בַּסִּפְרִיָּה?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3F6212"/>
          <w:sz w:val="26"/>
          <w:szCs w:val="26"/>
          <w:rtl/>
        </w:rPr>
        <w:t>17. פִּתְרוּ. גִּזְרוּ אֶת כַּרְטִיסֵי הַתְּשׁוּבוֹת, וְהַדְבִּיקוּ כָּל תְּשׁוּבָה לְיַד הַתַּרְגִּיל.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‪23 + 14‬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‪45 + 32‬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‪68 − 25‬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‪99 − 40‬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‪51 + 6‬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3F6212"/>
          <w:sz w:val="26"/>
          <w:szCs w:val="26"/>
          <w:rtl/>
        </w:rPr>
        <w:t>18.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3F6212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3F6212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3F6212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3F6212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📚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🍎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🎈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🚌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בַּסִּפְרִיָּה 30 סְפָרִים. הוֹסִיפוּ עוֹד 20. ‪30 + 20 = 50‬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בַּסַּל 45 תַּפּוּחִים. אָכְלוּ 5. ‪45 − 5 = 40‬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בְּאוֹטוֹבּוּס 38 נוֹסְעִים. יָרְדוּ 10. ‪38 − 10 = 28‬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הָיוּ 26 בָּלוֹנִים, וְנוֹסְפוּ 3. ‪26 + 3 = 29‬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חיבור וחיסור עד 100 בלי מעבר עשרת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5, מְשִׂימָה 17.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37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59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57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43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77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חיבור וחיסור עד 100 בלי מעבר עשרת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חַבְּרוּ עֲשָׂרוֹת.</w:t>
      </w:r>
    </w:p>
    <w:p>
      <w:pPr>
        <w:bidi/>
        <w:spacing w:before="0" w:after="40"/>
        <w:jc w:val="both"/>
      </w:pPr>
      <w:r>
        <w:rPr>
          <w:rtl/>
        </w:rPr>
        <w:t>א. ‪20 + 30 = 50‬</w:t>
      </w:r>
    </w:p>
    <w:p>
      <w:pPr>
        <w:bidi/>
        <w:spacing w:before="0" w:after="40"/>
        <w:jc w:val="both"/>
      </w:pPr>
      <w:r>
        <w:rPr>
          <w:rtl/>
        </w:rPr>
        <w:t>ב. ‪50 + 40 = 90‬</w:t>
      </w:r>
    </w:p>
    <w:p>
      <w:pPr>
        <w:bidi/>
        <w:spacing w:before="0" w:after="40"/>
        <w:jc w:val="both"/>
      </w:pPr>
      <w:r>
        <w:rPr>
          <w:rtl/>
        </w:rPr>
        <w:t>ג. ‪10 + 60 = 70‬</w:t>
      </w:r>
    </w:p>
    <w:p>
      <w:pPr>
        <w:bidi/>
        <w:spacing w:before="0" w:after="40"/>
        <w:jc w:val="both"/>
      </w:pPr>
      <w:r>
        <w:rPr>
          <w:rtl/>
        </w:rPr>
        <w:t>ד. ‪70 + 30 = 100‬</w:t>
      </w:r>
    </w:p>
    <w:p>
      <w:pPr>
        <w:bidi/>
        <w:spacing w:before="0" w:after="40"/>
        <w:jc w:val="both"/>
      </w:pPr>
      <w:r>
        <w:rPr>
          <w:rtl/>
        </w:rPr>
        <w:t>ה. ‪40 + 40 = 80‬</w:t>
      </w:r>
    </w:p>
    <w:p>
      <w:pPr>
        <w:bidi/>
        <w:spacing w:before="0" w:after="40"/>
        <w:jc w:val="both"/>
      </w:pPr>
      <w:r>
        <w:rPr>
          <w:rtl/>
        </w:rPr>
        <w:t>ו. ‪20 + 70 = 90‬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חַסְּרוּ עֲשָׂרוֹת.</w:t>
      </w:r>
    </w:p>
    <w:p>
      <w:pPr>
        <w:bidi/>
        <w:spacing w:before="0" w:after="40"/>
        <w:jc w:val="both"/>
      </w:pPr>
      <w:r>
        <w:rPr>
          <w:rtl/>
        </w:rPr>
        <w:t>א. ‪90 - 30 = 60‬</w:t>
      </w:r>
    </w:p>
    <w:p>
      <w:pPr>
        <w:bidi/>
        <w:spacing w:before="0" w:after="40"/>
        <w:jc w:val="both"/>
      </w:pPr>
      <w:r>
        <w:rPr>
          <w:rtl/>
        </w:rPr>
        <w:t>ב. ‪60 - 40 = 20‬</w:t>
      </w:r>
    </w:p>
    <w:p>
      <w:pPr>
        <w:bidi/>
        <w:spacing w:before="0" w:after="40"/>
        <w:jc w:val="both"/>
      </w:pPr>
      <w:r>
        <w:rPr>
          <w:rtl/>
        </w:rPr>
        <w:t>ג. ‪80 - 80 = 0‬</w:t>
      </w:r>
    </w:p>
    <w:p>
      <w:pPr>
        <w:bidi/>
        <w:spacing w:before="0" w:after="40"/>
        <w:jc w:val="both"/>
      </w:pPr>
      <w:r>
        <w:rPr>
          <w:rtl/>
        </w:rPr>
        <w:t>ד. ‪100 - 50 = 50‬</w:t>
      </w:r>
    </w:p>
    <w:p>
      <w:pPr>
        <w:bidi/>
        <w:spacing w:before="0" w:after="40"/>
        <w:jc w:val="both"/>
      </w:pPr>
      <w:r>
        <w:rPr>
          <w:rtl/>
        </w:rPr>
        <w:t>ה. ‪70 - 10 = 60‬</w:t>
      </w:r>
    </w:p>
    <w:p>
      <w:pPr>
        <w:bidi/>
        <w:spacing w:before="0" w:after="40"/>
        <w:jc w:val="both"/>
      </w:pPr>
      <w:r>
        <w:rPr>
          <w:rtl/>
        </w:rPr>
        <w:t>ו. ‪50 - 20 = 30‬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פִּתְרוּ.</w:t>
      </w:r>
    </w:p>
    <w:p>
      <w:pPr>
        <w:bidi/>
        <w:spacing w:before="0" w:after="40"/>
        <w:jc w:val="both"/>
      </w:pPr>
      <w:r>
        <w:rPr>
          <w:rtl/>
        </w:rPr>
        <w:t>א. ‪32 + 5 = 37‬</w:t>
      </w:r>
    </w:p>
    <w:p>
      <w:pPr>
        <w:bidi/>
        <w:spacing w:before="0" w:after="40"/>
        <w:jc w:val="both"/>
      </w:pPr>
      <w:r>
        <w:rPr>
          <w:rtl/>
        </w:rPr>
        <w:t>ב. ‪64 + 3 = 67‬</w:t>
      </w:r>
    </w:p>
    <w:p>
      <w:pPr>
        <w:bidi/>
        <w:spacing w:before="0" w:after="40"/>
        <w:jc w:val="both"/>
      </w:pPr>
      <w:r>
        <w:rPr>
          <w:rtl/>
        </w:rPr>
        <w:t>ג. ‪47 - 4 = 43‬</w:t>
      </w:r>
    </w:p>
    <w:p>
      <w:pPr>
        <w:bidi/>
        <w:spacing w:before="0" w:after="40"/>
        <w:jc w:val="both"/>
      </w:pPr>
      <w:r>
        <w:rPr>
          <w:rtl/>
        </w:rPr>
        <w:t>ד. ‪88 - 6 = 82‬</w:t>
      </w:r>
    </w:p>
    <w:p>
      <w:pPr>
        <w:bidi/>
        <w:spacing w:before="0" w:after="40"/>
        <w:jc w:val="both"/>
      </w:pPr>
      <w:r>
        <w:rPr>
          <w:rtl/>
        </w:rPr>
        <w:t>ה. ‪21 + 7 = 28‬</w:t>
      </w:r>
    </w:p>
    <w:p>
      <w:pPr>
        <w:bidi/>
        <w:spacing w:before="0" w:after="40"/>
        <w:jc w:val="both"/>
      </w:pPr>
      <w:r>
        <w:rPr>
          <w:rtl/>
        </w:rPr>
        <w:t>ו. ‪59 - 8 = 51‬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פִּתְרוּ.</w:t>
      </w:r>
    </w:p>
    <w:p>
      <w:pPr>
        <w:bidi/>
        <w:spacing w:before="0" w:after="40"/>
        <w:jc w:val="both"/>
      </w:pPr>
      <w:r>
        <w:rPr>
          <w:rtl/>
        </w:rPr>
        <w:t>א. ‪23 + 45 = 68‬</w:t>
      </w:r>
    </w:p>
    <w:p>
      <w:pPr>
        <w:bidi/>
        <w:spacing w:before="0" w:after="40"/>
        <w:jc w:val="both"/>
      </w:pPr>
      <w:r>
        <w:rPr>
          <w:rtl/>
        </w:rPr>
        <w:t>ב. ‪51 + 36 = 87‬</w:t>
      </w:r>
    </w:p>
    <w:p>
      <w:pPr>
        <w:bidi/>
        <w:spacing w:before="0" w:after="40"/>
        <w:jc w:val="both"/>
      </w:pPr>
      <w:r>
        <w:rPr>
          <w:rtl/>
        </w:rPr>
        <w:t>ג. ‪14 + 72 = 86‬</w:t>
      </w:r>
    </w:p>
    <w:p>
      <w:pPr>
        <w:bidi/>
        <w:spacing w:before="0" w:after="40"/>
        <w:jc w:val="both"/>
      </w:pPr>
      <w:r>
        <w:rPr>
          <w:rtl/>
        </w:rPr>
        <w:t>ד. ‪78 - 34 = 44‬</w:t>
      </w:r>
    </w:p>
    <w:p>
      <w:pPr>
        <w:bidi/>
        <w:spacing w:before="0" w:after="40"/>
        <w:jc w:val="both"/>
      </w:pPr>
      <w:r>
        <w:rPr>
          <w:rtl/>
        </w:rPr>
        <w:t>ה. ‪96 - 51 = 45‬</w:t>
      </w:r>
    </w:p>
    <w:p>
      <w:pPr>
        <w:bidi/>
        <w:spacing w:before="0" w:after="40"/>
        <w:jc w:val="both"/>
      </w:pPr>
      <w:r>
        <w:rPr>
          <w:rtl/>
        </w:rPr>
        <w:t>ו. ‪67 - 25 = 42‬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+ 20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- 10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מָה חָסֵר?</w:t>
      </w:r>
    </w:p>
    <w:p>
      <w:pPr>
        <w:bidi/>
        <w:spacing w:before="0" w:after="40"/>
        <w:jc w:val="both"/>
      </w:pPr>
      <w:r>
        <w:rPr>
          <w:rtl/>
        </w:rPr>
        <w:t>א. ‪40 + 30 = 70‬</w:t>
      </w:r>
    </w:p>
    <w:p>
      <w:pPr>
        <w:bidi/>
        <w:spacing w:before="0" w:after="40"/>
        <w:jc w:val="both"/>
      </w:pPr>
      <w:r>
        <w:rPr>
          <w:rtl/>
        </w:rPr>
        <w:t>ב. ‪25 + 4 = 29‬</w:t>
      </w:r>
    </w:p>
    <w:p>
      <w:pPr>
        <w:bidi/>
        <w:spacing w:before="0" w:after="40"/>
        <w:jc w:val="both"/>
      </w:pPr>
      <w:r>
        <w:rPr>
          <w:rtl/>
        </w:rPr>
        <w:t>ג. ‪56 + 30 = 86‬</w:t>
      </w:r>
    </w:p>
    <w:p>
      <w:pPr>
        <w:bidi/>
        <w:spacing w:before="0" w:after="40"/>
        <w:jc w:val="both"/>
      </w:pPr>
      <w:r>
        <w:rPr>
          <w:rtl/>
        </w:rPr>
        <w:t>ד. ‪58 - 8 = 50‬</w:t>
      </w:r>
    </w:p>
    <w:p>
      <w:pPr>
        <w:bidi/>
        <w:spacing w:before="0" w:after="40"/>
        <w:jc w:val="both"/>
      </w:pPr>
      <w:r>
        <w:rPr>
          <w:rtl/>
        </w:rPr>
        <w:t>ה. ‪77 - 40 = 37‬</w:t>
      </w:r>
    </w:p>
    <w:p>
      <w:pPr>
        <w:bidi/>
        <w:spacing w:before="0" w:after="40"/>
        <w:jc w:val="both"/>
      </w:pPr>
      <w:r>
        <w:rPr>
          <w:rtl/>
        </w:rPr>
        <w:t>ו. ‪61 - 20 = 41‬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‪34 + 0 = 34‬ – נכון</w:t>
      </w:r>
    </w:p>
    <w:p>
      <w:pPr>
        <w:bidi/>
        <w:spacing w:before="0" w:after="40"/>
        <w:jc w:val="both"/>
      </w:pPr>
      <w:r>
        <w:rPr>
          <w:rtl/>
        </w:rPr>
        <w:t>ב. ‪52 + 24 = 86‬ – לא נכון – ‪52 + 24 = 76‬</w:t>
      </w:r>
    </w:p>
    <w:p>
      <w:pPr>
        <w:bidi/>
        <w:spacing w:before="0" w:after="40"/>
        <w:jc w:val="both"/>
      </w:pPr>
      <w:r>
        <w:rPr>
          <w:rtl/>
        </w:rPr>
        <w:t>ג. ‪68 - 28 = 40‬ – נכון</w:t>
      </w:r>
    </w:p>
    <w:p>
      <w:pPr>
        <w:bidi/>
        <w:spacing w:before="0" w:after="40"/>
        <w:jc w:val="both"/>
      </w:pPr>
      <w:r>
        <w:rPr>
          <w:rtl/>
        </w:rPr>
        <w:t>ד. ‪90 - 30 = 50‬ – לא נכון – ‪90 - 30 = 60‬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פִּתְרוּ בִּמְאֻנָּךְ: ‪42 + 35‬   ,   ‪79 - 46‬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‪42 + 35 = 77‬ ; ‪79 - 46 = 33‬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[אתגר] שַׁרְשֶׁרֶת: פִּתְרוּ.</w:t>
      </w:r>
    </w:p>
    <w:p>
      <w:pPr>
        <w:bidi/>
        <w:spacing w:before="0" w:after="40"/>
        <w:jc w:val="both"/>
      </w:pPr>
      <w:r>
        <w:rPr>
          <w:rtl/>
        </w:rPr>
        <w:t>א. ‪10 + 20 + 30 = 60‬</w:t>
      </w:r>
    </w:p>
    <w:p>
      <w:pPr>
        <w:bidi/>
        <w:spacing w:before="0" w:after="40"/>
        <w:jc w:val="both"/>
      </w:pPr>
      <w:r>
        <w:rPr>
          <w:rtl/>
        </w:rPr>
        <w:t>ב. ‪25 + 13 + 11 = 49‬</w:t>
      </w:r>
    </w:p>
    <w:p>
      <w:pPr>
        <w:bidi/>
        <w:spacing w:before="0" w:after="40"/>
        <w:jc w:val="both"/>
      </w:pPr>
      <w:r>
        <w:rPr>
          <w:rtl/>
        </w:rPr>
        <w:t>ג. ‪90 - 20 - 30 = 40‬</w:t>
      </w:r>
    </w:p>
    <w:p>
      <w:pPr>
        <w:bidi/>
        <w:spacing w:before="0" w:after="40"/>
        <w:jc w:val="both"/>
      </w:pPr>
      <w:r>
        <w:rPr>
          <w:rtl/>
        </w:rPr>
        <w:t>ד. ‪44 + 22 - 11 = 55‬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כִּתְבוּ שְׁנֵי תַּרְגִּילֵי חִבּוּר שׁוֹנִים שֶׁהַתּוֹצָאָה שֶׁלָּהֶם 58.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לְמָשָׁל: ‪50 + 8 = 58‬ ; ‪32 + 26 = 58‬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בַּסַּל 20 בָּנָנוֹת. אִמָּא הוֹסִיפָה 30 בָּנָנוֹת. כַּמָּה בָּנָנוֹת יֵשׁ בַּסַּל?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‪20 + 30 = 50‬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בַּסַּל 50 בָּנָנוֹת.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לְדָוִד 45 גֻּלּוֹת. הוּא נָתַן 3 גֻּלּוֹת לְאָחִיו. כַּמָּה גֻּלּוֹת נִשְׁאֲרוּ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‪45 - 3 = 42‬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לוֹ 42 גֻּלּוֹת.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בַּחֲוָה 34 תַּרְנְגוֹלוֹת וְ־23 בַּרְוָזִים. כַּמָּה עוֹפוֹת יֵשׁ בַּחֲוָה?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‪30 + 20 = 50‬ ; ‪4 + 3 = 7‬ ; ‪50 + 7 = 57‬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בַּחֲוָה 57 עוֹפוֹת.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בָּאוֹטוֹבּוּס הָיוּ 58 נוֹסְעִים. בַּתַּחֲנָה יָרְדוּ 25 נוֹסְעִים. כַּמָּה נוֹסְעִים נִשְׁאֲרוּ?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‪50 - 20 = 30‬ ; ‪8 - 5 = 3‬ ; ‪30 + 3 = 33‬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נִשְׁאֲרוּ 33 נוֹסְעִים.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לְעִידוֹ 26 קְלָפִים. לְמֹשֶׁה יֵשׁ 13 קְלָפִים יוֹתֵר מֵעִידוֹ. כַּמָּה קְלָפִים יֵשׁ לִשְׁנֵיהֶם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לְמֹשֶׁה: ‪26 + 13 = 39‬ ; יַחַד: ‪26 + 39 = 65‬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לִשְׁנֵיהֶם יַחַד 65 קְלָפִים.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בַּסִּפְרִיָּה הָיוּ 87 סְפָרִים. הַיְּלָדִים שָׁאֲלוּ 32 סְפָרִים וְהֶחְזִירוּ 4 סְפָרִים. כַּמָּה סְפָרִים יֵשׁ עַכְשָׁו בַּסִּפְרִיָּה?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‪87 - 32 = 55‬ ; ‪55 + 4 = 59‬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בַּסִּפְרִיָּה 59 סְפָרִים.</w:t>
      </w:r>
    </w:p>
    <w:p>
      <w:pPr>
        <w:bidi/>
        <w:spacing w:before="160" w:after="60"/>
        <w:jc w:val="both"/>
      </w:pPr>
      <w:r>
        <w:rPr>
          <w:b/>
          <w:bCs/>
          <w:color w:val="3F6212"/>
          <w:sz w:val="26"/>
          <w:szCs w:val="26"/>
          <w:rtl/>
        </w:rPr>
        <w:t>17. פִּתְרוּ. גִּזְרוּ אֶת כַּרְטִיסֵי הַתְּשׁוּבוֹת, וְהַדְבִּיקוּ כָּל תְּשׁוּבָה לְיַד הַתַּרְגִּיל.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‪23 + 14‬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37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‪45 + 32‬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77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‪68 − 25‬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43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‪99 − 40‬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59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‪51 + 6‬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3F6212"/>
          <w:sz w:val="26"/>
          <w:szCs w:val="26"/>
          <w:rtl/>
        </w:rPr>
        <w:t>18.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3F6212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3F6212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3F6212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3F6212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📚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🍎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🎈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🚌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בַּסִּפְרִיָּה 30 סְפָרִים. הוֹסִיפוּ עוֹד 20. ‪30 + 20 = 50‬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בַּסַּל 45 תַּפּוּחִים. אָכְלוּ 5. ‪45 − 5 = 40‬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בְּאוֹטוֹבּוּס 38 נוֹסְעִים. יָרְדוּ 10. ‪38 − 10 = 28‬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הָיוּ 26 בָּלוֹנִים, וְנוֹסְפוּ 3. ‪26 + 3 = 29‬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