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חיבור וחיסור עד 100 עם מעבר עשרת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דַּף סִכּוּם: חִבּוּר וְחִסּוּר עִם מַעֲבַר עֶשֶׂר – הַשְׁלָמָה לָעֶשֶׂר וּפֵרוּק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הַשְׁלָמָה לָעֶשֶׂר</w:t>
      </w:r>
    </w:p>
    <w:p>
      <w:pPr>
        <w:bidi/>
        <w:spacing w:before="0" w:after="40"/>
        <w:jc w:val="both"/>
      </w:pPr>
      <w:r>
        <w:rPr>
          <w:rtl/>
        </w:rPr>
        <w:t>מַגִּיעִים קֹדֶם לָעֶשֶׂר הַשְּׁלֵמָה, וְאַחַר כָּךְ מוֹסִיפִים אֶת מָה שֶׁנִּשְׁאַר.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‪57 + 3 = 60 · 60 + 5 = 65‬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חִסּוּר: יוֹרְדִים לָעֶשֶׂר</w:t>
      </w:r>
    </w:p>
    <w:p>
      <w:pPr>
        <w:bidi/>
        <w:spacing w:before="0" w:after="40"/>
        <w:jc w:val="both"/>
      </w:pPr>
      <w:r>
        <w:rPr>
          <w:rtl/>
        </w:rPr>
        <w:t>בְּ־43 - 6 יוֹרְדִים קֹדֶם לְ־40, וְאַחַר כָּךְ עוֹד 3.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‪43 - 3 = 40 · 40 - 3 = 37‬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כְּדַאי לִזְכֹּר</w:t>
      </w:r>
    </w:p>
    <w:p>
      <w:pPr>
        <w:bidi/>
        <w:spacing w:before="0" w:after="20"/>
        <w:jc w:val="both"/>
      </w:pPr>
      <w:r>
        <w:rPr>
          <w:rtl/>
        </w:rPr>
        <w:t>1. 10 יְחִידוֹת הֵן עֶשֶׂר אַחַת.</w:t>
      </w:r>
    </w:p>
    <w:p>
      <w:pPr>
        <w:bidi/>
        <w:spacing w:before="0" w:after="20"/>
        <w:jc w:val="both"/>
      </w:pPr>
      <w:r>
        <w:rPr>
          <w:rtl/>
        </w:rPr>
        <w:t>2. בִּמְאֻנָּךְ מַתְחִילִים בַּיְּחִידוֹת.</w:t>
      </w:r>
    </w:p>
    <w:p>
      <w:pPr>
        <w:bidi/>
        <w:spacing w:before="0" w:after="20"/>
        <w:jc w:val="both"/>
      </w:pPr>
      <w:r>
        <w:rPr>
          <w:rtl/>
        </w:rPr>
        <w:t>3. בּוֹדְקִים חִסּוּר בְּחִבּוּר.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שׁוֹאֲלִים: כַּמָּה חָסֵר עַד הָעֶשֶׂר הַבָּאָה? 47 צָרִיךְ עוֹד 3 כְּדֵי לִהְיוֹת 50.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‪38 + 45 = ___‬</w:t>
      </w:r>
    </w:p>
    <w:p>
      <w:pPr>
        <w:bidi/>
        <w:spacing w:before="0" w:after="20"/>
        <w:jc w:val="both"/>
      </w:pPr>
      <w:r>
        <w:rPr>
          <w:rtl/>
        </w:rPr>
        <w:t>1. ‪30 + 40 = 70‬</w:t>
      </w:r>
    </w:p>
    <w:p>
      <w:pPr>
        <w:bidi/>
        <w:spacing w:before="0" w:after="20"/>
        <w:jc w:val="both"/>
      </w:pPr>
      <w:r>
        <w:rPr>
          <w:rtl/>
        </w:rPr>
        <w:t>2. ‪8 + 5 = 13‬</w:t>
      </w:r>
    </w:p>
    <w:p>
      <w:pPr>
        <w:bidi/>
        <w:spacing w:before="0" w:after="20"/>
        <w:jc w:val="both"/>
      </w:pPr>
      <w:r>
        <w:rPr>
          <w:rtl/>
        </w:rPr>
        <w:t>3. ‪70 + 13 = 83‬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83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פִּתְרוּ:</w:t>
      </w:r>
    </w:p>
    <w:p>
      <w:pPr>
        <w:bidi/>
        <w:spacing w:before="0" w:after="60"/>
        <w:jc w:val="both"/>
      </w:pPr>
      <w:r>
        <w:rPr>
          <w:rtl/>
        </w:rPr>
        <w:t>א. ‪47 + 5 = __________‬</w:t>
      </w:r>
    </w:p>
    <w:p>
      <w:pPr>
        <w:bidi/>
        <w:spacing w:before="0" w:after="60"/>
        <w:jc w:val="both"/>
      </w:pPr>
      <w:r>
        <w:rPr>
          <w:rtl/>
        </w:rPr>
        <w:t>ב. ‪62 - 7 = __________‬</w:t>
      </w:r>
    </w:p>
    <w:p>
      <w:pPr>
        <w:bidi/>
        <w:spacing w:before="0" w:after="60"/>
        <w:jc w:val="both"/>
      </w:pPr>
      <w:r>
        <w:rPr>
          <w:rtl/>
        </w:rPr>
        <w:t>ג. ‪28 + 36 = __________‬</w:t>
      </w:r>
    </w:p>
    <w:p>
      <w:pPr>
        <w:bidi/>
        <w:spacing w:before="0" w:after="60"/>
        <w:jc w:val="both"/>
      </w:pPr>
      <w:r>
        <w:rPr>
          <w:rtl/>
        </w:rPr>
        <w:t>ד. ‪81 - 45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52 · ב. 55 · ג. 64 · ד. 36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