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חיבור וחיסור עד 100 עם מעבר עשרת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בּוֹדְקִים כַּמָּה חָסֵר עַד הָעֶשֶׂר הַשְּׁלֵמָה.</w:t>
      </w:r>
    </w:p>
    <w:p>
      <w:pPr>
        <w:bidi/>
        <w:spacing w:before="0" w:after="20"/>
        <w:jc w:val="both"/>
      </w:pPr>
      <w:r>
        <w:rPr>
          <w:rtl/>
        </w:rPr>
        <w:t>2. שָׁלָב 2: מְפָרְקִים אֶת הַמִּסְפָּר הַשֵּׁנִי לִשְׁנֵי חֲלָקִים.</w:t>
      </w:r>
    </w:p>
    <w:p>
      <w:pPr>
        <w:bidi/>
        <w:spacing w:before="0" w:after="20"/>
        <w:jc w:val="both"/>
      </w:pPr>
      <w:r>
        <w:rPr>
          <w:rtl/>
        </w:rPr>
        <w:t>3. שָׁלָב 3: מַגִּיעִים לָעֶשֶׂר הַשְּׁלֵמָה וּמַמְשִׁיכִים עִם הַחֵלֶק שֶׁנִּשְׁאַר.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‪47 + 6 = ___‬</w:t>
      </w:r>
    </w:p>
    <w:p>
      <w:pPr>
        <w:bidi/>
        <w:spacing w:before="0" w:after="20"/>
        <w:jc w:val="both"/>
      </w:pPr>
      <w:r>
        <w:rPr>
          <w:rtl/>
        </w:rPr>
        <w:t>1. עַד 50 חָסֵר 3.</w:t>
      </w:r>
    </w:p>
    <w:p>
      <w:pPr>
        <w:bidi/>
        <w:spacing w:before="0" w:after="20"/>
        <w:jc w:val="both"/>
      </w:pPr>
      <w:r>
        <w:rPr>
          <w:rtl/>
        </w:rPr>
        <w:t>2. ‪6 = 3 + 3‬</w:t>
      </w:r>
    </w:p>
    <w:p>
      <w:pPr>
        <w:bidi/>
        <w:spacing w:before="0" w:after="20"/>
        <w:jc w:val="both"/>
      </w:pPr>
      <w:r>
        <w:rPr>
          <w:rtl/>
        </w:rPr>
        <w:t>3. ‪47 + 3 = 50‬</w:t>
      </w:r>
    </w:p>
    <w:p>
      <w:pPr>
        <w:bidi/>
        <w:spacing w:before="0" w:after="20"/>
        <w:jc w:val="both"/>
      </w:pPr>
      <w:r>
        <w:rPr>
          <w:rtl/>
        </w:rPr>
        <w:t>4. ‪50 + 3 = 53‬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53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חָסֵר עַד הָעֶשֶׂר?</w:t>
      </w:r>
    </w:p>
    <w:p>
      <w:pPr>
        <w:bidi/>
        <w:spacing w:before="0" w:after="60"/>
        <w:jc w:val="both"/>
      </w:pPr>
      <w:r>
        <w:rPr>
          <w:rtl/>
        </w:rPr>
        <w:t>א. ‪37 + __________ = 40‬</w:t>
      </w:r>
    </w:p>
    <w:p>
      <w:pPr>
        <w:bidi/>
        <w:spacing w:before="0" w:after="60"/>
        <w:jc w:val="both"/>
      </w:pPr>
      <w:r>
        <w:rPr>
          <w:rtl/>
        </w:rPr>
        <w:t>ב. ‪54 + __________ = 60‬</w:t>
      </w:r>
    </w:p>
    <w:p>
      <w:pPr>
        <w:bidi/>
        <w:spacing w:before="0" w:after="60"/>
        <w:jc w:val="both"/>
      </w:pPr>
      <w:r>
        <w:rPr>
          <w:rtl/>
        </w:rPr>
        <w:t>ג. ‪81 + __________ = 90‬</w:t>
      </w:r>
    </w:p>
    <w:p>
      <w:pPr>
        <w:bidi/>
        <w:spacing w:before="0" w:after="60"/>
        <w:jc w:val="both"/>
      </w:pPr>
      <w:r>
        <w:rPr>
          <w:rtl/>
        </w:rPr>
        <w:t>ד. ‪26 + __________ = 30‬</w:t>
      </w:r>
    </w:p>
    <w:p>
      <w:pPr>
        <w:bidi/>
        <w:spacing w:before="0" w:after="60"/>
        <w:jc w:val="both"/>
      </w:pPr>
      <w:r>
        <w:rPr>
          <w:rtl/>
        </w:rPr>
        <w:t>ה. ‪65 + __________ = 70‬</w:t>
      </w:r>
    </w:p>
    <w:p>
      <w:pPr>
        <w:bidi/>
        <w:spacing w:before="0" w:after="60"/>
        <w:jc w:val="both"/>
      </w:pPr>
      <w:r>
        <w:rPr>
          <w:rtl/>
        </w:rPr>
        <w:t>ו. ‪98 + __________ = 100‬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פִּתְרוּ בְּעֶזְרַת הַשְׁלָמָה לָעֶשֶׂר.</w:t>
      </w:r>
    </w:p>
    <w:p>
      <w:pPr>
        <w:bidi/>
        <w:spacing w:before="0" w:after="60"/>
        <w:jc w:val="both"/>
      </w:pPr>
      <w:r>
        <w:rPr>
          <w:rtl/>
        </w:rPr>
        <w:t>א. ‪28 + 4 = __________‬</w:t>
      </w:r>
    </w:p>
    <w:p>
      <w:pPr>
        <w:bidi/>
        <w:spacing w:before="0" w:after="60"/>
        <w:jc w:val="both"/>
      </w:pPr>
      <w:r>
        <w:rPr>
          <w:rtl/>
        </w:rPr>
        <w:t>ב. ‪39 + 3 = __________‬</w:t>
      </w:r>
    </w:p>
    <w:p>
      <w:pPr>
        <w:bidi/>
        <w:spacing w:before="0" w:after="60"/>
        <w:jc w:val="both"/>
      </w:pPr>
      <w:r>
        <w:rPr>
          <w:rtl/>
        </w:rPr>
        <w:t>ג. ‪57 + 5 = __________‬</w:t>
      </w:r>
    </w:p>
    <w:p>
      <w:pPr>
        <w:bidi/>
        <w:spacing w:before="0" w:after="60"/>
        <w:jc w:val="both"/>
      </w:pPr>
      <w:r>
        <w:rPr>
          <w:rtl/>
        </w:rPr>
        <w:t>ד. ‪66 + 7 = __________‬</w:t>
      </w:r>
    </w:p>
    <w:p>
      <w:pPr>
        <w:bidi/>
        <w:spacing w:before="0" w:after="60"/>
        <w:jc w:val="both"/>
      </w:pPr>
      <w:r>
        <w:rPr>
          <w:rtl/>
        </w:rPr>
        <w:t>ה. ‪45 + 8 = __________‬</w:t>
      </w:r>
    </w:p>
    <w:p>
      <w:pPr>
        <w:bidi/>
        <w:spacing w:before="0" w:after="60"/>
        <w:jc w:val="both"/>
      </w:pPr>
      <w:r>
        <w:rPr>
          <w:rtl/>
        </w:rPr>
        <w:t>ו. ‪19 + 6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 רְדוּ קֹדֶם לָעֶשֶׂר הַשְּׁלֵמָה.</w:t>
      </w:r>
    </w:p>
    <w:p>
      <w:pPr>
        <w:bidi/>
        <w:spacing w:before="0" w:after="60"/>
        <w:jc w:val="both"/>
      </w:pPr>
      <w:r>
        <w:rPr>
          <w:rtl/>
        </w:rPr>
        <w:t>א. ‪32 - 4 = __________‬</w:t>
      </w:r>
    </w:p>
    <w:p>
      <w:pPr>
        <w:bidi/>
        <w:spacing w:before="0" w:after="60"/>
        <w:jc w:val="both"/>
      </w:pPr>
      <w:r>
        <w:rPr>
          <w:rtl/>
        </w:rPr>
        <w:t>ב. ‪51 - 3 = __________‬</w:t>
      </w:r>
    </w:p>
    <w:p>
      <w:pPr>
        <w:bidi/>
        <w:spacing w:before="0" w:after="60"/>
        <w:jc w:val="both"/>
      </w:pPr>
      <w:r>
        <w:rPr>
          <w:rtl/>
        </w:rPr>
        <w:t>ג. ‪74 - 6 = __________‬</w:t>
      </w:r>
    </w:p>
    <w:p>
      <w:pPr>
        <w:bidi/>
        <w:spacing w:before="0" w:after="60"/>
        <w:jc w:val="both"/>
      </w:pPr>
      <w:r>
        <w:rPr>
          <w:rtl/>
        </w:rPr>
        <w:t>ד. ‪43 - 5 = __________‬</w:t>
      </w:r>
    </w:p>
    <w:p>
      <w:pPr>
        <w:bidi/>
        <w:spacing w:before="0" w:after="60"/>
        <w:jc w:val="both"/>
      </w:pPr>
      <w:r>
        <w:rPr>
          <w:rtl/>
        </w:rPr>
        <w:t>ה. ‪90 - 2 = __________‬</w:t>
      </w:r>
    </w:p>
    <w:p>
      <w:pPr>
        <w:bidi/>
        <w:spacing w:before="0" w:after="60"/>
        <w:jc w:val="both"/>
      </w:pPr>
      <w:r>
        <w:rPr>
          <w:rtl/>
        </w:rPr>
        <w:t>ו. ‪65 - 8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פָּרְקוּ וּפִתְרוּ.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תַּרְגִּיל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עַד הָעֶשֶׂר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מָה נִשְׁאַר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תּוֹצָאָה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‪48 + 5‬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‪36 + 7‬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‪59 + 4‬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‪27 + 9‬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פִּתְרוּ.</w:t>
      </w:r>
    </w:p>
    <w:p>
      <w:pPr>
        <w:bidi/>
        <w:spacing w:before="0" w:after="60"/>
        <w:jc w:val="both"/>
      </w:pPr>
      <w:r>
        <w:rPr>
          <w:rtl/>
        </w:rPr>
        <w:t>א. ‪26 + 37 = __________‬</w:t>
      </w:r>
    </w:p>
    <w:p>
      <w:pPr>
        <w:bidi/>
        <w:spacing w:before="0" w:after="60"/>
        <w:jc w:val="both"/>
      </w:pPr>
      <w:r>
        <w:rPr>
          <w:rtl/>
        </w:rPr>
        <w:t>ב. ‪48 + 25 = __________‬</w:t>
      </w:r>
    </w:p>
    <w:p>
      <w:pPr>
        <w:bidi/>
        <w:spacing w:before="0" w:after="60"/>
        <w:jc w:val="both"/>
      </w:pPr>
      <w:r>
        <w:rPr>
          <w:rtl/>
        </w:rPr>
        <w:t>ג. ‪19 + 54 = __________‬</w:t>
      </w:r>
    </w:p>
    <w:p>
      <w:pPr>
        <w:bidi/>
        <w:spacing w:before="0" w:after="60"/>
        <w:jc w:val="both"/>
      </w:pPr>
      <w:r>
        <w:rPr>
          <w:rtl/>
        </w:rPr>
        <w:t>ד. ‪35 + 35 = __________‬</w:t>
      </w:r>
    </w:p>
    <w:p>
      <w:pPr>
        <w:bidi/>
        <w:spacing w:before="0" w:after="60"/>
        <w:jc w:val="both"/>
      </w:pPr>
      <w:r>
        <w:rPr>
          <w:rtl/>
        </w:rPr>
        <w:t>ה. ‪67 + 16 = __________‬</w:t>
      </w:r>
    </w:p>
    <w:p>
      <w:pPr>
        <w:bidi/>
        <w:spacing w:before="0" w:after="60"/>
        <w:jc w:val="both"/>
      </w:pPr>
      <w:r>
        <w:rPr>
          <w:rtl/>
        </w:rPr>
        <w:t>ו. ‪28 + 44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פִּתְרוּ.</w:t>
      </w:r>
    </w:p>
    <w:p>
      <w:pPr>
        <w:bidi/>
        <w:spacing w:before="0" w:after="60"/>
        <w:jc w:val="both"/>
      </w:pPr>
      <w:r>
        <w:rPr>
          <w:rtl/>
        </w:rPr>
        <w:t>א. ‪52 - 17 = __________‬</w:t>
      </w:r>
    </w:p>
    <w:p>
      <w:pPr>
        <w:bidi/>
        <w:spacing w:before="0" w:after="60"/>
        <w:jc w:val="both"/>
      </w:pPr>
      <w:r>
        <w:rPr>
          <w:rtl/>
        </w:rPr>
        <w:t>ב. ‪70 - 24 = __________‬</w:t>
      </w:r>
    </w:p>
    <w:p>
      <w:pPr>
        <w:bidi/>
        <w:spacing w:before="0" w:after="60"/>
        <w:jc w:val="both"/>
      </w:pPr>
      <w:r>
        <w:rPr>
          <w:rtl/>
        </w:rPr>
        <w:t>ג. ‪83 - 38 = __________‬</w:t>
      </w:r>
    </w:p>
    <w:p>
      <w:pPr>
        <w:bidi/>
        <w:spacing w:before="0" w:after="60"/>
        <w:jc w:val="both"/>
      </w:pPr>
      <w:r>
        <w:rPr>
          <w:rtl/>
        </w:rPr>
        <w:t>ד. ‪45 - 19 = __________‬</w:t>
      </w:r>
    </w:p>
    <w:p>
      <w:pPr>
        <w:bidi/>
        <w:spacing w:before="0" w:after="60"/>
        <w:jc w:val="both"/>
      </w:pPr>
      <w:r>
        <w:rPr>
          <w:rtl/>
        </w:rPr>
        <w:t>ה. ‪91 - 56 = __________‬</w:t>
      </w:r>
    </w:p>
    <w:p>
      <w:pPr>
        <w:bidi/>
        <w:spacing w:before="0" w:after="60"/>
        <w:jc w:val="both"/>
      </w:pPr>
      <w:r>
        <w:rPr>
          <w:rtl/>
        </w:rPr>
        <w:t>ו. ‪64 - 29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‪38 + 7 = 45‬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‪56 + 6 = 52‬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‪40 - 3 = 37‬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‪72 - 18 = 66‬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פִּתְרוּ בִּמְאֻנָּךְ: ‪47 + 36‬   ,   ‪82 - 49‬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אֵיזֶה פֵּרוּק עוֹזֵר לְהַגִּיעַ לָעֶשֶׂר הַשְּׁלֵמָה?</w:t>
      </w:r>
    </w:p>
    <w:p>
      <w:pPr>
        <w:bidi/>
        <w:spacing w:before="0" w:after="20"/>
        <w:jc w:val="both"/>
      </w:pPr>
      <w:r>
        <w:rPr>
          <w:rtl/>
        </w:rPr>
        <w:t>א. ‪58 + 6‬</w:t>
      </w:r>
    </w:p>
    <w:p>
      <w:pPr>
        <w:bidi/>
        <w:spacing w:before="0" w:after="80"/>
        <w:jc w:val="both"/>
      </w:pPr>
      <w:r>
        <w:rPr>
          <w:rtl/>
        </w:rPr>
        <w:t xml:space="preserve">   ○ ‪6 = 2 + 4‬      ○ ‪6 = 3 + 3‬      ○ ‪6 = 5 + 1‬</w:t>
      </w:r>
    </w:p>
    <w:p>
      <w:pPr>
        <w:bidi/>
        <w:spacing w:before="0" w:after="20"/>
        <w:jc w:val="both"/>
      </w:pPr>
      <w:r>
        <w:rPr>
          <w:rtl/>
        </w:rPr>
        <w:t>ב. ‪44 - 7‬</w:t>
      </w:r>
    </w:p>
    <w:p>
      <w:pPr>
        <w:bidi/>
        <w:spacing w:before="0" w:after="80"/>
        <w:jc w:val="both"/>
      </w:pPr>
      <w:r>
        <w:rPr>
          <w:rtl/>
        </w:rPr>
        <w:t xml:space="preserve">   ○ ‪7 = 5 + 2‬      ○ ‪7 = 4 + 3‬      ○ ‪7 = 6 + 1‬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אוֹרִי פָּתַר ‪45 + 38 = 73‬. מָה הַטָּעוּת? פִּתְרוּ נָכוֹן.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בַּקֻּפְסָה 28 צְבָעִים. נוֹעָה הוֹסִיפָה 5 צְבָעִים. כַּמָּה צְבָעִים יֵשׁ בַּקֻּפְסָה?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🖍️ 28 ➕ 🖍️🖍️🖍️🖍️🖍️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עַל הָעֵץ 43 צִפּוֹרִים. 6 צִפּוֹרִים עָפוּ. כַּמָּה צִפּוֹרִים נִשְׁאֲרוּ עַל הָעֵץ?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🐦 43 ➖ 🐦🐦🐦🐦🐦🐦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בַּמִּשְׂחָק הָרִאשׁוֹן קִבֵּל עוֹמֶר 36 נְקֻדּוֹת, וּבַשֵּׁנִי 27 נְקֻדּוֹת. כַּמָּה נְקֻדּוֹת קִבֵּל בְּסַךְ הַכֹּל?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🏀 36 ➕ 🏀 27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בַּחֲנוּת הָיוּ 71 אֲבַטִּיחִים. מָכְרוּ 25 אֲבַטִּיחִים. כַּמָּה אֲבַטִּיחִים נִשְׁאֲרוּ?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🍉 71 ➖ 25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לְאַרְיֵאל 48 ₪. סָבָא נָתַן לוֹ עוֹד 25 ₪. הוּא קָנָה סֵפֶר בְּ־39 ₪. כַּמָּה כֶּסֶף נִשְׁאַר לוֹ?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בְּיוֹם רִאשׁוֹן קָרָא דָּנִיֵּאל 19 עַמּוּדִים, וּבְיוֹם שֵׁנִי 8 עַמּוּדִים יוֹתֵר. כַּמָּה עַמּוּדִים קָרָא בִּשְׁנֵי הַיָּמִים?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1D4ED8"/>
          <w:sz w:val="26"/>
          <w:szCs w:val="26"/>
          <w:rtl/>
        </w:rPr>
        <w:t>17. גִּזְרוּ אֶת כַּרְטִיסֵי הַתַּרְגִּילִים, וְהַדְבִּיקוּ כָּל תַּרְגִּיל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יֵשׁ מַעֲבַר עֲשֶׂרֶת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אֵין מַעֲבַר עֲשֶׂרֶת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1D4ED8"/>
          <w:sz w:val="26"/>
          <w:szCs w:val="26"/>
          <w:rtl/>
        </w:rPr>
        <w:t>18.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מַעֲבַר עֲשֶׂרֶת – </w:t>
            </w:r>
            <w:r>
              <w:rPr>
                <w:sz w:val="24"/>
                <w:szCs w:val="24"/>
                <w:rtl/>
              </w:rPr>
              <w:t>כְּשֶׁיֵּשׁ יוֹתֵר מִ-9 יְחִידוֹת, מַעֲבִירִים עֲשֶׂרֶת אַחַת לְעַמּוּדַת הָעֲשָׂרוֹת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פְּרִיטָה – </w:t>
            </w:r>
            <w:r>
              <w:rPr>
                <w:sz w:val="24"/>
                <w:szCs w:val="24"/>
                <w:rtl/>
              </w:rPr>
              <w:t>מְפָרְקִים עֲשֶׂרֶת אַחַת לְ-10 יְחִידוֹת כְּדֵי לַחֲסַר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עֲשָׂרוֹת – </w:t>
            </w:r>
            <w:r>
              <w:rPr>
                <w:sz w:val="24"/>
                <w:szCs w:val="24"/>
                <w:rtl/>
              </w:rPr>
              <w:t>הַסִּפְרָה הַשְּׂמָאלִית בְּמִסְפָּר דּוּ-סִפְרָתִי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יְחִידוֹת – </w:t>
            </w:r>
            <w:r>
              <w:rPr>
                <w:sz w:val="24"/>
                <w:szCs w:val="24"/>
                <w:rtl/>
              </w:rPr>
              <w:t>הַסִּפְרָה הַיְּמָנִית בְּמִסְפָּר דּוּ-סִפְרָתִי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כִּתְבוּ תַּרְגִּיל חִבּוּר אֶחָד עִם מַעֲבַר עֲשֶׂרֶת, וּפִתְרוּ אוֹתוֹ.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חיבור וחיסור עד 100 עם מעבר עשרת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6, מְשִׂימָה 17.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‪34 + 12‬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‪38 + 46‬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‪75 − 31‬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‪60 + 25‬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‪52 − 17‬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‪27 + 15‬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חיבור וחיסור עד 100 עם מעבר עשרת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חָסֵר עַד הָעֶשֶׂר?</w:t>
      </w:r>
    </w:p>
    <w:p>
      <w:pPr>
        <w:bidi/>
        <w:spacing w:before="0" w:after="40"/>
        <w:jc w:val="both"/>
      </w:pPr>
      <w:r>
        <w:rPr>
          <w:rtl/>
        </w:rPr>
        <w:t>א. ‪37 + 3 = 40‬</w:t>
      </w:r>
    </w:p>
    <w:p>
      <w:pPr>
        <w:bidi/>
        <w:spacing w:before="0" w:after="40"/>
        <w:jc w:val="both"/>
      </w:pPr>
      <w:r>
        <w:rPr>
          <w:rtl/>
        </w:rPr>
        <w:t>ב. ‪54 + 6 = 60‬</w:t>
      </w:r>
    </w:p>
    <w:p>
      <w:pPr>
        <w:bidi/>
        <w:spacing w:before="0" w:after="40"/>
        <w:jc w:val="both"/>
      </w:pPr>
      <w:r>
        <w:rPr>
          <w:rtl/>
        </w:rPr>
        <w:t>ג. ‪81 + 9 = 90‬</w:t>
      </w:r>
    </w:p>
    <w:p>
      <w:pPr>
        <w:bidi/>
        <w:spacing w:before="0" w:after="40"/>
        <w:jc w:val="both"/>
      </w:pPr>
      <w:r>
        <w:rPr>
          <w:rtl/>
        </w:rPr>
        <w:t>ד. ‪26 + 4 = 30‬</w:t>
      </w:r>
    </w:p>
    <w:p>
      <w:pPr>
        <w:bidi/>
        <w:spacing w:before="0" w:after="40"/>
        <w:jc w:val="both"/>
      </w:pPr>
      <w:r>
        <w:rPr>
          <w:rtl/>
        </w:rPr>
        <w:t>ה. ‪65 + 5 = 70‬</w:t>
      </w:r>
    </w:p>
    <w:p>
      <w:pPr>
        <w:bidi/>
        <w:spacing w:before="0" w:after="40"/>
        <w:jc w:val="both"/>
      </w:pPr>
      <w:r>
        <w:rPr>
          <w:rtl/>
        </w:rPr>
        <w:t>ו. ‪98 + 2 = 100‬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פִּתְרוּ בְּעֶזְרַת הַשְׁלָמָה לָעֶשֶׂר.</w:t>
      </w:r>
    </w:p>
    <w:p>
      <w:pPr>
        <w:bidi/>
        <w:spacing w:before="0" w:after="40"/>
        <w:jc w:val="both"/>
      </w:pPr>
      <w:r>
        <w:rPr>
          <w:rtl/>
        </w:rPr>
        <w:t>א. ‪28 + 4 = 32‬</w:t>
      </w:r>
    </w:p>
    <w:p>
      <w:pPr>
        <w:bidi/>
        <w:spacing w:before="0" w:after="40"/>
        <w:jc w:val="both"/>
      </w:pPr>
      <w:r>
        <w:rPr>
          <w:rtl/>
        </w:rPr>
        <w:t>ב. ‪39 + 3 = 42‬</w:t>
      </w:r>
    </w:p>
    <w:p>
      <w:pPr>
        <w:bidi/>
        <w:spacing w:before="0" w:after="40"/>
        <w:jc w:val="both"/>
      </w:pPr>
      <w:r>
        <w:rPr>
          <w:rtl/>
        </w:rPr>
        <w:t>ג. ‪57 + 5 = 62‬</w:t>
      </w:r>
    </w:p>
    <w:p>
      <w:pPr>
        <w:bidi/>
        <w:spacing w:before="0" w:after="40"/>
        <w:jc w:val="both"/>
      </w:pPr>
      <w:r>
        <w:rPr>
          <w:rtl/>
        </w:rPr>
        <w:t>ד. ‪66 + 7 = 73‬</w:t>
      </w:r>
    </w:p>
    <w:p>
      <w:pPr>
        <w:bidi/>
        <w:spacing w:before="0" w:after="40"/>
        <w:jc w:val="both"/>
      </w:pPr>
      <w:r>
        <w:rPr>
          <w:rtl/>
        </w:rPr>
        <w:t>ה. ‪45 + 8 = 53‬</w:t>
      </w:r>
    </w:p>
    <w:p>
      <w:pPr>
        <w:bidi/>
        <w:spacing w:before="0" w:after="40"/>
        <w:jc w:val="both"/>
      </w:pPr>
      <w:r>
        <w:rPr>
          <w:rtl/>
        </w:rPr>
        <w:t>ו. ‪19 + 6 = 25‬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 רְדוּ קֹדֶם לָעֶשֶׂר הַשְּׁלֵמָה.</w:t>
      </w:r>
    </w:p>
    <w:p>
      <w:pPr>
        <w:bidi/>
        <w:spacing w:before="0" w:after="40"/>
        <w:jc w:val="both"/>
      </w:pPr>
      <w:r>
        <w:rPr>
          <w:rtl/>
        </w:rPr>
        <w:t>א. ‪32 - 4 = 28‬</w:t>
      </w:r>
    </w:p>
    <w:p>
      <w:pPr>
        <w:bidi/>
        <w:spacing w:before="0" w:after="40"/>
        <w:jc w:val="both"/>
      </w:pPr>
      <w:r>
        <w:rPr>
          <w:rtl/>
        </w:rPr>
        <w:t>ב. ‪51 - 3 = 48‬</w:t>
      </w:r>
    </w:p>
    <w:p>
      <w:pPr>
        <w:bidi/>
        <w:spacing w:before="0" w:after="40"/>
        <w:jc w:val="both"/>
      </w:pPr>
      <w:r>
        <w:rPr>
          <w:rtl/>
        </w:rPr>
        <w:t>ג. ‪74 - 6 = 68‬</w:t>
      </w:r>
    </w:p>
    <w:p>
      <w:pPr>
        <w:bidi/>
        <w:spacing w:before="0" w:after="40"/>
        <w:jc w:val="both"/>
      </w:pPr>
      <w:r>
        <w:rPr>
          <w:rtl/>
        </w:rPr>
        <w:t>ד. ‪43 - 5 = 38‬</w:t>
      </w:r>
    </w:p>
    <w:p>
      <w:pPr>
        <w:bidi/>
        <w:spacing w:before="0" w:after="40"/>
        <w:jc w:val="both"/>
      </w:pPr>
      <w:r>
        <w:rPr>
          <w:rtl/>
        </w:rPr>
        <w:t>ה. ‪90 - 2 = 88‬</w:t>
      </w:r>
    </w:p>
    <w:p>
      <w:pPr>
        <w:bidi/>
        <w:spacing w:before="0" w:after="40"/>
        <w:jc w:val="both"/>
      </w:pPr>
      <w:r>
        <w:rPr>
          <w:rtl/>
        </w:rPr>
        <w:t>ו. ‪65 - 8 = 57‬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פָּרְקוּ וּפִתְרוּ.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תַּרְגִּיל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עַד הָעֶשֶׂר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מָה נִשְׁאַר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תּוֹצָאָה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‪48 + 5‬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‪36 + 7‬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‪59 + 4‬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‪27 + 9‬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פִּתְרוּ.</w:t>
      </w:r>
    </w:p>
    <w:p>
      <w:pPr>
        <w:bidi/>
        <w:spacing w:before="0" w:after="40"/>
        <w:jc w:val="both"/>
      </w:pPr>
      <w:r>
        <w:rPr>
          <w:rtl/>
        </w:rPr>
        <w:t>א. ‪26 + 37 = 63‬</w:t>
      </w:r>
    </w:p>
    <w:p>
      <w:pPr>
        <w:bidi/>
        <w:spacing w:before="0" w:after="40"/>
        <w:jc w:val="both"/>
      </w:pPr>
      <w:r>
        <w:rPr>
          <w:rtl/>
        </w:rPr>
        <w:t>ב. ‪48 + 25 = 73‬</w:t>
      </w:r>
    </w:p>
    <w:p>
      <w:pPr>
        <w:bidi/>
        <w:spacing w:before="0" w:after="40"/>
        <w:jc w:val="both"/>
      </w:pPr>
      <w:r>
        <w:rPr>
          <w:rtl/>
        </w:rPr>
        <w:t>ג. ‪19 + 54 = 73‬</w:t>
      </w:r>
    </w:p>
    <w:p>
      <w:pPr>
        <w:bidi/>
        <w:spacing w:before="0" w:after="40"/>
        <w:jc w:val="both"/>
      </w:pPr>
      <w:r>
        <w:rPr>
          <w:rtl/>
        </w:rPr>
        <w:t>ד. ‪35 + 35 = 70‬</w:t>
      </w:r>
    </w:p>
    <w:p>
      <w:pPr>
        <w:bidi/>
        <w:spacing w:before="0" w:after="40"/>
        <w:jc w:val="both"/>
      </w:pPr>
      <w:r>
        <w:rPr>
          <w:rtl/>
        </w:rPr>
        <w:t>ה. ‪67 + 16 = 83‬</w:t>
      </w:r>
    </w:p>
    <w:p>
      <w:pPr>
        <w:bidi/>
        <w:spacing w:before="0" w:after="40"/>
        <w:jc w:val="both"/>
      </w:pPr>
      <w:r>
        <w:rPr>
          <w:rtl/>
        </w:rPr>
        <w:t>ו. ‪28 + 44 = 72‬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פִּתְרוּ.</w:t>
      </w:r>
    </w:p>
    <w:p>
      <w:pPr>
        <w:bidi/>
        <w:spacing w:before="0" w:after="40"/>
        <w:jc w:val="both"/>
      </w:pPr>
      <w:r>
        <w:rPr>
          <w:rtl/>
        </w:rPr>
        <w:t>א. ‪52 - 17 = 35‬</w:t>
      </w:r>
    </w:p>
    <w:p>
      <w:pPr>
        <w:bidi/>
        <w:spacing w:before="0" w:after="40"/>
        <w:jc w:val="both"/>
      </w:pPr>
      <w:r>
        <w:rPr>
          <w:rtl/>
        </w:rPr>
        <w:t>ב. ‪70 - 24 = 46‬</w:t>
      </w:r>
    </w:p>
    <w:p>
      <w:pPr>
        <w:bidi/>
        <w:spacing w:before="0" w:after="40"/>
        <w:jc w:val="both"/>
      </w:pPr>
      <w:r>
        <w:rPr>
          <w:rtl/>
        </w:rPr>
        <w:t>ג. ‪83 - 38 = 45‬</w:t>
      </w:r>
    </w:p>
    <w:p>
      <w:pPr>
        <w:bidi/>
        <w:spacing w:before="0" w:after="40"/>
        <w:jc w:val="both"/>
      </w:pPr>
      <w:r>
        <w:rPr>
          <w:rtl/>
        </w:rPr>
        <w:t>ד. ‪45 - 19 = 26‬</w:t>
      </w:r>
    </w:p>
    <w:p>
      <w:pPr>
        <w:bidi/>
        <w:spacing w:before="0" w:after="40"/>
        <w:jc w:val="both"/>
      </w:pPr>
      <w:r>
        <w:rPr>
          <w:rtl/>
        </w:rPr>
        <w:t>ה. ‪91 - 56 = 35‬</w:t>
      </w:r>
    </w:p>
    <w:p>
      <w:pPr>
        <w:bidi/>
        <w:spacing w:before="0" w:after="40"/>
        <w:jc w:val="both"/>
      </w:pPr>
      <w:r>
        <w:rPr>
          <w:rtl/>
        </w:rPr>
        <w:t>ו. ‪64 - 29 = 35‬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‪38 + 7 = 45‬ – נכון</w:t>
      </w:r>
    </w:p>
    <w:p>
      <w:pPr>
        <w:bidi/>
        <w:spacing w:before="0" w:after="40"/>
        <w:jc w:val="both"/>
      </w:pPr>
      <w:r>
        <w:rPr>
          <w:rtl/>
        </w:rPr>
        <w:t>ב. ‪56 + 6 = 52‬ – לא נכון – ‪56 + 6 = 62‬</w:t>
      </w:r>
    </w:p>
    <w:p>
      <w:pPr>
        <w:bidi/>
        <w:spacing w:before="0" w:after="40"/>
        <w:jc w:val="both"/>
      </w:pPr>
      <w:r>
        <w:rPr>
          <w:rtl/>
        </w:rPr>
        <w:t>ג. ‪40 - 3 = 37‬ – נכון</w:t>
      </w:r>
    </w:p>
    <w:p>
      <w:pPr>
        <w:bidi/>
        <w:spacing w:before="0" w:after="40"/>
        <w:jc w:val="both"/>
      </w:pPr>
      <w:r>
        <w:rPr>
          <w:rtl/>
        </w:rPr>
        <w:t>ד. ‪72 - 18 = 66‬ – לא נכון – ‪72 - 18 = 54‬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פִּתְרוּ בִּמְאֻנָּךְ: ‪47 + 36‬   ,   ‪82 - 49‬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‪47 + 36 = 83‬ ; ‪82 - 49 = 33‬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אֵיזֶה פֵּרוּק עוֹזֵר לְהַגִּיעַ לָעֶשֶׂר הַשְּׁלֵמָה?</w:t>
      </w:r>
    </w:p>
    <w:p>
      <w:pPr>
        <w:bidi/>
        <w:spacing w:before="0" w:after="20"/>
        <w:jc w:val="both"/>
      </w:pPr>
      <w:r>
        <w:rPr>
          <w:rtl/>
        </w:rPr>
        <w:t>א. ‪58 + 6‬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‪6 = 2 + 4‬</w:t>
      </w:r>
    </w:p>
    <w:p>
      <w:pPr>
        <w:bidi/>
        <w:spacing w:before="0" w:after="20"/>
        <w:jc w:val="both"/>
      </w:pPr>
      <w:r>
        <w:rPr>
          <w:rtl/>
        </w:rPr>
        <w:t>ב. ‪44 - 7‬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‪7 = 4 + 3‬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אוֹרִי פָּתַר ‪45 + 38 = 73‬. מָה הַטָּעוּת? פִּתְרוּ נָכוֹן.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שָׁכַח אֶת הָעֶשֶׂר מֵהַיְּחִידוֹת: ‪5 + 8 = 13‬. הַתְּשׁוּבָה הַנְּכוֹנָה: ‪45 + 38 = 83‬.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בַּקֻּפְסָה 28 צְבָעִים. נוֹעָה הוֹסִיפָה 5 צְבָעִים. כַּמָּה צְבָעִים יֵשׁ בַּקֻּפְסָה?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‪28 + 2 = 30‬ ; ‪30 + 3 = 33‬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בַּקֻּפְסָה 33 צְבָעִים.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עַל הָעֵץ 43 צִפּוֹרִים. 6 צִפּוֹרִים עָפוּ. כַּמָּה צִפּוֹרִים נִשְׁאֲרוּ עַל הָעֵץ?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‪43 - 3 = 40‬ ; ‪40 - 3 = 37‬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37 צִפּוֹרִים.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בַּמִּשְׂחָק הָרִאשׁוֹן קִבֵּל עוֹמֶר 36 נְקֻדּוֹת, וּבַשֵּׁנִי 27 נְקֻדּוֹת. כַּמָּה נְקֻדּוֹת קִבֵּל בְּסַךְ הַכֹּל?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‪30 + 20 = 50‬ ; ‪6 + 7 = 13‬ ; ‪50 + 13 = 63‬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עוֹמֶר קִבֵּל 63 נְקֻדּוֹת.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בַּחֲנוּת הָיוּ 71 אֲבַטִּיחִים. מָכְרוּ 25 אֲבַטִּיחִים. כַּמָּה אֲבַטִּיחִים נִשְׁאֲרוּ?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‪71 - 20 = 51‬ ; ‪51 - 1 = 50‬ ; ‪50 - 4 = 46‬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46 אֲבַטִּיחִים.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לְאַרְיֵאל 48 ₪. סָבָא נָתַן לוֹ עוֹד 25 ₪. הוּא קָנָה סֵפֶר בְּ־39 ₪. כַּמָּה כֶּסֶף נִשְׁאַר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‪48 + 25 = 73‬ ; ‪73 - 39 = 34‬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לְאַרְיֵאל 34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בְּיוֹם רִאשׁוֹן קָרָא דָּנִיֵּאל 19 עַמּוּדִים, וּבְיוֹם שֵׁנִי 8 עַמּוּדִים יוֹתֵר. כַּמָּה עַמּוּדִים קָרָא בִּשְׁנֵי הַיָּמִים?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יוֹם שֵׁנִי: ‪19 + 8 = 27‬ ; יַחַד: ‪19 + 27 = 46‬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דָּנִיֵּאל קָרָא 46 עַמּוּדִים.</w:t>
      </w:r>
    </w:p>
    <w:p>
      <w:pPr>
        <w:bidi/>
        <w:spacing w:before="160" w:after="60"/>
        <w:jc w:val="both"/>
      </w:pPr>
      <w:r>
        <w:rPr>
          <w:b/>
          <w:bCs/>
          <w:color w:val="1D4ED8"/>
          <w:sz w:val="26"/>
          <w:szCs w:val="26"/>
          <w:rtl/>
        </w:rPr>
        <w:t>17. גִּזְרוּ אֶת כַּרְטִיסֵי הַתַּרְגִּילִים, וְהַדְבִּיקוּ כָּל תַּרְגִּיל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יֵשׁ מַעֲבַר עֲשֶׂרֶת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אֵין מַעֲבַר עֲשֶׂרֶת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‪27 + 15‬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‪38 + 46‬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‪34 + 12‬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‪75 − 31‬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‪52 − 17‬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‪60 + 25‬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1D4ED8"/>
          <w:sz w:val="26"/>
          <w:szCs w:val="26"/>
          <w:rtl/>
        </w:rPr>
        <w:t>18.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מַעֲבַר עֲשֶׂרֶת – </w:t>
            </w:r>
            <w:r>
              <w:rPr>
                <w:sz w:val="24"/>
                <w:szCs w:val="24"/>
                <w:rtl/>
              </w:rPr>
              <w:t>כְּשֶׁיֵּשׁ יוֹתֵר מִ-9 יְחִידוֹת, מַעֲבִירִים עֲשֶׂרֶת אַחַת לְעַמּוּדַת הָעֲשָׂרוֹת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פְּרִיטָה – </w:t>
            </w:r>
            <w:r>
              <w:rPr>
                <w:sz w:val="24"/>
                <w:szCs w:val="24"/>
                <w:rtl/>
              </w:rPr>
              <w:t>מְפָרְקִים עֲשֶׂרֶת אַחַת לְ-10 יְחִידוֹת כְּדֵי לַחֲסַר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עֲשָׂרוֹת – </w:t>
            </w:r>
            <w:r>
              <w:rPr>
                <w:sz w:val="24"/>
                <w:szCs w:val="24"/>
                <w:rtl/>
              </w:rPr>
              <w:t>הַסִּפְרָה הַשְּׂמָאלִית בְּמִסְפָּר דּוּ-סִפְרָתִי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יְחִידוֹת – </w:t>
            </w:r>
            <w:r>
              <w:rPr>
                <w:sz w:val="24"/>
                <w:szCs w:val="24"/>
                <w:rtl/>
              </w:rPr>
              <w:t>הַסִּפְרָה הַיְּמָנִית בְּמִסְפָּר דּוּ-סִפְרָתִי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כִּתְבוּ תַּרְגִּיל חִבּוּר אֶחָד עִם מַעֲבַר עֲשֶׂרֶת, וּפִתְרוּ אוֹתוֹ.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