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ב'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מבוא לכפל: חיבור חוזר, קבוצות שוות ומערכים – כפל ב־2, 5 ו־10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דַּף סִכּוּם: מָה זֶה כֶּפֶל – קְבוּצוֹת שָׁווֹת, חִבּוּר חוֹזֵר וּמַעֲרָךְ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2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כֶּפֶל הוּא חִבּוּר חוֹזֵר</w:t>
      </w:r>
    </w:p>
    <w:p>
      <w:pPr>
        <w:bidi/>
        <w:spacing w:before="0" w:after="40"/>
        <w:jc w:val="both"/>
      </w:pPr>
      <w:r>
        <w:rPr>
          <w:rtl/>
        </w:rPr>
        <w:t>כְּשֶׁמְּחַבְּרִים אֶת אוֹתוֹ מִסְפָּר כַּמָּה פְּעָמִים, כּוֹתְבִים כֶּפֶל.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דֻּגְמָה: ‪5 + 5 + 5 = 15 · 3 × 5 = 15‬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כֶּפֶל בְּ־2, 5 וְ־10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×</w:t>
            </w:r>
          </w:p>
        </w:tc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1</w:t>
            </w:r>
          </w:p>
        </w:tc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2</w:t>
            </w:r>
          </w:p>
        </w:tc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3</w:t>
            </w:r>
          </w:p>
        </w:tc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4</w:t>
            </w:r>
          </w:p>
        </w:tc>
        <w:tc>
          <w:tcPr>
            <w:tcW w:type="dxa" w:w="1663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5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6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8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15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25</w:t>
            </w:r>
          </w:p>
        </w:tc>
      </w:tr>
      <w:tr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1663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כְּדַאי לִזְכֹּר</w:t>
      </w:r>
    </w:p>
    <w:p>
      <w:pPr>
        <w:bidi/>
        <w:spacing w:before="0" w:after="20"/>
        <w:jc w:val="both"/>
      </w:pPr>
      <w:r>
        <w:rPr>
          <w:rtl/>
        </w:rPr>
        <w:t>1. ‪3 × 4‬ הֵן 3 קְבוּצוֹת שֶׁל 4.</w:t>
      </w:r>
    </w:p>
    <w:p>
      <w:pPr>
        <w:bidi/>
        <w:spacing w:before="0" w:after="20"/>
        <w:jc w:val="both"/>
      </w:pPr>
      <w:r>
        <w:rPr>
          <w:rtl/>
        </w:rPr>
        <w:t>2. מַעֲרָךְ: שׁוּרוֹת × כַּמָּה בְּכָל שׁוּרָה.</w:t>
      </w:r>
    </w:p>
    <w:p>
      <w:pPr>
        <w:bidi/>
        <w:spacing w:before="0" w:after="20"/>
        <w:jc w:val="both"/>
      </w:pPr>
      <w:r>
        <w:rPr>
          <w:rtl/>
        </w:rPr>
        <w:t>3. ‪3 × 5 = 5 × 3‬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שׁוֹאֲלִים: כַּמָּה קְבוּצוֹת? כַּמָּה בְּכָל קְבוּצָה? 3 קְבוּצוֹת שֶׁל 5 הֵן ‪3 × 5‬.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‪4 × 5 = ___‬</w:t>
      </w:r>
    </w:p>
    <w:p>
      <w:pPr>
        <w:bidi/>
        <w:spacing w:before="0" w:after="20"/>
        <w:jc w:val="both"/>
      </w:pPr>
      <w:r>
        <w:rPr>
          <w:rtl/>
        </w:rPr>
        <w:t>1. 4 קְבוּצוֹת שֶׁל 5.</w:t>
      </w:r>
    </w:p>
    <w:p>
      <w:pPr>
        <w:bidi/>
        <w:spacing w:before="0" w:after="20"/>
        <w:jc w:val="both"/>
      </w:pPr>
      <w:r>
        <w:rPr>
          <w:rtl/>
        </w:rPr>
        <w:t>2. ‪5 + 5 + 5 + 5 = 20‬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20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פִּתְרוּ:</w:t>
      </w:r>
    </w:p>
    <w:p>
      <w:pPr>
        <w:bidi/>
        <w:spacing w:before="0" w:after="60"/>
        <w:jc w:val="both"/>
      </w:pPr>
      <w:r>
        <w:rPr>
          <w:rtl/>
        </w:rPr>
        <w:t>א. ‪2 + 2 + 2 = __________‬</w:t>
      </w:r>
    </w:p>
    <w:p>
      <w:pPr>
        <w:bidi/>
        <w:spacing w:before="0" w:after="60"/>
        <w:jc w:val="both"/>
      </w:pPr>
      <w:r>
        <w:rPr>
          <w:rtl/>
        </w:rPr>
        <w:t>ב. ‪5 × 2 = __________‬</w:t>
      </w:r>
    </w:p>
    <w:p>
      <w:pPr>
        <w:bidi/>
        <w:spacing w:before="0" w:after="60"/>
        <w:jc w:val="both"/>
      </w:pPr>
      <w:r>
        <w:rPr>
          <w:rtl/>
        </w:rPr>
        <w:t>ג. ‪4 × 10 = __________‬</w:t>
      </w:r>
    </w:p>
    <w:p>
      <w:pPr>
        <w:bidi/>
        <w:spacing w:before="0" w:after="60"/>
        <w:jc w:val="both"/>
      </w:pPr>
      <w:r>
        <w:rPr>
          <w:rtl/>
        </w:rPr>
        <w:t>ד. ‪6 × 5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6 · ב. 10 · ג. 40 · ד. 30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