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מבוא לכפל: חיבור חוזר, קבוצות שוות ומערכים – כפל ב־2, 5 ו־10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סוֹפְרִים כַּמָּה קְבוּצוֹת יֵשׁ.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כַּמָּה יֵשׁ בְּכָל קְבוּצָה.</w:t>
      </w:r>
    </w:p>
    <w:p>
      <w:pPr>
        <w:bidi/>
        <w:spacing w:before="0" w:after="20"/>
        <w:jc w:val="both"/>
      </w:pPr>
      <w:r>
        <w:rPr>
          <w:rtl/>
        </w:rPr>
        <w:t>3. שָׁלָב 3: כּוֹתְבִים תַּרְגִּיל כֶּפֶל: מִסְפַּר הַקְּבוּצוֹת × כַּמָּה בְּכָל קְבוּצָה.</w:t>
      </w:r>
    </w:p>
    <w:p>
      <w:pPr>
        <w:bidi/>
        <w:spacing w:before="0" w:after="20"/>
        <w:jc w:val="both"/>
      </w:pPr>
      <w:r>
        <w:rPr>
          <w:rtl/>
        </w:rPr>
        <w:t>4. שָׁלָב 4: מְחַשְּׁבִים בְּחִבּוּר חוֹזֵר אוֹ בִּקְפִיצוֹת.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בְּ־4 קֻפְסָאוֹת יֵשׁ 5 עֶפְרוֹנוֹת בְּכָל קֻפְסָה. כַּמָּה עֶפְרוֹנוֹת יֵשׁ?</w:t>
      </w:r>
    </w:p>
    <w:p>
      <w:pPr>
        <w:bidi/>
        <w:spacing w:before="0" w:after="20"/>
        <w:jc w:val="both"/>
      </w:pPr>
      <w:r>
        <w:rPr>
          <w:rtl/>
        </w:rPr>
        <w:t>1. 4 קְבוּצוֹת שֶׁל 5.</w:t>
      </w:r>
    </w:p>
    <w:p>
      <w:pPr>
        <w:bidi/>
        <w:spacing w:before="0" w:after="20"/>
        <w:jc w:val="both"/>
      </w:pPr>
      <w:r>
        <w:rPr>
          <w:rtl/>
        </w:rPr>
        <w:t>2. ‪5 + 5 + 5 + 5 = 20‬</w:t>
      </w:r>
    </w:p>
    <w:p>
      <w:pPr>
        <w:bidi/>
        <w:spacing w:before="0" w:after="20"/>
        <w:jc w:val="both"/>
      </w:pPr>
      <w:r>
        <w:rPr>
          <w:rtl/>
        </w:rPr>
        <w:t>3. ‪4 × 5 = 20‬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20 עֶפְרוֹנוֹת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אֶת הַקְּבוּצוֹת. כַּמָּה בְּסַךְ הַכֹּל?</w:t>
      </w:r>
    </w:p>
    <w:p>
      <w:pPr>
        <w:bidi/>
        <w:spacing w:before="0" w:after="60"/>
        <w:jc w:val="both"/>
      </w:pPr>
      <w:r>
        <w:rPr>
          <w:rtl/>
        </w:rPr>
        <w:t>א. 🍎🍎 🍎🍎 🍎🍎 🍎🍎 = __________</w:t>
      </w:r>
    </w:p>
    <w:p>
      <w:pPr>
        <w:bidi/>
        <w:spacing w:before="0" w:after="60"/>
        <w:jc w:val="both"/>
      </w:pPr>
      <w:r>
        <w:rPr>
          <w:rtl/>
        </w:rPr>
        <w:t>ב. 🐟🐟🐟🐟🐟 🐟🐟🐟🐟🐟 = __________</w:t>
      </w:r>
    </w:p>
    <w:p>
      <w:pPr>
        <w:bidi/>
        <w:spacing w:before="0" w:after="60"/>
        <w:jc w:val="both"/>
      </w:pPr>
      <w:r>
        <w:rPr>
          <w:rtl/>
        </w:rPr>
        <w:t>ג. 🎈🎈 🎈🎈 🎈🎈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כְּתַרְגִּיל כֶּפֶל. כַּמָּה פְּעָמִים?</w:t>
      </w:r>
    </w:p>
    <w:p>
      <w:pPr>
        <w:bidi/>
        <w:spacing w:before="0" w:after="60"/>
        <w:jc w:val="both"/>
      </w:pPr>
      <w:r>
        <w:rPr>
          <w:rtl/>
        </w:rPr>
        <w:t>א. ‪2 + 2 + 2 = __________ × 2‬</w:t>
      </w:r>
    </w:p>
    <w:p>
      <w:pPr>
        <w:bidi/>
        <w:spacing w:before="0" w:after="60"/>
        <w:jc w:val="both"/>
      </w:pPr>
      <w:r>
        <w:rPr>
          <w:rtl/>
        </w:rPr>
        <w:t>ב. ‪5 + 5 + 5 + 5 = __________ × 5‬</w:t>
      </w:r>
    </w:p>
    <w:p>
      <w:pPr>
        <w:bidi/>
        <w:spacing w:before="0" w:after="60"/>
        <w:jc w:val="both"/>
      </w:pPr>
      <w:r>
        <w:rPr>
          <w:rtl/>
        </w:rPr>
        <w:t>ג. ‪10 + 10 = __________ × 10‬</w:t>
      </w:r>
    </w:p>
    <w:p>
      <w:pPr>
        <w:bidi/>
        <w:spacing w:before="0" w:after="60"/>
        <w:jc w:val="both"/>
      </w:pPr>
      <w:r>
        <w:rPr>
          <w:rtl/>
        </w:rPr>
        <w:t>ד. ‪2 + 2 + 2 + 2 + 2 = __________ ×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קְפִיצוֹת. הַשְׁלִימוּ.</w:t>
      </w:r>
    </w:p>
    <w:p>
      <w:pPr>
        <w:bidi/>
        <w:spacing w:before="0" w:after="60"/>
        <w:jc w:val="both"/>
      </w:pPr>
      <w:r>
        <w:rPr>
          <w:rtl/>
        </w:rPr>
        <w:t>א. 2, 4, 6, __________, 10</w:t>
      </w:r>
    </w:p>
    <w:p>
      <w:pPr>
        <w:bidi/>
        <w:spacing w:before="0" w:after="60"/>
        <w:jc w:val="both"/>
      </w:pPr>
      <w:r>
        <w:rPr>
          <w:rtl/>
        </w:rPr>
        <w:t>ב. 5, 10, 15, __________, 25</w:t>
      </w:r>
    </w:p>
    <w:p>
      <w:pPr>
        <w:bidi/>
        <w:spacing w:before="0" w:after="60"/>
        <w:jc w:val="both"/>
      </w:pPr>
      <w:r>
        <w:rPr>
          <w:rtl/>
        </w:rPr>
        <w:t>ג. 10, 20, 30, __________, 50</w:t>
      </w:r>
    </w:p>
    <w:p>
      <w:pPr>
        <w:bidi/>
        <w:spacing w:before="0" w:after="60"/>
        <w:jc w:val="both"/>
      </w:pPr>
      <w:r>
        <w:rPr>
          <w:rtl/>
        </w:rPr>
        <w:t>ד. 0, 5, 10, __________,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פִּתְרוּ.</w:t>
      </w:r>
    </w:p>
    <w:p>
      <w:pPr>
        <w:bidi/>
        <w:spacing w:before="0" w:after="60"/>
        <w:jc w:val="both"/>
      </w:pPr>
      <w:r>
        <w:rPr>
          <w:rtl/>
        </w:rPr>
        <w:t>א. ‪2 × 2 = __________‬</w:t>
      </w:r>
    </w:p>
    <w:p>
      <w:pPr>
        <w:bidi/>
        <w:spacing w:before="0" w:after="60"/>
        <w:jc w:val="both"/>
      </w:pPr>
      <w:r>
        <w:rPr>
          <w:rtl/>
        </w:rPr>
        <w:t>ב. ‪3 × 2 = __________‬</w:t>
      </w:r>
    </w:p>
    <w:p>
      <w:pPr>
        <w:bidi/>
        <w:spacing w:before="0" w:after="60"/>
        <w:jc w:val="both"/>
      </w:pPr>
      <w:r>
        <w:rPr>
          <w:rtl/>
        </w:rPr>
        <w:t>ג. ‪5 × 2 = __________‬</w:t>
      </w:r>
    </w:p>
    <w:p>
      <w:pPr>
        <w:bidi/>
        <w:spacing w:before="0" w:after="60"/>
        <w:jc w:val="both"/>
      </w:pPr>
      <w:r>
        <w:rPr>
          <w:rtl/>
        </w:rPr>
        <w:t>ד. ‪2 × 5 = __________‬</w:t>
      </w:r>
    </w:p>
    <w:p>
      <w:pPr>
        <w:bidi/>
        <w:spacing w:before="0" w:after="60"/>
        <w:jc w:val="both"/>
      </w:pPr>
      <w:r>
        <w:rPr>
          <w:rtl/>
        </w:rPr>
        <w:t>ה. ‪3 × 5 = __________‬</w:t>
      </w:r>
    </w:p>
    <w:p>
      <w:pPr>
        <w:bidi/>
        <w:spacing w:before="0" w:after="60"/>
        <w:jc w:val="both"/>
      </w:pPr>
      <w:r>
        <w:rPr>
          <w:rtl/>
        </w:rPr>
        <w:t>ו. ‪3 ×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קְבוּצוֹת?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בְּכָל קְבוּצָה?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תַּרְגִּיל כֶּפֶל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בְּסַךְ הַכֹּל?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‪4 × 2 = __________‬</w:t>
      </w:r>
    </w:p>
    <w:p>
      <w:pPr>
        <w:bidi/>
        <w:spacing w:before="0" w:after="60"/>
        <w:jc w:val="both"/>
      </w:pPr>
      <w:r>
        <w:rPr>
          <w:rtl/>
        </w:rPr>
        <w:t>ב. ‪6 × 5 = __________‬</w:t>
      </w:r>
    </w:p>
    <w:p>
      <w:pPr>
        <w:bidi/>
        <w:spacing w:before="0" w:after="60"/>
        <w:jc w:val="both"/>
      </w:pPr>
      <w:r>
        <w:rPr>
          <w:rtl/>
        </w:rPr>
        <w:t>ג. ‪5 × 10 = __________‬</w:t>
      </w:r>
    </w:p>
    <w:p>
      <w:pPr>
        <w:bidi/>
        <w:spacing w:before="0" w:after="60"/>
        <w:jc w:val="both"/>
      </w:pPr>
      <w:r>
        <w:rPr>
          <w:rtl/>
        </w:rPr>
        <w:t>ד. ‪7 × 2 = __________‬</w:t>
      </w:r>
    </w:p>
    <w:p>
      <w:pPr>
        <w:bidi/>
        <w:spacing w:before="0" w:after="60"/>
        <w:jc w:val="both"/>
      </w:pPr>
      <w:r>
        <w:rPr>
          <w:rtl/>
        </w:rPr>
        <w:t>ה. ‪8 × 10 = __________‬</w:t>
      </w:r>
    </w:p>
    <w:p>
      <w:pPr>
        <w:bidi/>
        <w:spacing w:before="0" w:after="60"/>
        <w:jc w:val="both"/>
      </w:pPr>
      <w:r>
        <w:rPr>
          <w:rtl/>
        </w:rPr>
        <w:t>ו. ‪4 ×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הַתְאִימוּ חִבּוּר חוֹזֵר לְתַרְגִּיל כֶּפֶל.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+ 5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‪2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 + 2 + 2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‪4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 + 10 + 10 + 10 + 10‬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‪6 ×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‪5 × 10‬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 + 5 + 5 + 5 + 5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 ×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‪3 × 2‬ הוּא ‪2 + 2 + 2‬.      נכון / לא נכון</w:t>
      </w:r>
    </w:p>
    <w:p>
      <w:pPr>
        <w:bidi/>
        <w:spacing w:before="0" w:after="60"/>
        <w:jc w:val="both"/>
      </w:pPr>
      <w:r>
        <w:rPr>
          <w:rtl/>
        </w:rPr>
        <w:t>ב. ‪4 × 5 = 9‬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‪2 × 10 = 20‬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‪5 × 2 = 2 × 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צַיְּרוּ מַעֲרָךְ שֶׁל 3 שׁוּרוֹת, וּבְכָל שׁוּרָה 5 עִגּוּלִים. כִּתְבוּ תַּרְגִּיל כֶּפֶל.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מָה חָסֵר?</w:t>
      </w:r>
    </w:p>
    <w:p>
      <w:pPr>
        <w:bidi/>
        <w:spacing w:before="0" w:after="60"/>
        <w:jc w:val="both"/>
      </w:pPr>
      <w:r>
        <w:rPr>
          <w:rtl/>
        </w:rPr>
        <w:t>א. ‪__________ × 5 = 35‬</w:t>
      </w:r>
    </w:p>
    <w:p>
      <w:pPr>
        <w:bidi/>
        <w:spacing w:before="0" w:after="60"/>
        <w:jc w:val="both"/>
      </w:pPr>
      <w:r>
        <w:rPr>
          <w:rtl/>
        </w:rPr>
        <w:t>ב. ‪__________ × 2 = 16‬</w:t>
      </w:r>
    </w:p>
    <w:p>
      <w:pPr>
        <w:bidi/>
        <w:spacing w:before="0" w:after="60"/>
        <w:jc w:val="both"/>
      </w:pPr>
      <w:r>
        <w:rPr>
          <w:rtl/>
        </w:rPr>
        <w:t>ג. ‪__________ × 10 = 90‬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לְכָל אוֹפַנַּיִם יֵשׁ 2 גַּלְגַּלִּים. כַּמָּה גַּלְגַּלִּים יֵשׁ לְ־4 אוֹפַנַּיִם?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🚲🚲🚲🚲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בְּכָל שַׂקִּית 5 סֻכָּרִיּוֹת. יֵשׁ 3 שַׂקִּיּוֹת. כַּמָּה סֻכָּרִיּוֹת יֵשׁ?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🍬🍬🍬🍬🍬  🍬🍬🍬🍬🍬  🍬🍬🍬🍬🍬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בַּחֲנוּת 6 קֻפְסָאוֹת שֶׁל בֵּיצִים. בְּכָל קֻפְסָה 10 בֵּיצִים. כַּמָּה בֵּיצִים יֵשׁ?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🥚🔟 × 6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בָּאוּלָם 5 שׁוּרוֹת שֶׁל כִּסְאוֹת. בְּכָל שׁוּרָה 5 כִּסְאוֹת. כַּמָּה כִּסְאוֹת בָּאוּלָם?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🪑🪑🪑🪑🪑 × 5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לְאִיתַי 3 שְׁטָרוֹת שֶׁל 10 ₪ וְ־2 מַטְבְּעוֹת שֶׁל 5 ₪. כַּמָּה כֶּסֶף יֵשׁ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💵💵💵 🪙🪙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לְכָל כֶּלֶב 4 רַגְלַיִם, וּלְכָל תַּרְנְגֹלֶת 2 רַגְלַיִם. בֶּחָצֵר כֶּלֶב אֶחָד וְ־5 תַּרְנְגוֹלוֹת. כַּמָּה רַגְלַיִם יֵשׁ בֶּחָצֵר?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🐕 🐔🐔🐔🐔🐔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17. גִּזְרוּ אֶת כַּרְטִיסֵי הַכֶּפֶל, וְהַדְבִּיקוּ לְיַד כָּל חִבּוּר חוֹזֵר אֶת תַּרְגִּיל הַכֶּפֶל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 + 5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+ 10‬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18.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🧦🧦 🧦🧦 🧦🧦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✋✋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🍫🍫🍫🍫🍫 🍫🍫🍫🍫🍫 🍫🍫🍫🍫🍫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🥚🥚🥚🥚🥚🥚🥚🥚🥚🥚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‪3 × 5 = 15‬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‪1 × 10 = 10‬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‪3 × 2 = 6‬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‪2 × 5 = 10‬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מבוא לכפל: חיבור חוזר, קבוצות שוות ומערכים – כפל ב־2, 5 ו־10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6,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‪2 × 5‬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‪4 × 5‬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 × 10‬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‪5 × 2‬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‪3 × 2‬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מבוא לכפל: חיבור חוזר, קבוצות שוות ומערכים – כפל ב־2, 5 ו־10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אֶת הַקְּבוּצוֹת. כַּמָּה בְּסַךְ הַכֹּל?</w:t>
      </w:r>
    </w:p>
    <w:p>
      <w:pPr>
        <w:bidi/>
        <w:spacing w:before="0" w:after="40"/>
        <w:jc w:val="both"/>
      </w:pPr>
      <w:r>
        <w:rPr>
          <w:rtl/>
        </w:rPr>
        <w:t>א. 🍎🍎 🍎🍎 🍎🍎 🍎🍎 = 8</w:t>
      </w:r>
    </w:p>
    <w:p>
      <w:pPr>
        <w:bidi/>
        <w:spacing w:before="0" w:after="40"/>
        <w:jc w:val="both"/>
      </w:pPr>
      <w:r>
        <w:rPr>
          <w:rtl/>
        </w:rPr>
        <w:t>ב. 🐟🐟🐟🐟🐟 🐟🐟🐟🐟🐟 = 10</w:t>
      </w:r>
    </w:p>
    <w:p>
      <w:pPr>
        <w:bidi/>
        <w:spacing w:before="0" w:after="40"/>
        <w:jc w:val="both"/>
      </w:pPr>
      <w:r>
        <w:rPr>
          <w:rtl/>
        </w:rPr>
        <w:t>ג. 🎈🎈 🎈🎈 🎈🎈 =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כְּתַרְגִּיל כֶּפֶל. כַּמָּה פְּעָמִים?</w:t>
      </w:r>
    </w:p>
    <w:p>
      <w:pPr>
        <w:bidi/>
        <w:spacing w:before="0" w:after="40"/>
        <w:jc w:val="both"/>
      </w:pPr>
      <w:r>
        <w:rPr>
          <w:rtl/>
        </w:rPr>
        <w:t>א. ‪2 + 2 + 2 = 3 × 2‬</w:t>
      </w:r>
    </w:p>
    <w:p>
      <w:pPr>
        <w:bidi/>
        <w:spacing w:before="0" w:after="40"/>
        <w:jc w:val="both"/>
      </w:pPr>
      <w:r>
        <w:rPr>
          <w:rtl/>
        </w:rPr>
        <w:t>ב. ‪5 + 5 + 5 + 5 = 4 × 5‬</w:t>
      </w:r>
    </w:p>
    <w:p>
      <w:pPr>
        <w:bidi/>
        <w:spacing w:before="0" w:after="40"/>
        <w:jc w:val="both"/>
      </w:pPr>
      <w:r>
        <w:rPr>
          <w:rtl/>
        </w:rPr>
        <w:t>ג. ‪10 + 10 = 2 × 10‬</w:t>
      </w:r>
    </w:p>
    <w:p>
      <w:pPr>
        <w:bidi/>
        <w:spacing w:before="0" w:after="40"/>
        <w:jc w:val="both"/>
      </w:pPr>
      <w:r>
        <w:rPr>
          <w:rtl/>
        </w:rPr>
        <w:t>ד. ‪2 + 2 + 2 + 2 + 2 = 5 ×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קְפִיצוֹת. הַשְׁלִימוּ.</w:t>
      </w:r>
    </w:p>
    <w:p>
      <w:pPr>
        <w:bidi/>
        <w:spacing w:before="0" w:after="40"/>
        <w:jc w:val="both"/>
      </w:pPr>
      <w:r>
        <w:rPr>
          <w:rtl/>
        </w:rPr>
        <w:t>א. 2, 4, 6, 8, 10</w:t>
      </w:r>
    </w:p>
    <w:p>
      <w:pPr>
        <w:bidi/>
        <w:spacing w:before="0" w:after="40"/>
        <w:jc w:val="both"/>
      </w:pPr>
      <w:r>
        <w:rPr>
          <w:rtl/>
        </w:rPr>
        <w:t>ב. 5, 10, 15, 20, 25</w:t>
      </w:r>
    </w:p>
    <w:p>
      <w:pPr>
        <w:bidi/>
        <w:spacing w:before="0" w:after="40"/>
        <w:jc w:val="both"/>
      </w:pPr>
      <w:r>
        <w:rPr>
          <w:rtl/>
        </w:rPr>
        <w:t>ג. 10, 20, 30, 40, 50</w:t>
      </w:r>
    </w:p>
    <w:p>
      <w:pPr>
        <w:bidi/>
        <w:spacing w:before="0" w:after="40"/>
        <w:jc w:val="both"/>
      </w:pPr>
      <w:r>
        <w:rPr>
          <w:rtl/>
        </w:rPr>
        <w:t>ד. 0, 5, 10, 15,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פִּתְרוּ.</w:t>
      </w:r>
    </w:p>
    <w:p>
      <w:pPr>
        <w:bidi/>
        <w:spacing w:before="0" w:after="40"/>
        <w:jc w:val="both"/>
      </w:pPr>
      <w:r>
        <w:rPr>
          <w:rtl/>
        </w:rPr>
        <w:t>א. ‪2 × 2 = 4‬</w:t>
      </w:r>
    </w:p>
    <w:p>
      <w:pPr>
        <w:bidi/>
        <w:spacing w:before="0" w:after="40"/>
        <w:jc w:val="both"/>
      </w:pPr>
      <w:r>
        <w:rPr>
          <w:rtl/>
        </w:rPr>
        <w:t>ב. ‪3 × 2 = 6‬</w:t>
      </w:r>
    </w:p>
    <w:p>
      <w:pPr>
        <w:bidi/>
        <w:spacing w:before="0" w:after="40"/>
        <w:jc w:val="both"/>
      </w:pPr>
      <w:r>
        <w:rPr>
          <w:rtl/>
        </w:rPr>
        <w:t>ג. ‪5 × 2 = 10‬</w:t>
      </w:r>
    </w:p>
    <w:p>
      <w:pPr>
        <w:bidi/>
        <w:spacing w:before="0" w:after="40"/>
        <w:jc w:val="both"/>
      </w:pPr>
      <w:r>
        <w:rPr>
          <w:rtl/>
        </w:rPr>
        <w:t>ד. ‪2 × 5 = 10‬</w:t>
      </w:r>
    </w:p>
    <w:p>
      <w:pPr>
        <w:bidi/>
        <w:spacing w:before="0" w:after="40"/>
        <w:jc w:val="both"/>
      </w:pPr>
      <w:r>
        <w:rPr>
          <w:rtl/>
        </w:rPr>
        <w:t>ה. ‪3 × 5 = 15‬</w:t>
      </w:r>
    </w:p>
    <w:p>
      <w:pPr>
        <w:bidi/>
        <w:spacing w:before="0" w:after="40"/>
        <w:jc w:val="both"/>
      </w:pPr>
      <w:r>
        <w:rPr>
          <w:rtl/>
        </w:rPr>
        <w:t>ו. ‪3 × 10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קְבוּצוֹת?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בְּכָל קְבוּצָה?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תַּרְגִּיל כֶּפֶל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בְּסַךְ הַכֹּל?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 ×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 × 10‬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 ×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‪4 × 2 = 8‬</w:t>
      </w:r>
    </w:p>
    <w:p>
      <w:pPr>
        <w:bidi/>
        <w:spacing w:before="0" w:after="40"/>
        <w:jc w:val="both"/>
      </w:pPr>
      <w:r>
        <w:rPr>
          <w:rtl/>
        </w:rPr>
        <w:t>ב. ‪6 × 5 = 30‬</w:t>
      </w:r>
    </w:p>
    <w:p>
      <w:pPr>
        <w:bidi/>
        <w:spacing w:before="0" w:after="40"/>
        <w:jc w:val="both"/>
      </w:pPr>
      <w:r>
        <w:rPr>
          <w:rtl/>
        </w:rPr>
        <w:t>ג. ‪5 × 10 = 50‬</w:t>
      </w:r>
    </w:p>
    <w:p>
      <w:pPr>
        <w:bidi/>
        <w:spacing w:before="0" w:after="40"/>
        <w:jc w:val="both"/>
      </w:pPr>
      <w:r>
        <w:rPr>
          <w:rtl/>
        </w:rPr>
        <w:t>ד. ‪7 × 2 = 14‬</w:t>
      </w:r>
    </w:p>
    <w:p>
      <w:pPr>
        <w:bidi/>
        <w:spacing w:before="0" w:after="40"/>
        <w:jc w:val="both"/>
      </w:pPr>
      <w:r>
        <w:rPr>
          <w:rtl/>
        </w:rPr>
        <w:t>ה. ‪8 × 10 = 80‬</w:t>
      </w:r>
    </w:p>
    <w:p>
      <w:pPr>
        <w:bidi/>
        <w:spacing w:before="0" w:after="40"/>
        <w:jc w:val="both"/>
      </w:pPr>
      <w:r>
        <w:rPr>
          <w:rtl/>
        </w:rPr>
        <w:t>ו. ‪4 × 5 = 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הַתְאִימוּ חִבּוּר חוֹזֵר לְתַרְגִּיל כֶּפֶל.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+ 5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‪2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 + 2 + 2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‪4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 + 10 + 10 + 10 + 10‬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‪6 ×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‪5 × 10‬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 + 5 + 5 + 5 + 5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‪3 ×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‪3 × 2‬ הוּא ‪2 + 2 + 2‬. – נכון</w:t>
      </w:r>
    </w:p>
    <w:p>
      <w:pPr>
        <w:bidi/>
        <w:spacing w:before="0" w:after="40"/>
        <w:jc w:val="both"/>
      </w:pPr>
      <w:r>
        <w:rPr>
          <w:rtl/>
        </w:rPr>
        <w:t>ב. ‪4 × 5 = 9‬ – לא נכון – ‪4 × 5 = 20‬</w:t>
      </w:r>
    </w:p>
    <w:p>
      <w:pPr>
        <w:bidi/>
        <w:spacing w:before="0" w:after="40"/>
        <w:jc w:val="both"/>
      </w:pPr>
      <w:r>
        <w:rPr>
          <w:rtl/>
        </w:rPr>
        <w:t>ג. ‪2 × 10 = 20‬ – נכון</w:t>
      </w:r>
    </w:p>
    <w:p>
      <w:pPr>
        <w:bidi/>
        <w:spacing w:before="0" w:after="40"/>
        <w:jc w:val="both"/>
      </w:pPr>
      <w:r>
        <w:rPr>
          <w:rtl/>
        </w:rPr>
        <w:t>ד. ‪5 × 2 = 2 × 5‬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צַיְּרוּ מַעֲרָךְ שֶׁל 3 שׁוּרוֹת, וּבְכָל שׁוּרָה 5 עִגּוּלִים. כִּתְבוּ תַּרְגִּיל כֶּפֶל.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× 5 = 15‬ עִגּוּלִים.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מָה חָסֵר?</w:t>
      </w:r>
    </w:p>
    <w:p>
      <w:pPr>
        <w:bidi/>
        <w:spacing w:before="0" w:after="40"/>
        <w:jc w:val="both"/>
      </w:pPr>
      <w:r>
        <w:rPr>
          <w:rtl/>
        </w:rPr>
        <w:t>א. ‪7 × 5 = 35‬</w:t>
      </w:r>
    </w:p>
    <w:p>
      <w:pPr>
        <w:bidi/>
        <w:spacing w:before="0" w:after="40"/>
        <w:jc w:val="both"/>
      </w:pPr>
      <w:r>
        <w:rPr>
          <w:rtl/>
        </w:rPr>
        <w:t>ב. ‪8 × 2 = 16‬</w:t>
      </w:r>
    </w:p>
    <w:p>
      <w:pPr>
        <w:bidi/>
        <w:spacing w:before="0" w:after="40"/>
        <w:jc w:val="both"/>
      </w:pPr>
      <w:r>
        <w:rPr>
          <w:rtl/>
        </w:rPr>
        <w:t>ג. ‪9 × 10 = 90‬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לְכָל אוֹפַנַּיִם יֵשׁ 2 גַּלְגַּלִּים. כַּמָּה גַּלְגַּלִּים יֵשׁ לְ־4 אוֹפַנַּיִם?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לְ־4 אוֹפַנַּיִם 8 גַּלְגַּלִּים.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בְּכָל שַׂקִּית 5 סֻכָּרִיּוֹת. יֵשׁ 3 שַׂקִּיּוֹת. כַּמָּה סֻכָּרִיּוֹת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+ 5 + 5 = 15‬ ; ‪3 × 5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15 סֻכָּרִיּוֹת.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בַּחֲנוּת 6 קֻפְסָאוֹת שֶׁל בֵּיצִים. בְּכָל קֻפְסָה 10 בֵּיצִים. כַּמָּה בֵּיצִים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10 = 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60 בֵּיצִים.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בָּאוּלָם 5 שׁוּרוֹת שֶׁל כִּסְאוֹת. בְּכָל שׁוּרָה 5 כִּסְאוֹת. כַּמָּה כִּסְאוֹת בָּאוּלָם?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5 = 25‬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בָּאוּלָם 25 כִּסְאוֹת.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לְאִיתַי 3 שְׁטָרוֹת שֶׁל 10 ₪ וְ־2 מַטְבְּעוֹת שֶׁל 5 ₪. כַּמָּה כֶּסֶף יֵשׁ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10 = 30‬ ; ‪2 × 5 = 10‬ ; ‪30 + 10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לְאִיתַי 40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לְכָל כֶּלֶב 4 רַגְלַיִם, וּלְכָל תַּרְנְגֹלֶת 2 רַגְלַיִם. בֶּחָצֵר כֶּלֶב אֶחָד וְ־5 תַּרְנְגוֹלוֹת. כַּמָּה רַגְלַיִם יֵשׁ בֶּחָצֵר?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2 = 10‬ ; ‪10 + 4 = 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בֶּחָצֵר 14 רַגְלַיִם.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17. גִּזְרוּ אֶת כַּרְטִיסֵי הַכֶּפֶל, וְהַדְבִּיקוּ לְיַד כָּל חִבּוּר חוֹזֵר אֶת תַּרְגִּיל הַכֶּפֶל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‪3 × 2‬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 + 5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‪4 × 5‬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+ 10‬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 × 10‬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‪5 × 2‬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‪2 ×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18.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🧦🧦 🧦🧦 🧦🧦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✋✋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🍫🍫🍫🍫🍫 🍫🍫🍫🍫🍫 🍫🍫🍫🍫🍫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🥚🥚🥚🥚🥚🥚🥚🥚🥚🥚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‪3 × 5 = 15‬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‪1 × 10 = 10‬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‪3 × 2 = 6‬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‪2 × 5 = 10‬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