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מבוא לחילוק: חלוקה שווה ומדידה (כמה קבוצות?)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דַּף סִכּוּם: מָה זֶה חִלּוּק – חֲלֻקָּה שָׁוָה וּמְדִידָה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חֲלֻקָּה שָׁוָה</w:t>
      </w:r>
    </w:p>
    <w:p>
      <w:pPr>
        <w:bidi/>
        <w:spacing w:before="0" w:after="40"/>
        <w:jc w:val="both"/>
      </w:pPr>
      <w:r>
        <w:rPr>
          <w:rtl/>
        </w:rPr>
        <w:t>מְחַלְּקִים לְמִסְפָּר קְבוּצוֹת יָדוּעַ, וְשׁוֹאֲלִים כַּמָּה בְּכָל קְבוּצָה.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‪10 : 2 = 5‬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כַּמָּה קְבוּצוֹת?</w:t>
      </w:r>
    </w:p>
    <w:p>
      <w:pPr>
        <w:bidi/>
        <w:spacing w:before="0" w:after="40"/>
        <w:jc w:val="both"/>
      </w:pPr>
      <w:r>
        <w:rPr>
          <w:rtl/>
        </w:rPr>
        <w:t>יוֹדְעִים כַּמָּה בְּכָל קְבוּצָה, וְשׁוֹאֲלִים כַּמָּה קְבוּצוֹת יֵשׁ.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‪20 : 5 = 4‬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כֶּפֶל וְחִלּוּק – מִשְׁפָּחָה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כֶּפֶל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חִלּוּק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חִלּוּק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5 = 15‬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 : 5 = 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 : 3 = 5‬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10 = 40‬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‪40 : 10 =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‪40 : 4 = 10‬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בּוֹדְקִים חִלּוּק בְּכֶפֶל: ‪12 : 2 = 6‬ כִּי ‪6 × 2 = 12‬.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‪30 : 5 = ___‬</w:t>
      </w:r>
    </w:p>
    <w:p>
      <w:pPr>
        <w:bidi/>
        <w:spacing w:before="0" w:after="20"/>
        <w:jc w:val="both"/>
      </w:pPr>
      <w:r>
        <w:rPr>
          <w:rtl/>
        </w:rPr>
        <w:t>1. כַּמָּה פְּעָמִים 5 נִכְנָס בְּ־30?</w:t>
      </w:r>
    </w:p>
    <w:p>
      <w:pPr>
        <w:bidi/>
        <w:spacing w:before="0" w:after="20"/>
        <w:jc w:val="both"/>
      </w:pPr>
      <w:r>
        <w:rPr>
          <w:rtl/>
        </w:rPr>
        <w:t>2. ‪6 × 5 = 30‬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6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פִּתְרוּ:</w:t>
      </w:r>
    </w:p>
    <w:p>
      <w:pPr>
        <w:bidi/>
        <w:spacing w:before="0" w:after="60"/>
        <w:jc w:val="both"/>
      </w:pPr>
      <w:r>
        <w:rPr>
          <w:rtl/>
        </w:rPr>
        <w:t>א. ‪8 : 2 = __________‬</w:t>
      </w:r>
    </w:p>
    <w:p>
      <w:pPr>
        <w:bidi/>
        <w:spacing w:before="0" w:after="60"/>
        <w:jc w:val="both"/>
      </w:pPr>
      <w:r>
        <w:rPr>
          <w:rtl/>
        </w:rPr>
        <w:t>ב. ‪25 : 5 = __________‬</w:t>
      </w:r>
    </w:p>
    <w:p>
      <w:pPr>
        <w:bidi/>
        <w:spacing w:before="0" w:after="60"/>
        <w:jc w:val="both"/>
      </w:pPr>
      <w:r>
        <w:rPr>
          <w:rtl/>
        </w:rPr>
        <w:t>ג. ‪70 : 10 = __________‬</w:t>
      </w:r>
    </w:p>
    <w:p>
      <w:pPr>
        <w:bidi/>
        <w:spacing w:before="0" w:after="60"/>
        <w:jc w:val="both"/>
      </w:pPr>
      <w:r>
        <w:rPr>
          <w:rtl/>
        </w:rPr>
        <w:t>ד. ‪18 : 2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4 · ב. 5 · ג. 7 · ד. 9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