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מבוא לחילוק: חלוקה שווה ומדידה (כמה קבוצות?)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קוֹרְאִים: מָה מְחַלְּקִים וּלְכַמָּה?</w:t>
      </w:r>
    </w:p>
    <w:p>
      <w:pPr>
        <w:bidi/>
        <w:spacing w:before="0" w:after="20"/>
        <w:jc w:val="both"/>
      </w:pPr>
      <w:r>
        <w:rPr>
          <w:rtl/>
        </w:rPr>
        <w:t>2. שָׁלָב 2: מְחַלְּקִים אֶחָד אֶחָד, אוֹ חוֹשְׁבִים עַל תַּרְגִּיל כֶּפֶל.</w:t>
      </w:r>
    </w:p>
    <w:p>
      <w:pPr>
        <w:bidi/>
        <w:spacing w:before="0" w:after="20"/>
        <w:jc w:val="both"/>
      </w:pPr>
      <w:r>
        <w:rPr>
          <w:rtl/>
        </w:rPr>
        <w:t>3. שָׁלָב 3: כּוֹתְבִים תַּרְגִּיל חִלּוּק וּבוֹדְקִים בְּכֶפֶל.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12 עוּגִיּוֹת מְחַלְּקִים שָׁוֶה בְּשָׁוֶה לְ־2 יְלָדִים. כַּמָּה מְקַבֵּל כָּל יֶלֶד?</w:t>
      </w:r>
    </w:p>
    <w:p>
      <w:pPr>
        <w:bidi/>
        <w:spacing w:before="0" w:after="20"/>
        <w:jc w:val="both"/>
      </w:pPr>
      <w:r>
        <w:rPr>
          <w:rtl/>
        </w:rPr>
        <w:t>1. מְחַלְּקִים 12 לְ־2 חֲלָקִים שָׁוִים.</w:t>
      </w:r>
    </w:p>
    <w:p>
      <w:pPr>
        <w:bidi/>
        <w:spacing w:before="0" w:after="20"/>
        <w:jc w:val="both"/>
      </w:pPr>
      <w:r>
        <w:rPr>
          <w:rtl/>
        </w:rPr>
        <w:t>2. ‪12 : 2 = 6‬</w:t>
      </w:r>
    </w:p>
    <w:p>
      <w:pPr>
        <w:bidi/>
        <w:spacing w:before="0" w:after="20"/>
        <w:jc w:val="both"/>
      </w:pPr>
      <w:r>
        <w:rPr>
          <w:rtl/>
        </w:rPr>
        <w:t>3. בְּדִיקָה: ‪6 × 2 = 12‬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6 עוּגִיּוֹת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חַלְּקוּ שָׁוֶה בְּשָׁוֶה לִשְׁתֵּי קְבוּצוֹת. כַּמָּה בְּכָל קְבוּצָה?</w:t>
      </w:r>
    </w:p>
    <w:p>
      <w:pPr>
        <w:bidi/>
        <w:spacing w:before="0" w:after="60"/>
        <w:jc w:val="both"/>
      </w:pPr>
      <w:r>
        <w:rPr>
          <w:rtl/>
        </w:rPr>
        <w:t>א. 🍓🍓🍓🍓🍓🍓🍓🍓 – בְּכָל קְבוּצָה __________</w:t>
      </w:r>
    </w:p>
    <w:p>
      <w:pPr>
        <w:bidi/>
        <w:spacing w:before="0" w:after="60"/>
        <w:jc w:val="both"/>
      </w:pPr>
      <w:r>
        <w:rPr>
          <w:rtl/>
        </w:rPr>
        <w:t>ב. 🎈🎈🎈🎈🎈🎈 – בְּכָל קְבוּצָה __________</w:t>
      </w:r>
    </w:p>
    <w:p>
      <w:pPr>
        <w:bidi/>
        <w:spacing w:before="0" w:after="60"/>
        <w:jc w:val="both"/>
      </w:pPr>
      <w:r>
        <w:rPr>
          <w:rtl/>
        </w:rPr>
        <w:t>ג. ⚽⚽⚽⚽⚽⚽⚽⚽⚽⚽ – בְּכָל קְבוּצָה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כַּמָּה זוּגוֹת?</w:t>
      </w:r>
    </w:p>
    <w:p>
      <w:pPr>
        <w:bidi/>
        <w:spacing w:before="0" w:after="60"/>
        <w:jc w:val="both"/>
      </w:pPr>
      <w:r>
        <w:rPr>
          <w:rtl/>
        </w:rPr>
        <w:t>א. 🧦🧦🧦🧦🧦🧦 = __________ זוּגוֹת</w:t>
      </w:r>
    </w:p>
    <w:p>
      <w:pPr>
        <w:bidi/>
        <w:spacing w:before="0" w:after="60"/>
        <w:jc w:val="both"/>
      </w:pPr>
      <w:r>
        <w:rPr>
          <w:rtl/>
        </w:rPr>
        <w:t>ב. 👟👟👟👟👟👟👟👟 = __________ זוּגוֹת</w:t>
      </w:r>
    </w:p>
    <w:p>
      <w:pPr>
        <w:bidi/>
        <w:spacing w:before="0" w:after="60"/>
        <w:jc w:val="both"/>
      </w:pPr>
      <w:r>
        <w:rPr>
          <w:rtl/>
        </w:rPr>
        <w:t>ג. 🧤🧤🧤🧤 = __________ זוּגוֹת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</w:t>
      </w:r>
    </w:p>
    <w:p>
      <w:pPr>
        <w:bidi/>
        <w:spacing w:before="0" w:after="60"/>
        <w:jc w:val="both"/>
      </w:pPr>
      <w:r>
        <w:rPr>
          <w:rtl/>
        </w:rPr>
        <w:t>א. ‪4 : 2 = __________‬</w:t>
      </w:r>
    </w:p>
    <w:p>
      <w:pPr>
        <w:bidi/>
        <w:spacing w:before="0" w:after="60"/>
        <w:jc w:val="both"/>
      </w:pPr>
      <w:r>
        <w:rPr>
          <w:rtl/>
        </w:rPr>
        <w:t>ב. ‪10 : 2 = __________‬</w:t>
      </w:r>
    </w:p>
    <w:p>
      <w:pPr>
        <w:bidi/>
        <w:spacing w:before="0" w:after="60"/>
        <w:jc w:val="both"/>
      </w:pPr>
      <w:r>
        <w:rPr>
          <w:rtl/>
        </w:rPr>
        <w:t>ג. ‪10 : 5 = __________‬</w:t>
      </w:r>
    </w:p>
    <w:p>
      <w:pPr>
        <w:bidi/>
        <w:spacing w:before="0" w:after="60"/>
        <w:jc w:val="both"/>
      </w:pPr>
      <w:r>
        <w:rPr>
          <w:rtl/>
        </w:rPr>
        <w:t>ד. ‪20 : 10 = __________‬</w:t>
      </w:r>
    </w:p>
    <w:p>
      <w:pPr>
        <w:bidi/>
        <w:spacing w:before="0" w:after="60"/>
        <w:jc w:val="both"/>
      </w:pPr>
      <w:r>
        <w:rPr>
          <w:rtl/>
        </w:rPr>
        <w:t>ה. ‪6 : 2 = __________‬</w:t>
      </w:r>
    </w:p>
    <w:p>
      <w:pPr>
        <w:bidi/>
        <w:spacing w:before="0" w:after="60"/>
        <w:jc w:val="both"/>
      </w:pPr>
      <w:r>
        <w:rPr>
          <w:rtl/>
        </w:rPr>
        <w:t>ו. ‪15 :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הַשְׁלִימוּ: תַּרְגִּיל כֶּפֶל וְתַרְגִּיל חִלּוּק.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כֶּפֶל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חִלּוּק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5 = 15‬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2 =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10 = 60‬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פִּתְרוּ.</w:t>
      </w:r>
    </w:p>
    <w:p>
      <w:pPr>
        <w:bidi/>
        <w:spacing w:before="0" w:after="60"/>
        <w:jc w:val="both"/>
      </w:pPr>
      <w:r>
        <w:rPr>
          <w:rtl/>
        </w:rPr>
        <w:t>א. ‪12 : 2 = __________‬</w:t>
      </w:r>
    </w:p>
    <w:p>
      <w:pPr>
        <w:bidi/>
        <w:spacing w:before="0" w:after="60"/>
        <w:jc w:val="both"/>
      </w:pPr>
      <w:r>
        <w:rPr>
          <w:rtl/>
        </w:rPr>
        <w:t>ב. ‪25 : 5 = __________‬</w:t>
      </w:r>
    </w:p>
    <w:p>
      <w:pPr>
        <w:bidi/>
        <w:spacing w:before="0" w:after="60"/>
        <w:jc w:val="both"/>
      </w:pPr>
      <w:r>
        <w:rPr>
          <w:rtl/>
        </w:rPr>
        <w:t>ג. ‪40 : 10 = __________‬</w:t>
      </w:r>
    </w:p>
    <w:p>
      <w:pPr>
        <w:bidi/>
        <w:spacing w:before="0" w:after="60"/>
        <w:jc w:val="both"/>
      </w:pPr>
      <w:r>
        <w:rPr>
          <w:rtl/>
        </w:rPr>
        <w:t>ד. ‪16 : 2 = __________‬</w:t>
      </w:r>
    </w:p>
    <w:p>
      <w:pPr>
        <w:bidi/>
        <w:spacing w:before="0" w:after="60"/>
        <w:jc w:val="both"/>
      </w:pPr>
      <w:r>
        <w:rPr>
          <w:rtl/>
        </w:rPr>
        <w:t>ה. ‪30 : 5 = __________‬</w:t>
      </w:r>
    </w:p>
    <w:p>
      <w:pPr>
        <w:bidi/>
        <w:spacing w:before="0" w:after="60"/>
        <w:jc w:val="both"/>
      </w:pPr>
      <w:r>
        <w:rPr>
          <w:rtl/>
        </w:rPr>
        <w:t>ו. ‪70 :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חִסּוּר חוֹזֵר. כַּמָּה פְּעָמִים?</w:t>
      </w:r>
    </w:p>
    <w:p>
      <w:pPr>
        <w:bidi/>
        <w:spacing w:before="0" w:after="60"/>
        <w:jc w:val="both"/>
      </w:pPr>
      <w:r>
        <w:rPr>
          <w:rtl/>
        </w:rPr>
        <w:t>א. ‪10 - 2 - 2 - 2 - 2 - 2 = 0‬, לָכֵן ‪10 : 2 = __________‬</w:t>
      </w:r>
    </w:p>
    <w:p>
      <w:pPr>
        <w:bidi/>
        <w:spacing w:before="0" w:after="60"/>
        <w:jc w:val="both"/>
      </w:pPr>
      <w:r>
        <w:rPr>
          <w:rtl/>
        </w:rPr>
        <w:t>ב. ‪20 - 5 - 5 - 5 - 5 = 0‬, לָכֵן ‪20 : 5 = __________‬</w:t>
      </w:r>
    </w:p>
    <w:p>
      <w:pPr>
        <w:bidi/>
        <w:spacing w:before="0" w:after="60"/>
        <w:jc w:val="both"/>
      </w:pPr>
      <w:r>
        <w:rPr>
          <w:rtl/>
        </w:rPr>
        <w:t>ג. ‪30 - 10 - 10 - 10 = 0‬, לָכֵן ‪30 :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‪8 : 2 = 4‬ כִּי ‪4 × 2 = 8‬.      נכון / לא נכון</w:t>
      </w:r>
    </w:p>
    <w:p>
      <w:pPr>
        <w:bidi/>
        <w:spacing w:before="0" w:after="60"/>
        <w:jc w:val="both"/>
      </w:pPr>
      <w:r>
        <w:rPr>
          <w:rtl/>
        </w:rPr>
        <w:t>ב. ‪20 : 5 = 5‬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‪50 : 10 = 5‬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‪14 : 2 = 6‬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הַתְאִימוּ חִלּוּק לַתּוֹצָאָה.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‪18 :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‪35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‪80 :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‪12 :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‪50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צַיְּרוּ 12 עִגּוּלִים וְחַלְּקוּ אוֹתָם לְ־3 קְבוּצוֹת שָׁווֹת. כִּתְבוּ תַּרְגִּיל חִלּוּק.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מָה חָסֵר?</w:t>
      </w:r>
    </w:p>
    <w:p>
      <w:pPr>
        <w:bidi/>
        <w:spacing w:before="0" w:after="60"/>
        <w:jc w:val="both"/>
      </w:pPr>
      <w:r>
        <w:rPr>
          <w:rtl/>
        </w:rPr>
        <w:t>א. ‪__________ : 2 = 9‬</w:t>
      </w:r>
    </w:p>
    <w:p>
      <w:pPr>
        <w:bidi/>
        <w:spacing w:before="0" w:after="60"/>
        <w:jc w:val="both"/>
      </w:pPr>
      <w:r>
        <w:rPr>
          <w:rtl/>
        </w:rPr>
        <w:t>ב. ‪__________ : 5 = 6‬</w:t>
      </w:r>
    </w:p>
    <w:p>
      <w:pPr>
        <w:bidi/>
        <w:spacing w:before="0" w:after="60"/>
        <w:jc w:val="both"/>
      </w:pPr>
      <w:r>
        <w:rPr>
          <w:rtl/>
        </w:rPr>
        <w:t>ג. ‪40 : __________ = 4‬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לְאִמָּא 8 סֻכָּרִיּוֹת. הִיא חִלְּקָה אוֹתָן שָׁוֶה בְּשָׁוֶה לְ־2 יְלָדִים. כַּמָּה סֻכָּרִיּוֹת קִבֵּל כָּל יֶלֶד?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🍬🍬🍬🍬 | 🍬🍬🍬🍬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יֵשׁ 10 גַּלְגַּלִּים. לְכָל אוֹפַנַּיִם צָרִיךְ 2 גַּלְגַּלִּים. לְכַמָּה אוֹפַנַּיִם יַסְפִּיקוּ הַגַּלְגַּלִּים?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⭕⭕ ⭕⭕ ⭕⭕ ⭕⭕ ⭕⭕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בַּכִּתָּה 20 תַּלְמִידִים. הַמּוֹרֶה סִדֵּר אוֹתָם בִּקְבוּצוֹת שֶׁל 5. כַּמָּה קְבוּצוֹת יֵשׁ?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נוֹעַם קָטַף 30 תַּפּוּחִים וְסִדֵּר אוֹתָם שָׁוֶה בְּשָׁוֶה בְּ־10 סַלִּים. כַּמָּה תַּפּוּחִים בְּכָל סַל?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🍎 30 ➗ 🧺 10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לְאֵלִיָּה 14 מַדְבֵּקוֹת וּלְאָחִיו 6 מַדְבֵּקוֹת. הֵם שָׂמוּ אוֹתָן יַחַד וְחִלְּקוּ שָׁוֶה בְּשָׁוֶה בֵּינֵיהֶם. כַּמָּה קִבֵּל כָּל אֶחָד?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בַּסַּל 25 בֵּיצִים. אוֹרְזִים 5 בֵּיצִים בְּכָל קֻפְסָה. כָּל קֻפְסָה נִמְכֶּרֶת בְּ־10 ₪. כַּמָּה כֶּסֶף יְקַבְּלוּ עַל כָּל הַקֻּפְסָאוֹת?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🥚 25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3F6212"/>
          <w:sz w:val="26"/>
          <w:szCs w:val="26"/>
          <w:rtl/>
        </w:rPr>
        <w:t>17. חַלְּקוּ שָׁוֶה בְּשָׁוֶה. גִּזְרוּ אֶת כַּרְטִיסֵי הַתְּשׁוּבוֹת, וְהַדְבִּיקוּ כָּל תְּשׁוּבָה לְיַד הַשְּׁאֵלָה.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12 עוּגִיּוֹת לְ-3 צַלָּחוֹת. בְּכָל צַלַּחַת: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10 עֶפְרוֹנוֹת לִ-2 קֻפְסָאוֹת. בְּכָל קֻפְסָה: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20 כַּדּוּרִים לְ-10 סַלִּים. בְּכָל סַל: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15 פְּרָחִים לַ-5 אֲגַרְטָלִים. בְּכָל אֲגַרְטָל: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3F6212"/>
          <w:sz w:val="26"/>
          <w:szCs w:val="26"/>
          <w:rtl/>
        </w:rPr>
        <w:t>18. מִתְחוּ קַו מִכָּל תַּרְגִּיל חִלּוּק אֶל הַתְּשׁוּבָה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‪8 : 2‬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3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‪30 : 10‬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2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‪25 : 5‬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4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‪12 : 2‬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5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‪20 : 10‬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מבוא לחילוק: חלוקה שווה ומדידה (כמה קבוצות?)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5, מְשִׂימָה 17.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2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4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מבוא לחילוק: חלוקה שווה ומדידה (כמה קבוצות?)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חַלְּקוּ שָׁוֶה בְּשָׁוֶה לִשְׁתֵּי קְבוּצוֹת. כַּמָּה בְּכָל קְבוּצָה?</w:t>
      </w:r>
    </w:p>
    <w:p>
      <w:pPr>
        <w:bidi/>
        <w:spacing w:before="0" w:after="40"/>
        <w:jc w:val="both"/>
      </w:pPr>
      <w:r>
        <w:rPr>
          <w:rtl/>
        </w:rPr>
        <w:t>א. 🍓🍓🍓🍓🍓🍓🍓🍓 – בְּכָל קְבוּצָה 4</w:t>
      </w:r>
    </w:p>
    <w:p>
      <w:pPr>
        <w:bidi/>
        <w:spacing w:before="0" w:after="40"/>
        <w:jc w:val="both"/>
      </w:pPr>
      <w:r>
        <w:rPr>
          <w:rtl/>
        </w:rPr>
        <w:t>ב. 🎈🎈🎈🎈🎈🎈 – בְּכָל קְבוּצָה 3</w:t>
      </w:r>
    </w:p>
    <w:p>
      <w:pPr>
        <w:bidi/>
        <w:spacing w:before="0" w:after="40"/>
        <w:jc w:val="both"/>
      </w:pPr>
      <w:r>
        <w:rPr>
          <w:rtl/>
        </w:rPr>
        <w:t>ג. ⚽⚽⚽⚽⚽⚽⚽⚽⚽⚽ – בְּכָל קְבוּצָה 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כַּמָּה זוּגוֹת?</w:t>
      </w:r>
    </w:p>
    <w:p>
      <w:pPr>
        <w:bidi/>
        <w:spacing w:before="0" w:after="40"/>
        <w:jc w:val="both"/>
      </w:pPr>
      <w:r>
        <w:rPr>
          <w:rtl/>
        </w:rPr>
        <w:t>א. 🧦🧦🧦🧦🧦🧦 = 3 זוּגוֹת</w:t>
      </w:r>
    </w:p>
    <w:p>
      <w:pPr>
        <w:bidi/>
        <w:spacing w:before="0" w:after="40"/>
        <w:jc w:val="both"/>
      </w:pPr>
      <w:r>
        <w:rPr>
          <w:rtl/>
        </w:rPr>
        <w:t>ב. 👟👟👟👟👟👟👟👟 = 4 זוּגוֹת</w:t>
      </w:r>
    </w:p>
    <w:p>
      <w:pPr>
        <w:bidi/>
        <w:spacing w:before="0" w:after="40"/>
        <w:jc w:val="both"/>
      </w:pPr>
      <w:r>
        <w:rPr>
          <w:rtl/>
        </w:rPr>
        <w:t>ג. 🧤🧤🧤🧤 = 2 זוּגוֹת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</w:t>
      </w:r>
    </w:p>
    <w:p>
      <w:pPr>
        <w:bidi/>
        <w:spacing w:before="0" w:after="40"/>
        <w:jc w:val="both"/>
      </w:pPr>
      <w:r>
        <w:rPr>
          <w:rtl/>
        </w:rPr>
        <w:t>א. ‪4 : 2 = 2‬</w:t>
      </w:r>
    </w:p>
    <w:p>
      <w:pPr>
        <w:bidi/>
        <w:spacing w:before="0" w:after="40"/>
        <w:jc w:val="both"/>
      </w:pPr>
      <w:r>
        <w:rPr>
          <w:rtl/>
        </w:rPr>
        <w:t>ב. ‪10 : 2 = 5‬</w:t>
      </w:r>
    </w:p>
    <w:p>
      <w:pPr>
        <w:bidi/>
        <w:spacing w:before="0" w:after="40"/>
        <w:jc w:val="both"/>
      </w:pPr>
      <w:r>
        <w:rPr>
          <w:rtl/>
        </w:rPr>
        <w:t>ג. ‪10 : 5 = 2‬</w:t>
      </w:r>
    </w:p>
    <w:p>
      <w:pPr>
        <w:bidi/>
        <w:spacing w:before="0" w:after="40"/>
        <w:jc w:val="both"/>
      </w:pPr>
      <w:r>
        <w:rPr>
          <w:rtl/>
        </w:rPr>
        <w:t>ד. ‪20 : 10 = 2‬</w:t>
      </w:r>
    </w:p>
    <w:p>
      <w:pPr>
        <w:bidi/>
        <w:spacing w:before="0" w:after="40"/>
        <w:jc w:val="both"/>
      </w:pPr>
      <w:r>
        <w:rPr>
          <w:rtl/>
        </w:rPr>
        <w:t>ה. ‪6 : 2 = 3‬</w:t>
      </w:r>
    </w:p>
    <w:p>
      <w:pPr>
        <w:bidi/>
        <w:spacing w:before="0" w:after="40"/>
        <w:jc w:val="both"/>
      </w:pPr>
      <w:r>
        <w:rPr>
          <w:rtl/>
        </w:rPr>
        <w:t>ו. ‪15 : 5 =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הַשְׁלִימוּ: תַּרְגִּיל כֶּפֶל וְתַרְגִּיל חִלּוּק.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כֶּפֶל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חִלּוּק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5 = 15‬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‪15 : 5 = 3‬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2 =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‪8 : 2 = 4‬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10 = 60‬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‪60 : 10 = 6‬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פִּתְרוּ.</w:t>
      </w:r>
    </w:p>
    <w:p>
      <w:pPr>
        <w:bidi/>
        <w:spacing w:before="0" w:after="40"/>
        <w:jc w:val="both"/>
      </w:pPr>
      <w:r>
        <w:rPr>
          <w:rtl/>
        </w:rPr>
        <w:t>א. ‪12 : 2 = 6‬</w:t>
      </w:r>
    </w:p>
    <w:p>
      <w:pPr>
        <w:bidi/>
        <w:spacing w:before="0" w:after="40"/>
        <w:jc w:val="both"/>
      </w:pPr>
      <w:r>
        <w:rPr>
          <w:rtl/>
        </w:rPr>
        <w:t>ב. ‪25 : 5 = 5‬</w:t>
      </w:r>
    </w:p>
    <w:p>
      <w:pPr>
        <w:bidi/>
        <w:spacing w:before="0" w:after="40"/>
        <w:jc w:val="both"/>
      </w:pPr>
      <w:r>
        <w:rPr>
          <w:rtl/>
        </w:rPr>
        <w:t>ג. ‪40 : 10 = 4‬</w:t>
      </w:r>
    </w:p>
    <w:p>
      <w:pPr>
        <w:bidi/>
        <w:spacing w:before="0" w:after="40"/>
        <w:jc w:val="both"/>
      </w:pPr>
      <w:r>
        <w:rPr>
          <w:rtl/>
        </w:rPr>
        <w:t>ד. ‪16 : 2 = 8‬</w:t>
      </w:r>
    </w:p>
    <w:p>
      <w:pPr>
        <w:bidi/>
        <w:spacing w:before="0" w:after="40"/>
        <w:jc w:val="both"/>
      </w:pPr>
      <w:r>
        <w:rPr>
          <w:rtl/>
        </w:rPr>
        <w:t>ה. ‪30 : 5 = 6‬</w:t>
      </w:r>
    </w:p>
    <w:p>
      <w:pPr>
        <w:bidi/>
        <w:spacing w:before="0" w:after="40"/>
        <w:jc w:val="both"/>
      </w:pPr>
      <w:r>
        <w:rPr>
          <w:rtl/>
        </w:rPr>
        <w:t>ו. ‪70 : 10 = 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חִסּוּר חוֹזֵר. כַּמָּה פְּעָמִים?</w:t>
      </w:r>
    </w:p>
    <w:p>
      <w:pPr>
        <w:bidi/>
        <w:spacing w:before="0" w:after="40"/>
        <w:jc w:val="both"/>
      </w:pPr>
      <w:r>
        <w:rPr>
          <w:rtl/>
        </w:rPr>
        <w:t>א. ‪10 - 2 - 2 - 2 - 2 - 2 = 0‬, לָכֵן ‪10 : 2 = 5‬</w:t>
      </w:r>
    </w:p>
    <w:p>
      <w:pPr>
        <w:bidi/>
        <w:spacing w:before="0" w:after="40"/>
        <w:jc w:val="both"/>
      </w:pPr>
      <w:r>
        <w:rPr>
          <w:rtl/>
        </w:rPr>
        <w:t>ב. ‪20 - 5 - 5 - 5 - 5 = 0‬, לָכֵן ‪20 : 5 = 4‬</w:t>
      </w:r>
    </w:p>
    <w:p>
      <w:pPr>
        <w:bidi/>
        <w:spacing w:before="0" w:after="40"/>
        <w:jc w:val="both"/>
      </w:pPr>
      <w:r>
        <w:rPr>
          <w:rtl/>
        </w:rPr>
        <w:t>ג. ‪30 - 10 - 10 - 10 = 0‬, לָכֵן ‪30 : 10 =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‪8 : 2 = 4‬ כִּי ‪4 × 2 = 8‬. – נכון</w:t>
      </w:r>
    </w:p>
    <w:p>
      <w:pPr>
        <w:bidi/>
        <w:spacing w:before="0" w:after="40"/>
        <w:jc w:val="both"/>
      </w:pPr>
      <w:r>
        <w:rPr>
          <w:rtl/>
        </w:rPr>
        <w:t>ב. ‪20 : 5 = 5‬ – לא נכון – ‪20 : 5 = 4‬</w:t>
      </w:r>
    </w:p>
    <w:p>
      <w:pPr>
        <w:bidi/>
        <w:spacing w:before="0" w:after="40"/>
        <w:jc w:val="both"/>
      </w:pPr>
      <w:r>
        <w:rPr>
          <w:rtl/>
        </w:rPr>
        <w:t>ג. ‪50 : 10 = 5‬ – נכון</w:t>
      </w:r>
    </w:p>
    <w:p>
      <w:pPr>
        <w:bidi/>
        <w:spacing w:before="0" w:after="40"/>
        <w:jc w:val="both"/>
      </w:pPr>
      <w:r>
        <w:rPr>
          <w:rtl/>
        </w:rPr>
        <w:t>ד. ‪14 : 2 = 6‬ – לא נכון – ‪14 : 2 = 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הַתְאִימוּ חִלּוּק לַתּוֹצָאָה.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‪18 :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‪35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‪80 :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‪12 :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‪50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צַיְּרוּ 12 עִגּוּלִים וְחַלְּקוּ אוֹתָם לְ־3 קְבוּצוֹת שָׁווֹת. כִּתְבוּ תַּרְגִּיל חִלּוּק.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‪12 : 3 = 4‬. בְּכָל קְבוּצָה 4 עִגּוּלִים.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מָה חָסֵר?</w:t>
      </w:r>
    </w:p>
    <w:p>
      <w:pPr>
        <w:bidi/>
        <w:spacing w:before="0" w:after="40"/>
        <w:jc w:val="both"/>
      </w:pPr>
      <w:r>
        <w:rPr>
          <w:rtl/>
        </w:rPr>
        <w:t>א. ‪18 : 2 = 9‬</w:t>
      </w:r>
    </w:p>
    <w:p>
      <w:pPr>
        <w:bidi/>
        <w:spacing w:before="0" w:after="40"/>
        <w:jc w:val="both"/>
      </w:pPr>
      <w:r>
        <w:rPr>
          <w:rtl/>
        </w:rPr>
        <w:t>ב. ‪30 : 5 = 6‬</w:t>
      </w:r>
    </w:p>
    <w:p>
      <w:pPr>
        <w:bidi/>
        <w:spacing w:before="0" w:after="40"/>
        <w:jc w:val="both"/>
      </w:pPr>
      <w:r>
        <w:rPr>
          <w:rtl/>
        </w:rPr>
        <w:t>ג. ‪40 : 10 = 4‬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לְאִמָּא 8 סֻכָּרִיּוֹת. הִיא חִלְּקָה אוֹתָן שָׁוֶה בְּשָׁוֶה לְ־2 יְלָדִים. כַּמָּה סֻכָּרִיּוֹת קִבֵּל כָּל יֶלֶד?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: 2 = 4‬ ; בְּדִיקָה: ‪4 × 2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כָּל יֶלֶד קִבֵּל 4 סֻכָּרִיּוֹת.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יֵשׁ 10 גַּלְגַּלִּים. לְכָל אוֹפַנַּיִם צָרִיךְ 2 גַּלְגַּלִּים. לְכַמָּה אוֹפַנַּיִם יַסְפִּיקוּ הַגַּלְגַּלִּים?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: 2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הַגַּלְגַּלִּים יַסְפִּיקוּ לְ־5 אוֹפַנַּיִם.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בַּכִּתָּה 20 תַּלְמִידִים. הַמּוֹרֶה סִדֵּר אוֹתָם בִּקְבוּצוֹת שֶׁל 5. כַּמָּה קְבוּצוֹת יֵשׁ?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‪20 : 5 = 4‬ ; בְּדִיקָה: ‪4 × 5 = 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יֵשׁ 4 קְבוּצוֹת.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נוֹעַם קָטַף 30 תַּפּוּחִים וְסִדֵּר אוֹתָם שָׁוֶה בְּשָׁוֶה בְּ־10 סַלִּים. כַּמָּה תַּפּוּחִים בְּכָל סַל?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‪30 : 10 = 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בְּכָל סַל 3 תַּפּוּחִים.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לְאֵלִיָּה 14 מַדְבֵּקוֹת וּלְאָחִיו 6 מַדְבֵּקוֹת. הֵם שָׂמוּ אוֹתָן יַחַד וְחִלְּקוּ שָׁוֶה בְּשָׁוֶה בֵּינֵיהֶם. כַּמָּה קִבֵּל כָּל אֶחָד?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‪14 + 6 = 20‬ ; ‪20 : 2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כָּל אֶחָד קִבֵּל 10 מַדְבֵּקוֹת.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בַּסַּל 25 בֵּיצִים. אוֹרְזִים 5 בֵּיצִים בְּכָל קֻפְסָה. כָּל קֻפְסָה נִמְכֶּרֶת בְּ־10 ₪. כַּמָּה כֶּסֶף יְקַבְּלוּ עַל כָּל הַקֻּפְסָאוֹת?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‪25 : 5 = 5‬ קֻפְסָאוֹת ; ‪5 × 10 = 50‬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יְקַבְּלוּ 50 ₪.</w:t>
      </w:r>
    </w:p>
    <w:p>
      <w:pPr>
        <w:bidi/>
        <w:spacing w:before="160" w:after="60"/>
        <w:jc w:val="both"/>
      </w:pPr>
      <w:r>
        <w:rPr>
          <w:b/>
          <w:bCs/>
          <w:color w:val="3F6212"/>
          <w:sz w:val="26"/>
          <w:szCs w:val="26"/>
          <w:rtl/>
        </w:rPr>
        <w:t>17. חַלְּקוּ שָׁוֶה בְּשָׁוֶה. גִּזְרוּ אֶת כַּרְטִיסֵי הַתְּשׁוּבוֹת, וְהַדְבִּיקוּ כָּל תְּשׁוּבָה לְיַד הַשְּׁאֵלָה.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12 עוּגִיּוֹת לְ-3 צַלָּחוֹת. בְּכָל צַלַּחַת: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4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10 עֶפְרוֹנוֹת לִ-2 קֻפְסָאוֹת. בְּכָל קֻפְסָה: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20 כַּדּוּרִים לְ-10 סַלִּים. בְּכָל סַל: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2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15 פְּרָחִים לַ-5 אֲגַרְטָלִים. בְּכָל אֲגַרְטָל: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3F6212"/>
          <w:sz w:val="26"/>
          <w:szCs w:val="26"/>
          <w:rtl/>
        </w:rPr>
        <w:t>18. מִתְחוּ קַו מִכָּל תַּרְגִּיל חִלּוּק אֶל הַתְּשׁוּבָה שֶׁלּוֹ.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‪8 : 2‬  ←  ג. 4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‪30 : 10‬  ←  א. 3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‪25 : 5‬  ←  ד. 5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‪12 : 2‬  ←  ה. 6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‪20 : 10‬  ←  ב. 2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