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מדידות: אורך (ס"מ ומטר), שעון (שעה וחצי שעה) וכסף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דַּף סִכּוּם: אֹרֶךְ, זְמַן וְכֶסֶף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אֹרֶךְ</w:t>
      </w:r>
    </w:p>
    <w:p>
      <w:pPr>
        <w:bidi/>
        <w:spacing w:before="0" w:after="40"/>
        <w:jc w:val="both"/>
      </w:pPr>
      <w:r>
        <w:rPr>
          <w:rtl/>
        </w:rPr>
        <w:t>מוֹדְדִים בְּסַרְגֵּל מִן הָאֶפֶס.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זוֹכְרִים: 1 מֶטֶר = 100 ס"מ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זְמַן</w:t>
      </w:r>
    </w:p>
    <w:p>
      <w:pPr>
        <w:bidi/>
        <w:spacing w:before="0" w:after="20"/>
        <w:jc w:val="both"/>
      </w:pPr>
      <w:r>
        <w:rPr>
          <w:rtl/>
        </w:rPr>
        <w:t>1. הַמָּחוֹג הַגָּדוֹל עַל 12 – שָׁעָה שְׁלֵמָה.</w:t>
      </w:r>
    </w:p>
    <w:p>
      <w:pPr>
        <w:bidi/>
        <w:spacing w:before="0" w:after="20"/>
        <w:jc w:val="both"/>
      </w:pPr>
      <w:r>
        <w:rPr>
          <w:rtl/>
        </w:rPr>
        <w:t>2. הַמָּחוֹג הַגָּדוֹל עַל 6 – וָחֵצִי.</w:t>
      </w:r>
    </w:p>
    <w:p>
      <w:pPr>
        <w:bidi/>
        <w:spacing w:before="0" w:after="20"/>
        <w:jc w:val="both"/>
      </w:pPr>
      <w:r>
        <w:rPr>
          <w:rtl/>
        </w:rPr>
        <w:t>3. בְּשָׁעָה 60 דַּקּוֹת, בַּחֲצִי שָׁעָה 30 דַּקּוֹת.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כֶּסֶף</w:t>
      </w:r>
    </w:p>
    <w:p>
      <w:pPr>
        <w:bidi/>
        <w:spacing w:before="0" w:after="40"/>
        <w:jc w:val="both"/>
      </w:pPr>
      <w:r>
        <w:rPr>
          <w:rtl/>
        </w:rPr>
        <w:t>1 ₪ הוּא 100 אֲגוֹרוֹת.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מַטְבְּעוֹת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שְׁטָרוֹת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1, 2, 5, 10 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20, 50, 100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בַּמְּדִידָה שָׂמִים אֶת הַסַּרְגֵּל בְּדִיּוּק עַל הָאֶפֶס.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קָנִיתִי בְּ־14 ₪ וְשִׁלַּמְתִּי 20 ₪. כַּמָּה עֹדֶף?</w:t>
      </w:r>
    </w:p>
    <w:p>
      <w:pPr>
        <w:bidi/>
        <w:spacing w:before="0" w:after="20"/>
        <w:jc w:val="both"/>
      </w:pPr>
      <w:r>
        <w:rPr>
          <w:rtl/>
        </w:rPr>
        <w:t>1. ‪20 - 14 = 6‬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6 ₪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הַשְׁלִימוּ:</w:t>
      </w:r>
    </w:p>
    <w:p>
      <w:pPr>
        <w:bidi/>
        <w:spacing w:before="0" w:after="60"/>
        <w:jc w:val="both"/>
      </w:pPr>
      <w:r>
        <w:rPr>
          <w:rtl/>
        </w:rPr>
        <w:t>א. 1 מֶטֶר = __________ ס"מ</w:t>
      </w:r>
    </w:p>
    <w:p>
      <w:pPr>
        <w:bidi/>
        <w:spacing w:before="0" w:after="60"/>
        <w:jc w:val="both"/>
      </w:pPr>
      <w:r>
        <w:rPr>
          <w:rtl/>
        </w:rPr>
        <w:t>ב. בַּחֲצִי שָׁעָה __________ דַּקּוֹת.</w:t>
      </w:r>
    </w:p>
    <w:p>
      <w:pPr>
        <w:bidi/>
        <w:spacing w:before="0" w:after="60"/>
        <w:jc w:val="both"/>
      </w:pPr>
      <w:r>
        <w:rPr>
          <w:rtl/>
        </w:rPr>
        <w:t>ג. 10 ₪ + 5 ₪ = __________ ₪</w:t>
      </w:r>
    </w:p>
    <w:p>
      <w:pPr>
        <w:bidi/>
        <w:spacing w:before="0" w:after="60"/>
        <w:jc w:val="both"/>
      </w:pPr>
      <w:r>
        <w:rPr>
          <w:rtl/>
        </w:rPr>
        <w:t>ד. 30 ס"מ + 20 ס"מ = __________ ס"מ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100 · ב. 30 · ג. 15 · ד. 50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