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ב'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שם: ____________________   כיתה: ________   תאריך: __________</w:t>
      </w:r>
    </w:p>
    <w:p>
      <w:pPr>
        <w:bidi/>
        <w:spacing w:before="0" w:after="120"/>
        <w:jc w:val="both"/>
      </w:pPr>
      <w:r>
        <w:rPr>
          <w:rFonts w:ascii="Aharoni" w:hAnsi="Aharoni" w:cs="Aharoni"/>
          <w:b/>
          <w:bCs/>
          <w:color w:val="1D4ED8"/>
          <w:sz w:val="44"/>
          <w:szCs w:val="44"/>
          <w:rtl/>
        </w:rPr>
        <w:t>מדידות: אורך (ס"מ ומטר), שעון (שעה וחצי שעה) וכסף</w:t>
      </w:r>
    </w:p>
    <w:p>
      <w:pPr>
        <w:bidi/>
        <w:spacing w:before="120" w:after="40"/>
        <w:jc w:val="both"/>
      </w:pPr>
      <w:r>
        <w:rPr>
          <w:rFonts w:ascii="Aharoni" w:hAnsi="Aharoni" w:cs="Aharoni"/>
          <w:b/>
          <w:bCs/>
          <w:color w:val="1D4ED8"/>
          <w:sz w:val="27"/>
          <w:szCs w:val="27"/>
          <w:rtl/>
        </w:rPr>
        <w:t>📘 איך פותרים?</w:t>
      </w:r>
    </w:p>
    <w:p>
      <w:pPr>
        <w:bidi/>
        <w:spacing w:before="0" w:after="20"/>
        <w:jc w:val="both"/>
      </w:pPr>
      <w:r>
        <w:rPr>
          <w:rtl/>
        </w:rPr>
        <w:t>1. שָׁלָב 1: קוֹרְאִים מָה מוֹדְדִים: אֹרֶךְ, זְמַן אוֹ כֶּסֶף.</w:t>
      </w:r>
    </w:p>
    <w:p>
      <w:pPr>
        <w:bidi/>
        <w:spacing w:before="0" w:after="20"/>
        <w:jc w:val="both"/>
      </w:pPr>
      <w:r>
        <w:rPr>
          <w:rtl/>
        </w:rPr>
        <w:t>2. שָׁלָב 2: בּוֹדְקִים שֶׁכָּל הַמִּסְפָּרִים בְּאוֹתָהּ יְחִידָה (ס"מ, שָׁעוֹת, ₪).</w:t>
      </w:r>
    </w:p>
    <w:p>
      <w:pPr>
        <w:bidi/>
        <w:spacing w:before="0" w:after="20"/>
        <w:jc w:val="both"/>
      </w:pPr>
      <w:r>
        <w:rPr>
          <w:rtl/>
        </w:rPr>
        <w:t>3. שָׁלָב 3: מְחַבְּרִים אוֹ מְחַסְּרִים, וְכוֹתְבִים אֶת הַיְּחִידָה בַּתְּשׁוּבָה.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עִפָּרוֹן אָרְכּוֹ 14 ס"מ, וּמַחַק אָרְכּוֹ 5 ס"מ. בְּכַמָּה הָעִפָּרוֹן אָרֹךְ יוֹתֵר?</w:t>
      </w:r>
    </w:p>
    <w:p>
      <w:pPr>
        <w:bidi/>
        <w:spacing w:before="0" w:after="20"/>
        <w:jc w:val="both"/>
      </w:pPr>
      <w:r>
        <w:rPr>
          <w:rtl/>
        </w:rPr>
        <w:t>1. שְׁנֵי הָאֳרָכִים בְּס"מ.</w:t>
      </w:r>
    </w:p>
    <w:p>
      <w:pPr>
        <w:bidi/>
        <w:spacing w:before="0" w:after="20"/>
        <w:jc w:val="both"/>
      </w:pPr>
      <w:r>
        <w:rPr>
          <w:rtl/>
        </w:rPr>
        <w:t>2. ‪14 - 5 = 9‬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9 ס"מ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הַשְׁלִימוּ.</w:t>
      </w:r>
    </w:p>
    <w:p>
      <w:pPr>
        <w:bidi/>
        <w:spacing w:before="0" w:after="60"/>
        <w:jc w:val="both"/>
      </w:pPr>
      <w:r>
        <w:rPr>
          <w:rtl/>
        </w:rPr>
        <w:t>א. 1 מֶטֶר = __________ ס"מ</w:t>
      </w:r>
    </w:p>
    <w:p>
      <w:pPr>
        <w:bidi/>
        <w:spacing w:before="0" w:after="60"/>
        <w:jc w:val="both"/>
      </w:pPr>
      <w:r>
        <w:rPr>
          <w:rtl/>
        </w:rPr>
        <w:t>ב. בְּשָׁעָה יֵשׁ __________ דַּקּוֹת.</w:t>
      </w:r>
    </w:p>
    <w:p>
      <w:pPr>
        <w:bidi/>
        <w:spacing w:before="0" w:after="60"/>
        <w:jc w:val="both"/>
      </w:pPr>
      <w:r>
        <w:rPr>
          <w:rtl/>
        </w:rPr>
        <w:t>ג. בַּחֲצִי שָׁעָה יֵשׁ __________ דַּקּוֹת.</w:t>
      </w:r>
    </w:p>
    <w:p>
      <w:pPr>
        <w:bidi/>
        <w:spacing w:before="0" w:after="60"/>
        <w:jc w:val="both"/>
      </w:pPr>
      <w:r>
        <w:rPr>
          <w:rtl/>
        </w:rPr>
        <w:t>ד. 1 ₪ = __________ אֲגוֹרוֹת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חַשְּׁבוּ אֳרָכִים.</w:t>
      </w:r>
    </w:p>
    <w:p>
      <w:pPr>
        <w:bidi/>
        <w:spacing w:before="0" w:after="60"/>
        <w:jc w:val="both"/>
      </w:pPr>
      <w:r>
        <w:rPr>
          <w:rtl/>
        </w:rPr>
        <w:t>א. 8 ס"מ + 7 ס"מ = __________ ס"מ</w:t>
      </w:r>
    </w:p>
    <w:p>
      <w:pPr>
        <w:bidi/>
        <w:spacing w:before="0" w:after="60"/>
        <w:jc w:val="both"/>
      </w:pPr>
      <w:r>
        <w:rPr>
          <w:rtl/>
        </w:rPr>
        <w:t>ב. 20 ס"מ - 6 ס"מ = __________ ס"מ</w:t>
      </w:r>
    </w:p>
    <w:p>
      <w:pPr>
        <w:bidi/>
        <w:spacing w:before="0" w:after="60"/>
        <w:jc w:val="both"/>
      </w:pPr>
      <w:r>
        <w:rPr>
          <w:rtl/>
        </w:rPr>
        <w:t>ג. 35 ס"מ + 10 ס"מ = __________ ס"מ</w:t>
      </w:r>
    </w:p>
    <w:p>
      <w:pPr>
        <w:bidi/>
        <w:spacing w:before="0" w:after="60"/>
        <w:jc w:val="both"/>
      </w:pPr>
      <w:r>
        <w:rPr>
          <w:rtl/>
        </w:rPr>
        <w:t>ד. 50 ס"מ + 50 ס"מ = __________ ס"מ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כַּמָּה כֶּסֶף?</w:t>
      </w:r>
    </w:p>
    <w:p>
      <w:pPr>
        <w:bidi/>
        <w:spacing w:before="0" w:after="60"/>
        <w:jc w:val="both"/>
      </w:pPr>
      <w:r>
        <w:rPr>
          <w:rtl/>
        </w:rPr>
        <w:t>א. 🪙 10 ₪ + 🪙 5 ₪ + 🪙 2 ₪ = __________ ₪</w:t>
      </w:r>
    </w:p>
    <w:p>
      <w:pPr>
        <w:bidi/>
        <w:spacing w:before="0" w:after="60"/>
        <w:jc w:val="both"/>
      </w:pPr>
      <w:r>
        <w:rPr>
          <w:rtl/>
        </w:rPr>
        <w:t>ב. 💵 20 ₪ + 🪙 10 ₪ = __________ ₪</w:t>
      </w:r>
    </w:p>
    <w:p>
      <w:pPr>
        <w:bidi/>
        <w:spacing w:before="0" w:after="60"/>
        <w:jc w:val="both"/>
      </w:pPr>
      <w:r>
        <w:rPr>
          <w:rtl/>
        </w:rPr>
        <w:t>ג. 🪙 5 ₪ + 🪙 5 ₪ + 🪙 1 ₪ = __________ ₪</w:t>
      </w:r>
    </w:p>
    <w:p>
      <w:pPr>
        <w:bidi/>
        <w:spacing w:before="0" w:after="60"/>
        <w:jc w:val="both"/>
      </w:pPr>
      <w:r>
        <w:rPr>
          <w:rtl/>
        </w:rPr>
        <w:t>ד. 💵 50 ₪ + 💵 20 ₪ = __________ 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[קל] הַתְאִימוּ שָׁעוֹן לַשָּׁעָה.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🕐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עֶשֶׂר וָחֵצִי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🕓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שָׁעָה 12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🕖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שָׁעָה 1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🕥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שָׁעָה 4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🕛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שָׁעָה 7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[בינוני] מָה הַשָּׁעָה אַחֲרֵי?</w:t>
      </w:r>
    </w:p>
    <w:p>
      <w:pPr>
        <w:bidi/>
        <w:spacing w:before="0" w:after="60"/>
        <w:jc w:val="both"/>
      </w:pPr>
      <w:r>
        <w:rPr>
          <w:rtl/>
        </w:rPr>
        <w:t>א. עַכְשָׁו שָׁעָה 3. אַחֲרֵי 2 שָׁעוֹת: שָׁעָה __________</w:t>
      </w:r>
    </w:p>
    <w:p>
      <w:pPr>
        <w:bidi/>
        <w:spacing w:before="0" w:after="60"/>
        <w:jc w:val="both"/>
      </w:pPr>
      <w:r>
        <w:rPr>
          <w:rtl/>
        </w:rPr>
        <w:t>ב. עַכְשָׁו שָׁעָה 8. אַחֲרֵי 4 שָׁעוֹת: שָׁעָה __________</w:t>
      </w:r>
    </w:p>
    <w:p>
      <w:pPr>
        <w:bidi/>
        <w:spacing w:before="0" w:after="60"/>
        <w:jc w:val="both"/>
      </w:pPr>
      <w:r>
        <w:rPr>
          <w:rtl/>
        </w:rPr>
        <w:t>ג. עַכְשָׁו שָׁעָה 6. לִפְנֵי 3 שָׁעוֹת: שָׁעָה 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[בינוני] הַשְׁלִימוּ אֶת הָעֹדֶף.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מְחִיר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שִׁלַּמְתִּי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עֹדֶף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7 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 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15 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20 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32 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50 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64 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100 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כִּתְבוּ &gt; אוֹ &lt; אוֹ =.</w:t>
      </w:r>
    </w:p>
    <w:p>
      <w:pPr>
        <w:bidi/>
        <w:spacing w:before="0" w:after="60"/>
        <w:jc w:val="both"/>
      </w:pPr>
      <w:r>
        <w:rPr>
          <w:rtl/>
        </w:rPr>
        <w:t>א. 45 ס"מ __________ 54 ס"מ</w:t>
      </w:r>
    </w:p>
    <w:p>
      <w:pPr>
        <w:bidi/>
        <w:spacing w:before="0" w:after="60"/>
        <w:jc w:val="both"/>
      </w:pPr>
      <w:r>
        <w:rPr>
          <w:rtl/>
        </w:rPr>
        <w:t>ב. 1 מֶטֶר __________ 100 ס"מ</w:t>
      </w:r>
    </w:p>
    <w:p>
      <w:pPr>
        <w:bidi/>
        <w:spacing w:before="0" w:after="60"/>
        <w:jc w:val="both"/>
      </w:pPr>
      <w:r>
        <w:rPr>
          <w:rtl/>
        </w:rPr>
        <w:t>ג. 60 ס"מ __________ 1 מֶטֶר</w:t>
      </w:r>
    </w:p>
    <w:p>
      <w:pPr>
        <w:bidi/>
        <w:spacing w:before="0" w:after="60"/>
        <w:jc w:val="both"/>
      </w:pPr>
      <w:r>
        <w:rPr>
          <w:rtl/>
        </w:rPr>
        <w:t>ד. חֲצִי שָׁעָה __________ 30 דַּקּוֹת</w:t>
      </w:r>
    </w:p>
    <w:p>
      <w:pPr>
        <w:bidi/>
        <w:spacing w:before="0" w:after="60"/>
        <w:jc w:val="both"/>
      </w:pPr>
      <w:r>
        <w:rPr>
          <w:rtl/>
        </w:rPr>
        <w:t>ה. 2 ₪ __________ 150 אֲגוֹרוֹת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נָכוֹן אוֹ לֹא נָכוֹן?</w:t>
      </w:r>
    </w:p>
    <w:p>
      <w:pPr>
        <w:bidi/>
        <w:spacing w:before="0" w:after="60"/>
        <w:jc w:val="both"/>
      </w:pPr>
      <w:r>
        <w:rPr>
          <w:rtl/>
        </w:rPr>
        <w:t>א. מֶטֶר אָרֹךְ יוֹתֵר מִ־90 ס"מ.      נכון / לא נכון</w:t>
      </w:r>
    </w:p>
    <w:p>
      <w:pPr>
        <w:bidi/>
        <w:spacing w:before="0" w:after="60"/>
        <w:jc w:val="both"/>
      </w:pPr>
      <w:r>
        <w:rPr>
          <w:rtl/>
        </w:rPr>
        <w:t>ב. בְּשָׁעָה יֵשׁ 100 דַּקּוֹת.      נכון / לא נכון</w:t>
      </w:r>
    </w:p>
    <w:p>
      <w:pPr>
        <w:bidi/>
        <w:spacing w:before="0" w:after="60"/>
        <w:jc w:val="both"/>
      </w:pPr>
      <w:r>
        <w:rPr>
          <w:rtl/>
        </w:rPr>
        <w:t>ג. 2 מַטְבְּעוֹת שֶׁל 50 אֲגוֹרוֹת הֵם 1 ₪.      נכון / לא נכון</w:t>
      </w:r>
    </w:p>
    <w:p>
      <w:pPr>
        <w:bidi/>
        <w:spacing w:before="0" w:after="60"/>
        <w:jc w:val="both"/>
      </w:pPr>
      <w:r>
        <w:rPr>
          <w:rtl/>
        </w:rPr>
        <w:t>ד. שָׁלוֹשׁ וָחֵצִי בָּא לִפְנֵי שָׁעָה 3.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מִדְדוּ בְּסַרְגֵּל קַו שֶׁל 9 ס"מ וְקַו שֶׁל 6 ס"מ. בְּכַמָּה הַקַּו הָרִאשׁוֹן אָרֹךְ יוֹתֵר?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[אתגר] אֶתְגָּר: כִּתְבוּ שָׁלוֹשׁ דְּרָכִים לְשַׁלֵּם 20 ₪ בְּמַטְבְּעוֹת.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240" w:after="40"/>
        <w:jc w:val="both"/>
      </w:pPr>
      <w:r>
        <w:rPr>
          <w:rFonts w:ascii="Aharoni" w:hAnsi="Aharoni" w:cs="Aharoni"/>
          <w:b/>
          <w:bCs/>
          <w:color w:val="1D4ED8"/>
          <w:sz w:val="34"/>
          <w:szCs w:val="34"/>
          <w:rtl/>
        </w:rPr>
        <w:t>📖 בעיות מילוליות</w:t>
      </w:r>
    </w:p>
    <w:p>
      <w:pPr>
        <w:bidi/>
        <w:spacing w:before="0" w:after="80"/>
        <w:jc w:val="both"/>
      </w:pPr>
      <w:r>
        <w:rPr>
          <w:color w:val="5B6476"/>
          <w:sz w:val="22"/>
          <w:szCs w:val="22"/>
          <w:rtl/>
        </w:rPr>
        <w:t>קראו בעיון · כתבו את דרך הפתרון · כתבו תשובה במשפט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[קל] סֶרֶט אֶחָד אָרְכּוֹ 12 ס"מ, וְסֶרֶט שֵׁנִי 6 ס"מ. מַה הָאֹרֶךְ שֶׁל שְׁנֵי הַסְּרָטִים יַחַד?</w:t>
      </w:r>
    </w:p>
    <w:p>
      <w:pPr>
        <w:bidi/>
        <w:spacing w:before="0" w:after="40"/>
        <w:jc w:val="center"/>
      </w:pPr>
      <w:r>
        <w:rPr>
          <w:sz w:val="44"/>
          <w:szCs w:val="44"/>
          <w:rtl/>
        </w:rPr>
        <w:t>🎀 12 ➕ 🎀 6</w:t>
      </w:r>
    </w:p>
    <w:p>
      <w:pPr>
        <w:bidi/>
        <w:spacing w:before="0" w:after="20"/>
        <w:jc w:val="both"/>
      </w:pPr>
      <w:r>
        <w:rPr>
          <w:b/>
          <w:bCs/>
          <w:color w:val="1D4ED8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[קל] כַּדּוּר עוֹלֶה 8 ₪ וּבַקְבּוּק מַיִם עוֹלֶה 4 ₪. כַּמָּה עוֹלִים שְׁנֵיהֶם יַחַד?</w:t>
      </w:r>
    </w:p>
    <w:p>
      <w:pPr>
        <w:bidi/>
        <w:spacing w:before="0" w:after="40"/>
        <w:jc w:val="center"/>
      </w:pPr>
      <w:r>
        <w:rPr>
          <w:sz w:val="44"/>
          <w:szCs w:val="44"/>
          <w:rtl/>
        </w:rPr>
        <w:t>⚽ 8 ₪ ➕ 💧 4 ₪</w:t>
      </w:r>
    </w:p>
    <w:p>
      <w:pPr>
        <w:bidi/>
        <w:spacing w:before="0" w:after="20"/>
        <w:jc w:val="both"/>
      </w:pPr>
      <w:r>
        <w:rPr>
          <w:b/>
          <w:bCs/>
          <w:color w:val="1D4ED8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[בינוני] הַשִּׁעוּר הִתְחִיל בְּשָׁעָה 8 וְנִמְשַׁךְ 2 שָׁעוֹת. בְּאֵיזוֹ שָׁעָה נִגְמַר?</w:t>
      </w:r>
    </w:p>
    <w:p>
      <w:pPr>
        <w:bidi/>
        <w:spacing w:before="0" w:after="40"/>
        <w:jc w:val="center"/>
      </w:pPr>
      <w:r>
        <w:rPr>
          <w:sz w:val="44"/>
          <w:szCs w:val="44"/>
          <w:rtl/>
        </w:rPr>
        <w:t>🕗 ➡️ ❓</w:t>
      </w:r>
    </w:p>
    <w:p>
      <w:pPr>
        <w:bidi/>
        <w:spacing w:before="0" w:after="20"/>
        <w:jc w:val="both"/>
      </w:pPr>
      <w:r>
        <w:rPr>
          <w:b/>
          <w:bCs/>
          <w:color w:val="1D4ED8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[בינוני] לְעִידוֹ 50 ₪. הוּא קָנָה סֵפֶר בְּ־35 ₪. כַּמָּה כֶּסֶף נִשְׁאַר לוֹ?</w:t>
      </w:r>
    </w:p>
    <w:p>
      <w:pPr>
        <w:bidi/>
        <w:spacing w:before="0" w:after="40"/>
        <w:jc w:val="center"/>
      </w:pPr>
      <w:r>
        <w:rPr>
          <w:sz w:val="44"/>
          <w:szCs w:val="44"/>
          <w:rtl/>
        </w:rPr>
        <w:t>💵 50 ➖ 📕 35</w:t>
      </w:r>
    </w:p>
    <w:p>
      <w:pPr>
        <w:bidi/>
        <w:spacing w:before="0" w:after="20"/>
        <w:jc w:val="both"/>
      </w:pPr>
      <w:r>
        <w:rPr>
          <w:b/>
          <w:bCs/>
          <w:color w:val="1D4ED8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[אתגר] חֶבֶל אָרְכּוֹ 1 מֶטֶר. גָּזְרוּ מִמֶּנּוּ 30 ס"מ וְעוֹד 25 ס"מ. כַּמָּה ס"מ נִשְׁאֲרוּ?</w:t>
      </w:r>
    </w:p>
    <w:p>
      <w:pPr>
        <w:bidi/>
        <w:spacing w:before="0" w:after="20"/>
        <w:jc w:val="both"/>
      </w:pPr>
      <w:r>
        <w:rPr>
          <w:b/>
          <w:bCs/>
          <w:color w:val="1D4ED8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[אתגר] אָרִיאֵל קָנָה 3 עֲטִים, כָּל עֵט בְּ־5 ₪. הוּא שִׁלֵּם בִּשְׁטָר שֶׁל 20 ₪. כַּמָּה עֹדֶף קִבֵּל?</w:t>
      </w:r>
    </w:p>
    <w:p>
      <w:pPr>
        <w:bidi/>
        <w:spacing w:before="0" w:after="40"/>
        <w:jc w:val="center"/>
      </w:pPr>
      <w:r>
        <w:rPr>
          <w:sz w:val="44"/>
          <w:szCs w:val="44"/>
          <w:rtl/>
        </w:rPr>
        <w:t>🖊️🖊️🖊️</w:t>
      </w:r>
    </w:p>
    <w:p>
      <w:pPr>
        <w:bidi/>
        <w:spacing w:before="0" w:after="20"/>
        <w:jc w:val="both"/>
      </w:pPr>
      <w:r>
        <w:rPr>
          <w:b/>
          <w:bCs/>
          <w:color w:val="1D4ED8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color w:val="1D4ED8"/>
          <w:sz w:val="26"/>
          <w:szCs w:val="26"/>
          <w:rtl/>
        </w:rPr>
        <w:t>17. גִּזְרוּ אֶת הַכַּרְטִיסִים, וְהַדְבִּיקוּ כָּל דָּבָר בָּעַמּוּדָה הַמַּתְאִימָה: בְּמָה כְּדַאי לִמְדֹּד אוֹתוֹ?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c>
          <w:tcPr>
            <w:tcW w:type="dxa" w:w="4932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gridSpan w:val="2"/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בְּסֶנְטִימֶטְרִים (ס"מ)</w:t>
            </w:r>
          </w:p>
        </w:tc>
        <w:tc>
          <w:tcPr>
            <w:tcW w:type="dxa" w:w="4932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gridSpan w:val="2"/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בְּמֶטְרִים (מ')</w:t>
            </w:r>
          </w:p>
        </w:tc>
      </w:tr>
      <w:tr>
        <w:trPr>
          <w:trHeight w:val="1360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</w:tr>
      <w:tr>
        <w:trPr>
          <w:trHeight w:val="1360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  <w:tc>
          <w:tcPr>
            <w:tcW w:type="dxa" w:w="2466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  <w:tc>
          <w:tcPr>
            <w:tcW w:type="dxa" w:w="2466"/>
          </w:tcPr>
          <w:p>
            <w:pPr>
              <w:bidi/>
              <w:spacing w:before="0" w:after="0"/>
              <w:jc w:val="center"/>
            </w:pP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1D4ED8"/>
          <w:sz w:val="26"/>
          <w:szCs w:val="26"/>
          <w:rtl/>
        </w:rPr>
        <w:t>18. קִרְאוּ אֶת בֵּאוּרֵי הַמִּלִּים.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9978"/>
      </w:tblGrid>
      <w:tr>
        <w:tc>
          <w:tcPr>
            <w:tcW w:type="dxa" w:w="9865"/>
            <w:tcBorders>
              <w:top w:val="single" w:sz="12" w:color="E0A800" w:space="0"/>
              <w:left w:val="single" w:sz="12" w:color="E0A800" w:space="0"/>
              <w:bottom w:val="single" w:sz="12" w:color="E0A800" w:space="0"/>
              <w:right w:val="single" w:sz="12" w:color="E0A800" w:space="0"/>
            </w:tcBorders>
            <w:shd w:val="clear" w:color="auto" w:fill="FFF8E1"/>
          </w:tcPr>
          <w:p>
            <w:pPr>
              <w:bidi/>
              <w:spacing w:before="0" w:after="60"/>
              <w:jc w:val="both"/>
            </w:pPr>
            <w:r>
              <w:rPr>
                <w:b/>
                <w:bCs/>
                <w:color w:val="8A5A00"/>
                <w:sz w:val="26"/>
                <w:szCs w:val="26"/>
                <w:rtl/>
              </w:rPr>
              <w:t>📖 בֵּאוּרֵי מִלִּים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סֶנְטִימֶטֶר (ס"מ) – </w:t>
            </w:r>
            <w:r>
              <w:rPr>
                <w:sz w:val="24"/>
                <w:szCs w:val="24"/>
                <w:rtl/>
              </w:rPr>
              <w:t>יְחִידָה לִמְדִידַת אֹרֶךְ קָצָר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מֶטֶר (מ') – </w:t>
            </w:r>
            <w:r>
              <w:rPr>
                <w:sz w:val="24"/>
                <w:szCs w:val="24"/>
                <w:rtl/>
              </w:rPr>
              <w:t>יְחִידָה לִמְדִידַת אֹרֶךְ גָּדוֹל: 100 ס"מ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סַרְגֵּל – </w:t>
            </w:r>
            <w:r>
              <w:rPr>
                <w:sz w:val="24"/>
                <w:szCs w:val="24"/>
                <w:rtl/>
              </w:rPr>
              <w:t>כְּלִי לִמְדִידָה וּלְשִׂרְטוּט קַו יָשָׁר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חֲצִי שָׁעָה – </w:t>
            </w:r>
            <w:r>
              <w:rPr>
                <w:sz w:val="24"/>
                <w:szCs w:val="24"/>
                <w:rtl/>
              </w:rPr>
              <w:t>30 דַּקּוֹת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40"/>
        <w:jc w:val="both"/>
      </w:pPr>
      <w:r>
        <w:rPr>
          <w:b/>
          <w:bCs/>
          <w:sz w:val="25"/>
          <w:szCs w:val="25"/>
          <w:rtl/>
        </w:rPr>
        <w:t>✏️ מִדְדוּ בְּסַרְגֵּל אֶת הָעִפָּרוֹן שֶׁלָּכֶם, וְכִתְבוּ אֶת הָאֹרֶךְ בס"מ.</w:t>
      </w:r>
    </w:p>
    <w:p>
      <w:pPr>
        <w:bidi/>
        <w:spacing w:before="0" w:after="120"/>
        <w:jc w:val="both"/>
      </w:pPr>
      <w:r>
        <w:rPr>
          <w:color w:val="9AA3B5"/>
          <w:sz w:val="24"/>
          <w:szCs w:val="24"/>
          <w:rtl/>
        </w:rPr>
        <w:t>______________________________________________________________________</w:t>
      </w:r>
    </w:p>
    <w:p>
      <w:pPr>
        <w:bidi/>
        <w:spacing w:before="0" w:after="120"/>
        <w:jc w:val="both"/>
      </w:pPr>
      <w:r>
        <w:rPr>
          <w:color w:val="9AA3B5"/>
          <w:sz w:val="24"/>
          <w:szCs w:val="24"/>
          <w:rtl/>
        </w:rPr>
        <w:t>______________________________________________________________________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9978"/>
      </w:tblGrid>
      <w:tr>
        <w:tc>
          <w:tcPr>
            <w:tcW w:type="dxa" w:w="9865"/>
            <w:shd w:val="clear" w:color="auto" w:fill="555555"/>
            <w:vAlign w:val="center"/>
          </w:tcPr>
          <w:p>
            <w:pPr>
              <w:bidi/>
              <w:spacing w:before="60" w:after="60"/>
              <w:jc w:val="center"/>
            </w:pPr>
            <w:r>
              <w:rPr>
                <w:b/>
                <w:bCs/>
                <w:color w:val="FFFFFF"/>
                <w:sz w:val="34"/>
                <w:szCs w:val="34"/>
                <w:rtl/>
              </w:rPr>
              <w:t>✂ דַּף גְּזִירָה – מדידות: אורך (ס"מ ומטר), שעון (שעה וחצי שעה) וכסף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60"/>
        <w:jc w:val="both"/>
      </w:pPr>
      <w:r>
        <w:rPr>
          <w:b/>
          <w:bCs/>
          <w:sz w:val="25"/>
          <w:szCs w:val="25"/>
          <w:rtl/>
        </w:rPr>
        <w:t>✂ גִּזְרוּ אֶת הַכַּרְטִיסִים לְאֹרֶךְ הַקַּו הַמְּקֻוְקָו וְהַדְבִּיקוּ בְּעַמּוּד 6, מְשִׂימָה 17.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📒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מְחַבֶּרֶת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🏫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מִסְדְּרוֹן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🏊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בְּרֵיכָה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🚌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אוֹטוֹבּוּס</w:t>
            </w:r>
          </w:p>
        </w:tc>
      </w:tr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🧽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מַחַק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✏️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עִפָּרוֹן</w:t>
            </w:r>
          </w:p>
        </w:tc>
        <w:tc>
          <w:tcPr>
            <w:tcW w:type="dxa" w:w="2466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466"/>
            <w:vAlign w:val="center"/>
          </w:tcPr>
          <w:p>
            <w:pPr>
              <w:bidi/>
              <w:spacing w:before="0" w:after="0"/>
              <w:jc w:val="center"/>
            </w:pPr>
          </w:p>
        </w:tc>
      </w:tr>
    </w:tbl>
    <w:p>
      <w:pPr>
        <w:bidi/>
        <w:spacing w:before="0" w:after="120"/>
        <w:jc w:val="both"/>
      </w:pP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ב'   |   דף עבודה – תשובות</w:t>
      </w:r>
    </w:p>
    <w:p>
      <w:pPr>
        <w:bidi/>
        <w:spacing w:before="0" w:after="120"/>
        <w:jc w:val="both"/>
      </w:pPr>
      <w:r>
        <w:rPr>
          <w:rFonts w:ascii="Aharoni" w:hAnsi="Aharoni" w:cs="Aharoni"/>
          <w:b/>
          <w:bCs/>
          <w:color w:val="0F7A4F"/>
          <w:sz w:val="36"/>
          <w:szCs w:val="36"/>
          <w:rtl/>
        </w:rPr>
        <w:t>תשובות – מדידות: אורך (ס"מ ומטר), שעון (שעה וחצי שעה) וכסף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הַשְׁלִימוּ.</w:t>
      </w:r>
    </w:p>
    <w:p>
      <w:pPr>
        <w:bidi/>
        <w:spacing w:before="0" w:after="40"/>
        <w:jc w:val="both"/>
      </w:pPr>
      <w:r>
        <w:rPr>
          <w:rtl/>
        </w:rPr>
        <w:t>א. 1 מֶטֶר = 100 ס"מ</w:t>
      </w:r>
    </w:p>
    <w:p>
      <w:pPr>
        <w:bidi/>
        <w:spacing w:before="0" w:after="40"/>
        <w:jc w:val="both"/>
      </w:pPr>
      <w:r>
        <w:rPr>
          <w:rtl/>
        </w:rPr>
        <w:t>ב. בְּשָׁעָה יֵשׁ 60 דַּקּוֹת.</w:t>
      </w:r>
    </w:p>
    <w:p>
      <w:pPr>
        <w:bidi/>
        <w:spacing w:before="0" w:after="40"/>
        <w:jc w:val="both"/>
      </w:pPr>
      <w:r>
        <w:rPr>
          <w:rtl/>
        </w:rPr>
        <w:t>ג. בַּחֲצִי שָׁעָה יֵשׁ 30 דַּקּוֹת.</w:t>
      </w:r>
    </w:p>
    <w:p>
      <w:pPr>
        <w:bidi/>
        <w:spacing w:before="0" w:after="40"/>
        <w:jc w:val="both"/>
      </w:pPr>
      <w:r>
        <w:rPr>
          <w:rtl/>
        </w:rPr>
        <w:t>ד. 1 ₪ = 100 אֲגוֹרוֹת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חַשְּׁבוּ אֳרָכִים.</w:t>
      </w:r>
    </w:p>
    <w:p>
      <w:pPr>
        <w:bidi/>
        <w:spacing w:before="0" w:after="40"/>
        <w:jc w:val="both"/>
      </w:pPr>
      <w:r>
        <w:rPr>
          <w:rtl/>
        </w:rPr>
        <w:t>א. 8 ס"מ + 7 ס"מ = 15 ס"מ</w:t>
      </w:r>
    </w:p>
    <w:p>
      <w:pPr>
        <w:bidi/>
        <w:spacing w:before="0" w:after="40"/>
        <w:jc w:val="both"/>
      </w:pPr>
      <w:r>
        <w:rPr>
          <w:rtl/>
        </w:rPr>
        <w:t>ב. 20 ס"מ - 6 ס"מ = 14 ס"מ</w:t>
      </w:r>
    </w:p>
    <w:p>
      <w:pPr>
        <w:bidi/>
        <w:spacing w:before="0" w:after="40"/>
        <w:jc w:val="both"/>
      </w:pPr>
      <w:r>
        <w:rPr>
          <w:rtl/>
        </w:rPr>
        <w:t>ג. 35 ס"מ + 10 ס"מ = 45 ס"מ</w:t>
      </w:r>
    </w:p>
    <w:p>
      <w:pPr>
        <w:bidi/>
        <w:spacing w:before="0" w:after="40"/>
        <w:jc w:val="both"/>
      </w:pPr>
      <w:r>
        <w:rPr>
          <w:rtl/>
        </w:rPr>
        <w:t>ד. 50 ס"מ + 50 ס"מ = 100 ס"מ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כַּמָּה כֶּסֶף?</w:t>
      </w:r>
    </w:p>
    <w:p>
      <w:pPr>
        <w:bidi/>
        <w:spacing w:before="0" w:after="40"/>
        <w:jc w:val="both"/>
      </w:pPr>
      <w:r>
        <w:rPr>
          <w:rtl/>
        </w:rPr>
        <w:t>א. 🪙 10 ₪ + 🪙 5 ₪ + 🪙 2 ₪ = 17 ₪</w:t>
      </w:r>
    </w:p>
    <w:p>
      <w:pPr>
        <w:bidi/>
        <w:spacing w:before="0" w:after="40"/>
        <w:jc w:val="both"/>
      </w:pPr>
      <w:r>
        <w:rPr>
          <w:rtl/>
        </w:rPr>
        <w:t>ב. 💵 20 ₪ + 🪙 10 ₪ = 30 ₪</w:t>
      </w:r>
    </w:p>
    <w:p>
      <w:pPr>
        <w:bidi/>
        <w:spacing w:before="0" w:after="40"/>
        <w:jc w:val="both"/>
      </w:pPr>
      <w:r>
        <w:rPr>
          <w:rtl/>
        </w:rPr>
        <w:t>ג. 🪙 5 ₪ + 🪙 5 ₪ + 🪙 1 ₪ = 11 ₪</w:t>
      </w:r>
    </w:p>
    <w:p>
      <w:pPr>
        <w:bidi/>
        <w:spacing w:before="0" w:after="40"/>
        <w:jc w:val="both"/>
      </w:pPr>
      <w:r>
        <w:rPr>
          <w:rtl/>
        </w:rPr>
        <w:t>ד. 💵 50 ₪ + 💵 20 ₪ = 70 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[קל] הַתְאִימוּ שָׁעוֹן לַשָּׁעָה.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🕐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עֶשֶׂר וָחֵצִי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🕓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שָׁעָה 12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🕖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שָׁעָה 1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🕥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שָׁעָה 4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🕛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שָׁעָה 7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[בינוני] מָה הַשָּׁעָה אַחֲרֵי?</w:t>
      </w:r>
    </w:p>
    <w:p>
      <w:pPr>
        <w:bidi/>
        <w:spacing w:before="0" w:after="40"/>
        <w:jc w:val="both"/>
      </w:pPr>
      <w:r>
        <w:rPr>
          <w:rtl/>
        </w:rPr>
        <w:t>א. עַכְשָׁו שָׁעָה 3. אַחֲרֵי 2 שָׁעוֹת: שָׁעָה 5</w:t>
      </w:r>
    </w:p>
    <w:p>
      <w:pPr>
        <w:bidi/>
        <w:spacing w:before="0" w:after="40"/>
        <w:jc w:val="both"/>
      </w:pPr>
      <w:r>
        <w:rPr>
          <w:rtl/>
        </w:rPr>
        <w:t>ב. עַכְשָׁו שָׁעָה 8. אַחֲרֵי 4 שָׁעוֹת: שָׁעָה 12</w:t>
      </w:r>
    </w:p>
    <w:p>
      <w:pPr>
        <w:bidi/>
        <w:spacing w:before="0" w:after="40"/>
        <w:jc w:val="both"/>
      </w:pPr>
      <w:r>
        <w:rPr>
          <w:rtl/>
        </w:rPr>
        <w:t>ג. עַכְשָׁו שָׁעָה 6. לִפְנֵי 3 שָׁעוֹת: שָׁעָה 3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[בינוני] הַשְׁלִימוּ אֶת הָעֹדֶף.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מְחִיר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שִׁלַּמְתִּי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עֹדֶף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7 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 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3 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15 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20 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5 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32 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50 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18 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64 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100 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36 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כִּתְבוּ &gt; אוֹ &lt; אוֹ =.</w:t>
      </w:r>
    </w:p>
    <w:p>
      <w:pPr>
        <w:bidi/>
        <w:spacing w:before="0" w:after="40"/>
        <w:jc w:val="both"/>
      </w:pPr>
      <w:r>
        <w:rPr>
          <w:rtl/>
        </w:rPr>
        <w:t>א. 45 ס"מ &lt; 54 ס"מ</w:t>
      </w:r>
    </w:p>
    <w:p>
      <w:pPr>
        <w:bidi/>
        <w:spacing w:before="0" w:after="40"/>
        <w:jc w:val="both"/>
      </w:pPr>
      <w:r>
        <w:rPr>
          <w:rtl/>
        </w:rPr>
        <w:t>ב. 1 מֶטֶר = 100 ס"מ</w:t>
      </w:r>
    </w:p>
    <w:p>
      <w:pPr>
        <w:bidi/>
        <w:spacing w:before="0" w:after="40"/>
        <w:jc w:val="both"/>
      </w:pPr>
      <w:r>
        <w:rPr>
          <w:rtl/>
        </w:rPr>
        <w:t>ג. 60 ס"מ &lt; 1 מֶטֶר</w:t>
      </w:r>
    </w:p>
    <w:p>
      <w:pPr>
        <w:bidi/>
        <w:spacing w:before="0" w:after="40"/>
        <w:jc w:val="both"/>
      </w:pPr>
      <w:r>
        <w:rPr>
          <w:rtl/>
        </w:rPr>
        <w:t>ד. חֲצִי שָׁעָה = 30 דַּקּוֹת</w:t>
      </w:r>
    </w:p>
    <w:p>
      <w:pPr>
        <w:bidi/>
        <w:spacing w:before="0" w:after="40"/>
        <w:jc w:val="both"/>
      </w:pPr>
      <w:r>
        <w:rPr>
          <w:rtl/>
        </w:rPr>
        <w:t>ה. 2 ₪ &gt; 150 אֲגוֹרוֹת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נָכוֹן אוֹ לֹא נָכוֹן?</w:t>
      </w:r>
    </w:p>
    <w:p>
      <w:pPr>
        <w:bidi/>
        <w:spacing w:before="0" w:after="40"/>
        <w:jc w:val="both"/>
      </w:pPr>
      <w:r>
        <w:rPr>
          <w:rtl/>
        </w:rPr>
        <w:t>א. מֶטֶר אָרֹךְ יוֹתֵר מִ־90 ס"מ. – נכון</w:t>
      </w:r>
    </w:p>
    <w:p>
      <w:pPr>
        <w:bidi/>
        <w:spacing w:before="0" w:after="40"/>
        <w:jc w:val="both"/>
      </w:pPr>
      <w:r>
        <w:rPr>
          <w:rtl/>
        </w:rPr>
        <w:t>ב. בְּשָׁעָה יֵשׁ 100 דַּקּוֹת. – לא נכון – בְּשָׁעָה יֵשׁ 60 דַּקּוֹת.</w:t>
      </w:r>
    </w:p>
    <w:p>
      <w:pPr>
        <w:bidi/>
        <w:spacing w:before="0" w:after="40"/>
        <w:jc w:val="both"/>
      </w:pPr>
      <w:r>
        <w:rPr>
          <w:rtl/>
        </w:rPr>
        <w:t>ג. 2 מַטְבְּעוֹת שֶׁל 50 אֲגוֹרוֹת הֵם 1 ₪. – נכון</w:t>
      </w:r>
    </w:p>
    <w:p>
      <w:pPr>
        <w:bidi/>
        <w:spacing w:before="0" w:after="40"/>
        <w:jc w:val="both"/>
      </w:pPr>
      <w:r>
        <w:rPr>
          <w:rtl/>
        </w:rPr>
        <w:t>ד. שָׁלוֹשׁ וָחֵצִי בָּא לִפְנֵי שָׁעָה 3. – לא נכון – שָׁלוֹשׁ וָחֵצִי בָּא אַחֲרֵי שָׁעָה 3.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מִדְדוּ בְּסַרְגֵּל קַו שֶׁל 9 ס"מ וְקַו שֶׁל 6 ס"מ. בְּכַמָּה הַקַּו הָרִאשׁוֹן אָרֹךְ יוֹתֵר?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‪9 - 6 = 3‬. הַקַּו הָרִאשׁוֹן אָרֹךְ יוֹתֵר בְּ־3 ס"מ.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[אתגר] אֶתְגָּר: כִּתְבוּ שָׁלוֹשׁ דְּרָכִים לְשַׁלֵּם 20 ₪ בְּמַטְבְּעוֹת.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לְמָשָׁל: ‪10 + 10 = 20‬ ; ‪10 + 5 + 5 = 20‬ ; ‪5 + 5 + 5 + 5 = 20‬</w:t>
      </w:r>
    </w:p>
    <w:p>
      <w:pPr>
        <w:bidi/>
        <w:spacing w:before="240" w:after="40"/>
        <w:jc w:val="both"/>
      </w:pPr>
      <w:r>
        <w:rPr>
          <w:rFonts w:ascii="Aharoni" w:hAnsi="Aharoni" w:cs="Aharoni"/>
          <w:b/>
          <w:bCs/>
          <w:color w:val="1D4ED8"/>
          <w:sz w:val="34"/>
          <w:szCs w:val="34"/>
          <w:rtl/>
        </w:rPr>
        <w:t>📖 בעיות מילוליות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[קל] סֶרֶט אֶחָד אָרְכּוֹ 12 ס"מ, וְסֶרֶט שֵׁנִי 6 ס"מ. מַה הָאֹרֶךְ שֶׁל שְׁנֵי הַסְּרָטִים יַחַד?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‪12 + 6 = 18‬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הָאֹרֶךְ יַחַד הוּא 18 ס"מ.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[קל] כַּדּוּר עוֹלֶה 8 ₪ וּבַקְבּוּק מַיִם עוֹלֶה 4 ₪. כַּמָּה עוֹלִים שְׁנֵיהֶם יַחַד?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‪8 + 4 = 12‬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שְׁנֵיהֶם עוֹלִים 12 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[בינוני] הַשִּׁעוּר הִתְחִיל בְּשָׁעָה 8 וְנִמְשַׁךְ 2 שָׁעוֹת. בְּאֵיזוֹ שָׁעָה נִגְמַר?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‪8 + 2 = 10‬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הַשִּׁעוּר נִגְמַר בְּשָׁעָה 10.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[בינוני] לְעִידוֹ 50 ₪. הוּא קָנָה סֵפֶר בְּ־35 ₪. כַּמָּה כֶּסֶף נִשְׁאַר לוֹ?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‪50 - 35 = 15‬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נִשְׁאֲרוּ לְעִידוֹ 15 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[אתגר] חֶבֶל אָרְכּוֹ 1 מֶטֶר. גָּזְרוּ מִמֶּנּוּ 30 ס"מ וְעוֹד 25 ס"מ. כַּמָּה ס"מ נִשְׁאֲרוּ?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1 מֶטֶר = 100 ס"מ ; ‪30 + 25 = 55‬ ; ‪100 - 55 = 45‬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נִשְׁאֲרוּ 45 ס"מ.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[אתגר] אָרִיאֵל קָנָה 3 עֲטִים, כָּל עֵט בְּ־5 ₪. הוּא שִׁלֵּם בִּשְׁטָר שֶׁל 20 ₪. כַּמָּה עֹדֶף קִבֵּל?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‪3 × 5 = 15‬ ; ‪20 - 15 = 5‬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אָרִיאֵל קִבֵּל 5 ₪ עֹדֶף.</w:t>
      </w:r>
    </w:p>
    <w:p>
      <w:pPr>
        <w:bidi/>
        <w:spacing w:before="160" w:after="60"/>
        <w:jc w:val="both"/>
      </w:pPr>
      <w:r>
        <w:rPr>
          <w:b/>
          <w:bCs/>
          <w:color w:val="1D4ED8"/>
          <w:sz w:val="26"/>
          <w:szCs w:val="26"/>
          <w:rtl/>
        </w:rPr>
        <w:t>17. גִּזְרוּ אֶת הַכַּרְטִיסִים, וְהַדְבִּיקוּ כָּל דָּבָר בָּעַמּוּדָה הַמַּתְאִימָה: בְּמָה כְּדַאי לִמְדֹּד אוֹתוֹ?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c>
          <w:tcPr>
            <w:tcW w:type="dxa" w:w="4932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gridSpan w:val="2"/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בְּסֶנְטִימֶטְרִים (ס"מ)</w:t>
            </w:r>
          </w:p>
        </w:tc>
        <w:tc>
          <w:tcPr>
            <w:tcW w:type="dxa" w:w="4932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gridSpan w:val="2"/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בְּמֶטְרִים (מ')</w:t>
            </w:r>
          </w:p>
        </w:tc>
      </w:tr>
      <w:tr>
        <w:trPr>
          <w:trHeight w:val="1360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✏️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עִפָּרוֹן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🧽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מַחַק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🏫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מִסְדְּרוֹן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🚌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אוֹטוֹבּוּס</w:t>
            </w:r>
          </w:p>
        </w:tc>
      </w:tr>
      <w:tr>
        <w:trPr>
          <w:trHeight w:val="1360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📒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מְחַבֶּרֶת</w:t>
            </w:r>
          </w:p>
        </w:tc>
        <w:tc>
          <w:tcPr>
            <w:tcW w:type="dxa" w:w="2466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🏊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בְּרֵיכָה</w:t>
            </w:r>
          </w:p>
        </w:tc>
        <w:tc>
          <w:tcPr>
            <w:tcW w:type="dxa" w:w="2466"/>
          </w:tcPr>
          <w:p>
            <w:pPr>
              <w:bidi/>
              <w:spacing w:before="0" w:after="0"/>
              <w:jc w:val="center"/>
            </w:pP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1D4ED8"/>
          <w:sz w:val="26"/>
          <w:szCs w:val="26"/>
          <w:rtl/>
        </w:rPr>
        <w:t>18. קִרְאוּ אֶת בֵּאוּרֵי הַמִּלִּים.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9978"/>
      </w:tblGrid>
      <w:tr>
        <w:tc>
          <w:tcPr>
            <w:tcW w:type="dxa" w:w="9865"/>
            <w:tcBorders>
              <w:top w:val="single" w:sz="12" w:color="E0A800" w:space="0"/>
              <w:left w:val="single" w:sz="12" w:color="E0A800" w:space="0"/>
              <w:bottom w:val="single" w:sz="12" w:color="E0A800" w:space="0"/>
              <w:right w:val="single" w:sz="12" w:color="E0A800" w:space="0"/>
            </w:tcBorders>
            <w:shd w:val="clear" w:color="auto" w:fill="FFF8E1"/>
          </w:tcPr>
          <w:p>
            <w:pPr>
              <w:bidi/>
              <w:spacing w:before="0" w:after="60"/>
              <w:jc w:val="both"/>
            </w:pPr>
            <w:r>
              <w:rPr>
                <w:b/>
                <w:bCs/>
                <w:color w:val="8A5A00"/>
                <w:sz w:val="26"/>
                <w:szCs w:val="26"/>
                <w:rtl/>
              </w:rPr>
              <w:t>📖 בֵּאוּרֵי מִלִּים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סֶנְטִימֶטֶר (ס"מ) – </w:t>
            </w:r>
            <w:r>
              <w:rPr>
                <w:sz w:val="24"/>
                <w:szCs w:val="24"/>
                <w:rtl/>
              </w:rPr>
              <w:t>יְחִידָה לִמְדִידַת אֹרֶךְ קָצָר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מֶטֶר (מ') – </w:t>
            </w:r>
            <w:r>
              <w:rPr>
                <w:sz w:val="24"/>
                <w:szCs w:val="24"/>
                <w:rtl/>
              </w:rPr>
              <w:t>יְחִידָה לִמְדִידַת אֹרֶךְ גָּדוֹל: 100 ס"מ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סַרְגֵּל – </w:t>
            </w:r>
            <w:r>
              <w:rPr>
                <w:sz w:val="24"/>
                <w:szCs w:val="24"/>
                <w:rtl/>
              </w:rPr>
              <w:t>כְּלִי לִמְדִידָה וּלְשִׂרְטוּט קַו יָשָׁר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חֲצִי שָׁעָה – </w:t>
            </w:r>
            <w:r>
              <w:rPr>
                <w:sz w:val="24"/>
                <w:szCs w:val="24"/>
                <w:rtl/>
              </w:rPr>
              <w:t>30 דַּקּוֹת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80"/>
        <w:jc w:val="both"/>
      </w:pPr>
      <w:r>
        <w:rPr>
          <w:color w:val="0F7A4F"/>
          <w:sz w:val="24"/>
          <w:szCs w:val="24"/>
          <w:rtl/>
        </w:rPr>
        <w:t>מִדְדוּ בְּסַרְגֵּל אֶת הָעִפָּרוֹן שֶׁלָּכֶם, וְכִתְבוּ אֶת הָאֹרֶךְ בס"מ. תשובה אישית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avid" w:hAnsi="David" w:cs="David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