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גאומטריה: מצולעים, צלעות וקודקודים, קו ישר וקו עקום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בּוֹדְקִים: הַאִם הַצּוּרָה סְגוּרָה וְכָל הַקַּוִּים יְשָׁרִים?</w:t>
      </w:r>
    </w:p>
    <w:p>
      <w:pPr>
        <w:bidi/>
        <w:spacing w:before="0" w:after="20"/>
        <w:jc w:val="both"/>
      </w:pPr>
      <w:r>
        <w:rPr>
          <w:rtl/>
        </w:rPr>
        <w:t>2. שָׁלָב 2: סוֹפְרִים צְלָעוֹת. מְסַמְּנִים כָּל צֶלַע שֶׁסָּפַרְנוּ.</w:t>
      </w:r>
    </w:p>
    <w:p>
      <w:pPr>
        <w:bidi/>
        <w:spacing w:before="0" w:after="20"/>
        <w:jc w:val="both"/>
      </w:pPr>
      <w:r>
        <w:rPr>
          <w:rtl/>
        </w:rPr>
        <w:t>3. שָׁלָב 3: לְפִי מִסְפַּר הַצְּלָעוֹת קוֹבְעִים אֶת הַשֵּׁם.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כַּמָּה צְלָעוֹת יֵשׁ לְ־2 מְשֻׁלָּשִׁים?</w:t>
      </w:r>
    </w:p>
    <w:p>
      <w:pPr>
        <w:bidi/>
        <w:spacing w:before="0" w:after="20"/>
        <w:jc w:val="both"/>
      </w:pPr>
      <w:r>
        <w:rPr>
          <w:rtl/>
        </w:rPr>
        <w:t>1. לְכָל מְשֻׁלָּשׁ 3 צְלָעוֹת.</w:t>
      </w:r>
    </w:p>
    <w:p>
      <w:pPr>
        <w:bidi/>
        <w:spacing w:before="0" w:after="20"/>
        <w:jc w:val="both"/>
      </w:pPr>
      <w:r>
        <w:rPr>
          <w:rtl/>
        </w:rPr>
        <w:t>2. ‪3 + 3 = 6‬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6 צְלָעוֹת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צְלָעוֹת?</w:t>
      </w:r>
    </w:p>
    <w:p>
      <w:pPr>
        <w:bidi/>
        <w:spacing w:before="0" w:after="60"/>
        <w:jc w:val="both"/>
      </w:pPr>
      <w:r>
        <w:rPr>
          <w:rtl/>
        </w:rPr>
        <w:t>א. 🔺 מְשֻׁלָּשׁ – __________ צְלָעוֹת</w:t>
      </w:r>
    </w:p>
    <w:p>
      <w:pPr>
        <w:bidi/>
        <w:spacing w:before="0" w:after="60"/>
        <w:jc w:val="both"/>
      </w:pPr>
      <w:r>
        <w:rPr>
          <w:rtl/>
        </w:rPr>
        <w:t>ב. ⬜ רִבּוּעַ – __________ צְלָעוֹת</w:t>
      </w:r>
    </w:p>
    <w:p>
      <w:pPr>
        <w:bidi/>
        <w:spacing w:before="0" w:after="60"/>
        <w:jc w:val="both"/>
      </w:pPr>
      <w:r>
        <w:rPr>
          <w:rtl/>
        </w:rPr>
        <w:t>ג. מְחֻמָּשׁ – __________ צְלָעוֹת</w:t>
      </w:r>
    </w:p>
    <w:p>
      <w:pPr>
        <w:bidi/>
        <w:spacing w:before="0" w:after="60"/>
        <w:jc w:val="both"/>
      </w:pPr>
      <w:r>
        <w:rPr>
          <w:rtl/>
        </w:rPr>
        <w:t>ד. מְשֻׁשֶּׁה – __________ צְלָעוֹת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הַתְאִימוּ שֵׁם לְמִסְפַּר הַצְּלָעוֹת.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מְשֻׁלָּשׁ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 צְלָעוֹת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מְרֻבָּע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 צְלָעוֹת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מְחֻמָּשׁ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 צְלָעוֹת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מְשֻׁשֶּׁה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 צְלָעוֹת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מַיְּנוּ: קַו יָשָׁר אוֹ קַו עָקֹם?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קְצֵה הַסַּרְגֵּל  |  קֶשֶׁת בֶּעָנָן  |  שְׂפַת הַשֻּׁלְחָן  |  נָחָשׁ  |  גַּלִּים בַּיָּם  |  מַקֵּל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יָשָׁר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עָקֹם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צוּרָה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צְלָעוֹת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קָדְקוֹדִים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מְרֻבָּע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מְחֻמָּשׁ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מְשֻׁשֶּׁה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עִגּוּל הוּא מְצֻלָּע.      נכון / לא נכון</w:t>
      </w:r>
    </w:p>
    <w:p>
      <w:pPr>
        <w:bidi/>
        <w:spacing w:before="0" w:after="60"/>
        <w:jc w:val="both"/>
      </w:pPr>
      <w:r>
        <w:rPr>
          <w:rtl/>
        </w:rPr>
        <w:t>ב. לִמְחֻמָּשׁ יֵשׁ 5 קָדְקוֹדִים.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רִבּוּעַ הוּא מְרֻבָּע.      נכון / לא נכון</w:t>
      </w:r>
    </w:p>
    <w:p>
      <w:pPr>
        <w:bidi/>
        <w:spacing w:before="0" w:after="60"/>
        <w:jc w:val="both"/>
      </w:pPr>
      <w:r>
        <w:rPr>
          <w:rtl/>
        </w:rPr>
        <w:t>ד. לִמְשֻׁלָּשׁ יֵשׁ 4 צְלָעוֹת.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חַשְּׁבוּ.</w:t>
      </w:r>
    </w:p>
    <w:p>
      <w:pPr>
        <w:bidi/>
        <w:spacing w:before="0" w:after="60"/>
        <w:jc w:val="both"/>
      </w:pPr>
      <w:r>
        <w:rPr>
          <w:rtl/>
        </w:rPr>
        <w:t>א. צְלָעוֹת שֶׁל 🔺 + 🔺 = __________</w:t>
      </w:r>
    </w:p>
    <w:p>
      <w:pPr>
        <w:bidi/>
        <w:spacing w:before="0" w:after="60"/>
        <w:jc w:val="both"/>
      </w:pPr>
      <w:r>
        <w:rPr>
          <w:rtl/>
        </w:rPr>
        <w:t>ב. צְלָעוֹת שֶׁל ⬜ + 🔺 = __________</w:t>
      </w:r>
    </w:p>
    <w:p>
      <w:pPr>
        <w:bidi/>
        <w:spacing w:before="0" w:after="60"/>
        <w:jc w:val="both"/>
      </w:pPr>
      <w:r>
        <w:rPr>
          <w:rtl/>
        </w:rPr>
        <w:t>ג. קָדְקוֹדִים שֶׁל ⬜ + ⬜ = __________</w:t>
      </w:r>
    </w:p>
    <w:p>
      <w:pPr>
        <w:bidi/>
        <w:spacing w:before="0" w:after="60"/>
        <w:jc w:val="both"/>
      </w:pPr>
      <w:r>
        <w:rPr>
          <w:rtl/>
        </w:rPr>
        <w:t>ד. צְלָעוֹת שֶׁל מְשֻׁשֶּׁה וּמְשֻׁלָּשׁ יַחַד: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שַׂרְטְטוּ בְּסַרְגֵּל מְשֻׁלָּשׁ וּמְרֻבָּע עַל הַמִּשְׁבָּצוֹת. סַמְּנוּ אֶת הַקָּדְקוֹדִים בִּנְקֻדָּה.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אֵיזוֹ צוּרָה הִיא מְצֻלָּע?</w:t>
      </w:r>
    </w:p>
    <w:p>
      <w:pPr>
        <w:bidi/>
        <w:spacing w:before="0" w:after="80"/>
        <w:jc w:val="both"/>
      </w:pPr>
      <w:r>
        <w:rPr>
          <w:rtl/>
        </w:rPr>
        <w:t xml:space="preserve">   ○ ⚪      ○ 🔺      ○ 🌙</w:t>
      </w:r>
    </w:p>
    <w:p>
      <w:pPr>
        <w:bidi/>
        <w:spacing w:before="0" w:after="20"/>
        <w:jc w:val="both"/>
      </w:pPr>
      <w:r>
        <w:rPr>
          <w:rtl/>
        </w:rPr>
        <w:t>ב. לְאֵיזוֹ צוּרָה 6 צְלָעוֹת?</w:t>
      </w:r>
    </w:p>
    <w:p>
      <w:pPr>
        <w:bidi/>
        <w:spacing w:before="0" w:after="80"/>
        <w:jc w:val="both"/>
      </w:pPr>
      <w:r>
        <w:rPr>
          <w:rtl/>
        </w:rPr>
        <w:t xml:space="preserve">   ○ מְחֻמָּשׁ      ○ מְשֻׁשֶּׁה      ○ מְרֻבָּע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שַׂרְטְטוּ קַו עָקֹם סָגוּר וְקַו יָשָׁר. מַה הַהֶבְדֵּל בֵּינֵיהֶם?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לְאוֹרִי 12 גַּפְרוּרִים. כַּמָּה מְשֻׁלָּשִׁים נִפְרָדִים הוּא יָכוֹל לִבְנוֹת? וְכַמָּה רִבּוּעִים נִפְרָדִים?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נוֹעָה שַׂרְטְטָה 3 מְשֻׁלָּשִׁים. כַּמָּה צְלָעוֹת שַׂרְטְטָה בְּסַךְ הַכֹּל?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🔺🔺🔺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עַל הַלּוּחַ רִבּוּעַ אֶחָד וּמְשֻׁלָּשׁ אֶחָד. כַּמָּה קָדְקוֹדִים יֵשׁ לָהֶם יַחַד?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⬜ 🔺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דָּנִיֵּאל בָּנָה 2 מְרֻבָּעִים מִמַּקְלוֹת. כָּל צֶלַע הִיא מַקֵּל אֶחָד. כַּמָּה מַקְלוֹת צָרִיךְ?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⬜⬜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לִמְשֻׁשֶּׁה 6 צְלָעוֹת וְלִמְחֻמָּשׁ 5 צְלָעוֹת. כַּמָּה צְלָעוֹת יֵשׁ לִשְׁנֵיהֶם יַחַד?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לְעוֹמֶר 20 מַקְלוֹת. הוּא בָּנָה 3 מְשֻׁלָּשִׁים וְרִבּוּעַ אֶחָד. כַּמָּה מַקְלוֹת נִשְׁאֲרוּ לוֹ?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🔺🔺🔺 ⬜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אֹרֶךְ כָּל צֶלַע שֶׁל מְשֻׁלָּשׁ הוּא 5 ס"מ. מָה אֹרֶךְ כָּל הַצְּלָעוֹת יַחַד?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🔺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17. גִּזְרוּ אֶת כַּרְטִיסֵי הַצּוּרוֹת, וְהַדְבִּיקוּ כָּל צוּרָה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מְצֻלָּע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לֹא מְצֻלָּע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18. מִתְחוּ קַו מִכָּל מְצֻלָּע אֶל מִסְפַּר הַצְּלָעוֹת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מְשֻׁלָּשׁ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3 צְלָעוֹת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מְרֻבָּע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4 צְלָעוֹת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מְחֻמָּשׁ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5 צְלָעוֹת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מְשֻׁשֶּׁה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6 צְלָעוֹת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גאומטריה: מצולעים, צלעות וקודקודים, קו ישר וקו עקום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5, מְשִׂימָה 17.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🟥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רִבּוּעַ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🌙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סַהַר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🔶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מְעֻיָּן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🔵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עִגּוּל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🥚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בֵּיצָה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🔺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מְשֻׁלָּשׁ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גאומטריה: מצולעים, צלעות וקודקודים, קו ישר וקו עקום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צְלָעוֹת?</w:t>
      </w:r>
    </w:p>
    <w:p>
      <w:pPr>
        <w:bidi/>
        <w:spacing w:before="0" w:after="40"/>
        <w:jc w:val="both"/>
      </w:pPr>
      <w:r>
        <w:rPr>
          <w:rtl/>
        </w:rPr>
        <w:t>א. 🔺 מְשֻׁלָּשׁ – 3 צְלָעוֹת</w:t>
      </w:r>
    </w:p>
    <w:p>
      <w:pPr>
        <w:bidi/>
        <w:spacing w:before="0" w:after="40"/>
        <w:jc w:val="both"/>
      </w:pPr>
      <w:r>
        <w:rPr>
          <w:rtl/>
        </w:rPr>
        <w:t>ב. ⬜ רִבּוּעַ – 4 צְלָעוֹת</w:t>
      </w:r>
    </w:p>
    <w:p>
      <w:pPr>
        <w:bidi/>
        <w:spacing w:before="0" w:after="40"/>
        <w:jc w:val="both"/>
      </w:pPr>
      <w:r>
        <w:rPr>
          <w:rtl/>
        </w:rPr>
        <w:t>ג. מְחֻמָּשׁ – 5 צְלָעוֹת</w:t>
      </w:r>
    </w:p>
    <w:p>
      <w:pPr>
        <w:bidi/>
        <w:spacing w:before="0" w:after="40"/>
        <w:jc w:val="both"/>
      </w:pPr>
      <w:r>
        <w:rPr>
          <w:rtl/>
        </w:rPr>
        <w:t>ד. מְשֻׁשֶּׁה – 6 צְלָעוֹת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הַתְאִימוּ שֵׁם לְמִסְפַּר הַצְּלָעוֹת.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מְשֻׁלָּשׁ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6 צְלָעוֹת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מְרֻבָּע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5 צְלָעוֹת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מְחֻמָּשׁ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4 צְלָעוֹת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מְשֻׁשֶּׁה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3 צְלָעוֹת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מַיְּנוּ: קַו יָשָׁר אוֹ קַו עָקֹם?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יָשָׁר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עָקֹם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קְצֵה הַסַּרְגֵּל, שְׂפַת הַשֻּׁלְחָן, מַקֵּל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קֶשֶׁת בֶּעָנָן, נָחָשׁ, גַּלִּים בַּיָּם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צוּרָה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צְלָעוֹת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קָדְקוֹדִים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מְרֻבָּע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מְחֻמָּשׁ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מְשֻׁשֶּׁה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עִגּוּל הוּא מְצֻלָּע. – לא נכון – לְעִגּוּל אֵין צְלָעוֹת יְשָׁרוֹת, וְלָכֵן הוּא לֹא מְצֻלָּע.</w:t>
      </w:r>
    </w:p>
    <w:p>
      <w:pPr>
        <w:bidi/>
        <w:spacing w:before="0" w:after="40"/>
        <w:jc w:val="both"/>
      </w:pPr>
      <w:r>
        <w:rPr>
          <w:rtl/>
        </w:rPr>
        <w:t>ב. לִמְחֻמָּשׁ יֵשׁ 5 קָדְקוֹדִים. – נכון</w:t>
      </w:r>
    </w:p>
    <w:p>
      <w:pPr>
        <w:bidi/>
        <w:spacing w:before="0" w:after="40"/>
        <w:jc w:val="both"/>
      </w:pPr>
      <w:r>
        <w:rPr>
          <w:rtl/>
        </w:rPr>
        <w:t>ג. רִבּוּעַ הוּא מְרֻבָּע. – נכון</w:t>
      </w:r>
    </w:p>
    <w:p>
      <w:pPr>
        <w:bidi/>
        <w:spacing w:before="0" w:after="40"/>
        <w:jc w:val="both"/>
      </w:pPr>
      <w:r>
        <w:rPr>
          <w:rtl/>
        </w:rPr>
        <w:t>ד. לִמְשֻׁלָּשׁ יֵשׁ 4 צְלָעוֹת. – לא נכון – לִמְשֻׁלָּשׁ יֵשׁ 3 צְלָעוֹת.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חַשְּׁבוּ.</w:t>
      </w:r>
    </w:p>
    <w:p>
      <w:pPr>
        <w:bidi/>
        <w:spacing w:before="0" w:after="40"/>
        <w:jc w:val="both"/>
      </w:pPr>
      <w:r>
        <w:rPr>
          <w:rtl/>
        </w:rPr>
        <w:t>א. צְלָעוֹת שֶׁל 🔺 + 🔺 = 6</w:t>
      </w:r>
    </w:p>
    <w:p>
      <w:pPr>
        <w:bidi/>
        <w:spacing w:before="0" w:after="40"/>
        <w:jc w:val="both"/>
      </w:pPr>
      <w:r>
        <w:rPr>
          <w:rtl/>
        </w:rPr>
        <w:t>ב. צְלָעוֹת שֶׁל ⬜ + 🔺 = 7</w:t>
      </w:r>
    </w:p>
    <w:p>
      <w:pPr>
        <w:bidi/>
        <w:spacing w:before="0" w:after="40"/>
        <w:jc w:val="both"/>
      </w:pPr>
      <w:r>
        <w:rPr>
          <w:rtl/>
        </w:rPr>
        <w:t>ג. קָדְקוֹדִים שֶׁל ⬜ + ⬜ = 8</w:t>
      </w:r>
    </w:p>
    <w:p>
      <w:pPr>
        <w:bidi/>
        <w:spacing w:before="0" w:after="40"/>
        <w:jc w:val="both"/>
      </w:pPr>
      <w:r>
        <w:rPr>
          <w:rtl/>
        </w:rPr>
        <w:t>ד. צְלָעוֹת שֶׁל מְשֻׁשֶּׁה וּמְשֻׁלָּשׁ יַחַד: 9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שַׂרְטְטוּ בְּסַרְגֵּל מְשֻׁלָּשׁ וּמְרֻבָּע עַל הַמִּשְׁבָּצוֹת. סַמְּנוּ אֶת הַקָּדְקוֹדִים בִּנְקֻדָּה.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מְשֻׁלָּשׁ עִם 3 קָדְקוֹדִים וּמְרֻבָּע עִם 4 קָדְקוֹדִים, כָּל הַקַּוִּים יְשָׁרִים.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אֵיזוֹ צוּרָה הִיא מְצֻלָּע?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🔺</w:t>
      </w:r>
    </w:p>
    <w:p>
      <w:pPr>
        <w:bidi/>
        <w:spacing w:before="0" w:after="20"/>
        <w:jc w:val="both"/>
      </w:pPr>
      <w:r>
        <w:rPr>
          <w:rtl/>
        </w:rPr>
        <w:t>ב. לְאֵיזוֹ צוּרָה 6 צְלָעוֹת?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מְשֻׁשֶּׁה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שַׂרְטְטוּ קַו עָקֹם סָגוּר וְקַו יָשָׁר. מַה הַהֶבְדֵּל בֵּינֵיהֶם?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קַו עָקֹם מִתְעַקֵּל, וְקַו יָשָׁר מְשַׂרְטְטִים בְּסַרְגֵּל. קַו סָגוּר נִגְמָר בַּנְּקֻדָּה שֶׁבָּהּ הִתְחִיל.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לְאוֹרִי 12 גַּפְרוּרִים. כַּמָּה מְשֻׁלָּשִׁים נִפְרָדִים הוּא יָכוֹל לִבְנוֹת? וְכַמָּה רִבּוּעִים נִפְרָדִים?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לְכָל מְשֻׁלָּשׁ 3 גַּפְרוּרִים: ‪12 : 3 = 4‬ מְשֻׁלָּשִׁים. לְכָל רִבּוּעַ 4 גַּפְרוּרִים: ‪12 : 4 = 3‬ רִבּוּעִים.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נוֹעָה שַׂרְטְטָה 3 מְשֻׁלָּשִׁים. כַּמָּה צְלָעוֹת שַׂרְטְטָה בְּסַךְ הַכֹּל?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לְכָל מְשֻׁלָּשׁ 3 צְלָעוֹת. ; ‪3 + 3 + 3 = 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נוֹעָה שַׂרְטְטָה 9 צְלָעוֹת.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עַל הַלּוּחַ רִבּוּעַ אֶחָד וּמְשֻׁלָּשׁ אֶחָד. כַּמָּה קָדְקוֹדִים יֵשׁ לָהֶם יַחַד?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+ 3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יֵשׁ לָהֶם 7 קָדְקוֹדִים.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דָּנִיֵּאל בָּנָה 2 מְרֻבָּעִים מִמַּקְלוֹת. כָּל צֶלַע הִיא מַקֵּל אֶחָד. כַּמָּה מַקְלוֹת צָרִיךְ?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לְכָל מְרֻבָּע 4 צְלָעוֹת. ; ‪2 × 4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צָרִיךְ 8 מַקְלוֹת.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לִמְשֻׁשֶּׁה 6 צְלָעוֹת וְלִמְחֻמָּשׁ 5 צְלָעוֹת. כַּמָּה צְלָעוֹת יֵשׁ לִשְׁנֵיהֶם יַחַד?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+ 5 = 11‬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לִשְׁנֵיהֶם יַחַד 11 צְלָעוֹת.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לְעוֹמֶר 20 מַקְלוֹת. הוּא בָּנָה 3 מְשֻׁלָּשִׁים וְרִבּוּעַ אֶחָד. כַּמָּה מַקְלוֹת נִשְׁאֲרוּ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3 = 9‬ ; ‪9 + 4 = 13‬ ; ‪20 - 13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לְעוֹמֶר 7 מַקְלוֹת.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אֹרֶךְ כָּל צֶלַע שֶׁל מְשֻׁלָּשׁ הוּא 5 ס"מ. מָה אֹרֶךְ כָּל הַצְּלָעוֹת יַחַד?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+ 5 + 5 = 15‬ ; ‪3 × 5 = 15‬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אֹרֶךְ כָּל הַצְּלָעוֹת יַחַד 15 ס"מ.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17. גִּזְרוּ אֶת כַּרְטִיסֵי הַצּוּרוֹת, וְהַדְבִּיקוּ כָּל צוּרָה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מְצֻלָּע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לֹא מְצֻלָּע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🔺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מְשֻׁלָּשׁ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🟥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רִבּוּעַ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🔵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עִגּוּל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🌙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סַהַר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🔶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מְעֻיָּן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🥚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בֵּיצָה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18. מִתְחוּ קַו מִכָּל מְצֻלָּע אֶל מִסְפַּר הַצְּלָעוֹת שֶׁלּוֹ.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מְשֻׁלָּשׁ  ←  א. 3 צְלָעוֹת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מְרֻבָּע  ←  ב. 4 צְלָעוֹת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מְחֻמָּשׁ  ←  ג. 5 צְלָעוֹת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מְשֻׁשֶּׁה  ←  ד. 6 צְלָעוֹת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