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  <w:jc w:val="both"/>
      </w:pPr>
    </w:p>
    <w:p>
      <w:pPr>
        <w:bidi/>
        <w:spacing w:before="0" w:after="80"/>
        <w:jc w:val="both"/>
      </w:pPr>
    </w:p>
    <w:p>
      <w:pPr>
        <w:bidi/>
        <w:spacing w:before="0" w:after="80"/>
        <w:jc w:val="both"/>
      </w:pP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600000" cy="36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240" w:after="80"/>
        <w:jc w:val="center"/>
      </w:pPr>
      <w:r>
        <w:rPr>
          <w:rFonts w:ascii="Arial" w:hAnsi="Arial" w:cs="Arial"/>
          <w:color w:val="7C3AED"/>
          <w:sz w:val="36"/>
          <w:szCs w:val="36"/>
          <w:rtl/>
        </w:rPr>
        <w:t>חוֹבֶרֶת עֲבוֹדָה</w:t>
      </w:r>
    </w:p>
    <w:p>
      <w:pPr>
        <w:bidi/>
        <w:spacing w:before="0" w:after="80"/>
        <w:jc w:val="center"/>
      </w:pPr>
      <w:r>
        <w:rPr>
          <w:rFonts w:ascii="Tahoma" w:hAnsi="Tahoma" w:cs="Tahoma"/>
          <w:b/>
          <w:bCs/>
          <w:color w:val="7C3AED"/>
          <w:sz w:val="88"/>
          <w:szCs w:val="88"/>
          <w:rtl/>
        </w:rPr>
        <w:t>מָתֵמָטִיקָה</w:t>
      </w:r>
    </w:p>
    <w:p>
      <w:pPr>
        <w:bidi/>
        <w:spacing w:before="0" w:after="80"/>
        <w:jc w:val="center"/>
      </w:pPr>
      <w:r>
        <w:rPr>
          <w:sz w:val="44"/>
          <w:szCs w:val="44"/>
          <w:rtl/>
        </w:rPr>
        <w:t>מִסְפָּרִים וּפְעֻלּוֹת · כִּתָּה ב'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7C3AED"/>
          <w:sz w:val="48"/>
          <w:szCs w:val="48"/>
          <w:rtl/>
        </w:rPr>
        <w:t>תוכן העניינים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978"/>
      </w:tblGrid>
      <w:tr>
        <w:tc>
          <w:tcPr>
            <w:tcW w:type="dxa" w:w="9978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מבוא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1: המספרים עד 100: עשרות ויחידות, ערך הספרה והשוואה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2: חיבור וחיסור עד 100 בלי מעבר עשרת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3: חיבור וחיסור עד 100 עם מעבר עשרת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4: מבוא לכפל: חיבור חוזר, קבוצות שוות ומערכים – כפל ב־2, 5 ו־10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5: מבוא לחילוק: חלוקה שווה ומדידה (כמה קבוצות?)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6: מדידות: אורך (ס"מ ומטר), שעון (שעה וחצי שעה) וכסף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7: גאומטריה: מצולעים, צלעות וקודקודים, קו ישר וקו עקום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חזרה – מה למדנו?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דפי גזירה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תשובות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7C3AED"/>
          <w:sz w:val="48"/>
          <w:szCs w:val="48"/>
          <w:rtl/>
        </w:rPr>
        <w:t>מבוא</w:t>
      </w:r>
    </w:p>
    <w:p>
      <w:pPr>
        <w:bidi/>
        <w:spacing w:before="0" w:after="120"/>
        <w:jc w:val="both"/>
      </w:pPr>
      <w:r>
        <w:rPr>
          <w:rtl/>
        </w:rPr>
        <w:t>שָׁלוֹם, תַּלְמִידֵי כִּתָּה ב'! בַּחוֹבֶרֶת הַזֹּאת נִלְמַד מִסְפָּרִים עַד 100, חִבּוּר וְחִסּוּר, כֶּפֶל וְחִלּוּק, מְדִידוֹת וְצוּרוֹת.</w:t>
      </w:r>
    </w:p>
    <w:p>
      <w:pPr>
        <w:bidi/>
        <w:spacing w:before="0" w:after="120"/>
        <w:jc w:val="both"/>
      </w:pPr>
      <w:r>
        <w:rPr>
          <w:rtl/>
        </w:rPr>
        <w:t>בְּכָל נוֹשֵׂא יֵשׁ הֶסְבֵּר קָצָר, דֻּגְמָה פְּתוּרָה, תַּרְגִּילִים מִקַּל לְקָשֶׁה וּבְעָיוֹת מִלּוּלִיּוֹת מֵהַחַיִּים.</w:t>
      </w:r>
    </w:p>
    <w:p>
      <w:pPr>
        <w:bidi/>
        <w:spacing w:before="0" w:after="120"/>
        <w:jc w:val="both"/>
      </w:pPr>
      <w:r>
        <w:rPr>
          <w:rtl/>
        </w:rPr>
        <w:t>קִרְאוּ לְאַט, כִּתְבוּ אֶת דֶּרֶךְ הַפִּתְרוֹן וּבִדְקוּ אֶת הַתְּשׁוּבָה. בְּהַצְלָחָה! ⭐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ב'   |   פרק 1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7C3AED"/>
          <w:sz w:val="44"/>
          <w:szCs w:val="44"/>
          <w:rtl/>
        </w:rPr>
        <w:t>פרק 1: המספרים עד 100: עשרות ויחידות, ערך הספרה והשוואה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2_t0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7C3AED"/>
          <w:sz w:val="28"/>
          <w:szCs w:val="28"/>
          <w:rtl/>
        </w:rPr>
        <w:t>◆ עֲשָׂרוֹת וִיחִידוֹת</w:t>
      </w:r>
    </w:p>
    <w:p>
      <w:pPr>
        <w:bidi/>
        <w:spacing w:before="0" w:after="40"/>
        <w:jc w:val="both"/>
      </w:pPr>
      <w:r>
        <w:rPr>
          <w:rtl/>
        </w:rPr>
        <w:t>10 יְחִידוֹת הֵן עֲשֶׂרֶת אַחַת. 10 עֲשָׂרוֹת הֵן 100.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דֻּגְמָה: ‪58 = 50 + 8‬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7C3AED"/>
          <w:sz w:val="28"/>
          <w:szCs w:val="28"/>
          <w:rtl/>
        </w:rPr>
        <w:t>◆ עֵרֶךְ הַסִּפְרָה</w:t>
      </w:r>
    </w:p>
    <w:p>
      <w:pPr>
        <w:bidi/>
        <w:spacing w:before="0" w:after="40"/>
        <w:jc w:val="both"/>
      </w:pPr>
      <w:r>
        <w:rPr>
          <w:rtl/>
        </w:rPr>
        <w:t>בַּמִּסְפָּר 58 הַסִּפְרָה 5 שָׁוָה 50.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מִסְפָּר</w:t>
            </w:r>
          </w:p>
        </w:tc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עֲשָׂרוֹת</w:t>
            </w:r>
          </w:p>
        </w:tc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יְחִידוֹת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58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7C3AED"/>
          <w:sz w:val="28"/>
          <w:szCs w:val="28"/>
          <w:rtl/>
        </w:rPr>
        <w:t>◆ אֵיךְ מַשְׁוִים?</w:t>
      </w:r>
    </w:p>
    <w:p>
      <w:pPr>
        <w:bidi/>
        <w:spacing w:before="0" w:after="20"/>
        <w:jc w:val="both"/>
      </w:pPr>
      <w:r>
        <w:rPr>
          <w:rtl/>
        </w:rPr>
        <w:t>1. קֹדֶם מַשְׁוִים עֲשָׂרוֹת: ‪72 &gt; 27‬.</w:t>
      </w:r>
    </w:p>
    <w:p>
      <w:pPr>
        <w:bidi/>
        <w:spacing w:before="0" w:after="20"/>
        <w:jc w:val="both"/>
      </w:pPr>
      <w:r>
        <w:rPr>
          <w:rtl/>
        </w:rPr>
        <w:t>2. אִם הָעֲשָׂרוֹת שָׁווֹת, מַשְׁוִים יְחִידוֹת: ‪45 &lt; 48‬.</w:t>
      </w:r>
    </w:p>
    <w:p>
      <w:pPr>
        <w:bidi/>
        <w:spacing w:before="0" w:after="20"/>
        <w:jc w:val="both"/>
      </w:pPr>
      <w:r>
        <w:rPr>
          <w:rtl/>
        </w:rPr>
        <w:t>3. הָעוֹקֵב גָּדוֹל בְּ־1, הַקּוֹדֵם קָטָן בְּ־1.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7C3AED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שָׁלָב 1: מוֹצְאִים כַּמָּה עֲשָׂרוֹת יֵשׁ בַּמִּסְפָּר.</w:t>
      </w:r>
    </w:p>
    <w:p>
      <w:pPr>
        <w:bidi/>
        <w:spacing w:before="0" w:after="20"/>
        <w:jc w:val="both"/>
      </w:pPr>
      <w:r>
        <w:rPr>
          <w:rtl/>
        </w:rPr>
        <w:t>2. שָׁלָב 2: מוֹצְאִים כַּמָּה יְחִידוֹת נִשְׁאֲרוּ.</w:t>
      </w:r>
    </w:p>
    <w:p>
      <w:pPr>
        <w:bidi/>
        <w:spacing w:before="0" w:after="20"/>
        <w:jc w:val="both"/>
      </w:pPr>
      <w:r>
        <w:rPr>
          <w:rtl/>
        </w:rPr>
        <w:t>3. שָׁלָב 3: כְּדֵי לְהַשְׁווֹת, מַתְחִילִים בָּעֲשָׂרוֹת וְאַחַר כָּךְ בַּיְּחִידוֹת.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מָה גָּדוֹל יוֹתֵר: 58 אוֹ 85?</w:t>
      </w:r>
    </w:p>
    <w:p>
      <w:pPr>
        <w:bidi/>
        <w:spacing w:before="0" w:after="20"/>
        <w:jc w:val="both"/>
      </w:pPr>
      <w:r>
        <w:rPr>
          <w:rtl/>
        </w:rPr>
        <w:t>1. בַּמִּסְפָּר 58 יֵשׁ 5 עֲשָׂרוֹת.</w:t>
      </w:r>
    </w:p>
    <w:p>
      <w:pPr>
        <w:bidi/>
        <w:spacing w:before="0" w:after="20"/>
        <w:jc w:val="both"/>
      </w:pPr>
      <w:r>
        <w:rPr>
          <w:rtl/>
        </w:rPr>
        <w:t>2. בַּמִּסְפָּר 85 יֵשׁ 8 עֲשָׂרוֹת.</w:t>
      </w:r>
    </w:p>
    <w:p>
      <w:pPr>
        <w:bidi/>
        <w:spacing w:before="0" w:after="20"/>
        <w:jc w:val="both"/>
      </w:pPr>
      <w:r>
        <w:rPr>
          <w:rtl/>
        </w:rPr>
        <w:t>3. 8 עֲשָׂרוֹת יוֹתֵר מִ־5 עֲשָׂרוֹת.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‪85 &gt; 58‬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סִפְרוּ וְכִתְבוּ אֶת הַמִּסְפָּר.</w:t>
      </w:r>
    </w:p>
    <w:p>
      <w:pPr>
        <w:bidi/>
        <w:spacing w:before="0" w:after="60"/>
        <w:jc w:val="both"/>
      </w:pPr>
      <w:r>
        <w:rPr>
          <w:rtl/>
        </w:rPr>
        <w:t>א. 🔟🔟🔟 ⚫⚫⚫⚫⚫⚫⚫ = __________</w:t>
      </w:r>
    </w:p>
    <w:p>
      <w:pPr>
        <w:bidi/>
        <w:spacing w:before="0" w:after="60"/>
        <w:jc w:val="both"/>
      </w:pPr>
      <w:r>
        <w:rPr>
          <w:rtl/>
        </w:rPr>
        <w:t>ב. 🔟🔟🔟🔟🔟🔟 ⚫⚫ = __________</w:t>
      </w:r>
    </w:p>
    <w:p>
      <w:pPr>
        <w:bidi/>
        <w:spacing w:before="0" w:after="60"/>
        <w:jc w:val="both"/>
      </w:pPr>
      <w:r>
        <w:rPr>
          <w:rtl/>
        </w:rPr>
        <w:t>ג. 🔟🔟🔟🔟🔟🔟🔟🔟🔟 = __________</w:t>
      </w:r>
    </w:p>
    <w:p>
      <w:pPr>
        <w:bidi/>
        <w:spacing w:before="0" w:after="60"/>
        <w:jc w:val="both"/>
      </w:pPr>
      <w:r>
        <w:rPr>
          <w:rtl/>
        </w:rPr>
        <w:t>ד. 🔟🔟🔟🔟🔟🔟🔟 ⚫⚫⚫⚫⚫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פָּרְקוּ לַעֲשָׂרוֹת וִיחִידוֹת.</w:t>
      </w:r>
    </w:p>
    <w:p>
      <w:pPr>
        <w:bidi/>
        <w:spacing w:before="0" w:after="60"/>
        <w:jc w:val="both"/>
      </w:pPr>
      <w:r>
        <w:rPr>
          <w:rtl/>
        </w:rPr>
        <w:t>א. ‪53 = 50 + __________‬</w:t>
      </w:r>
    </w:p>
    <w:p>
      <w:pPr>
        <w:bidi/>
        <w:spacing w:before="0" w:after="60"/>
        <w:jc w:val="both"/>
      </w:pPr>
      <w:r>
        <w:rPr>
          <w:rtl/>
        </w:rPr>
        <w:t>ב. ‪89 = __________ + 9‬</w:t>
      </w:r>
    </w:p>
    <w:p>
      <w:pPr>
        <w:bidi/>
        <w:spacing w:before="0" w:after="60"/>
        <w:jc w:val="both"/>
      </w:pPr>
      <w:r>
        <w:rPr>
          <w:rtl/>
        </w:rPr>
        <w:t>ג. ‪17 = 10 + __________‬</w:t>
      </w:r>
    </w:p>
    <w:p>
      <w:pPr>
        <w:bidi/>
        <w:spacing w:before="0" w:after="60"/>
        <w:jc w:val="both"/>
      </w:pPr>
      <w:r>
        <w:rPr>
          <w:rtl/>
        </w:rPr>
        <w:t>ד. ‪64 = __________ + 4‬</w:t>
      </w:r>
    </w:p>
    <w:p>
      <w:pPr>
        <w:bidi/>
        <w:spacing w:before="0" w:after="60"/>
        <w:jc w:val="both"/>
      </w:pPr>
      <w:r>
        <w:rPr>
          <w:rtl/>
        </w:rPr>
        <w:t>ה. ‪40 = 40 + __________‬</w:t>
      </w:r>
    </w:p>
    <w:p>
      <w:pPr>
        <w:bidi/>
        <w:spacing w:before="0" w:after="60"/>
        <w:jc w:val="both"/>
      </w:pPr>
      <w:r>
        <w:rPr>
          <w:rtl/>
        </w:rPr>
        <w:t>ו. ‪95 = __________ + 5‬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כִּתְבוּ אֶת הַמִּסְפָּר.</w:t>
      </w:r>
    </w:p>
    <w:p>
      <w:pPr>
        <w:bidi/>
        <w:spacing w:before="0" w:after="60"/>
        <w:jc w:val="both"/>
      </w:pPr>
      <w:r>
        <w:rPr>
          <w:rtl/>
        </w:rPr>
        <w:t>א. ‪20 + 8 = __________‬</w:t>
      </w:r>
    </w:p>
    <w:p>
      <w:pPr>
        <w:bidi/>
        <w:spacing w:before="0" w:after="60"/>
        <w:jc w:val="both"/>
      </w:pPr>
      <w:r>
        <w:rPr>
          <w:rtl/>
        </w:rPr>
        <w:t>ב. ‪70 + 3 = __________‬</w:t>
      </w:r>
    </w:p>
    <w:p>
      <w:pPr>
        <w:bidi/>
        <w:spacing w:before="0" w:after="60"/>
        <w:jc w:val="both"/>
      </w:pPr>
      <w:r>
        <w:rPr>
          <w:rtl/>
        </w:rPr>
        <w:t>ג. ‪50 + 5 = __________‬</w:t>
      </w:r>
    </w:p>
    <w:p>
      <w:pPr>
        <w:bidi/>
        <w:spacing w:before="0" w:after="60"/>
        <w:jc w:val="both"/>
      </w:pPr>
      <w:r>
        <w:rPr>
          <w:rtl/>
        </w:rPr>
        <w:t>ד. ‪10 + 9 = __________‬</w:t>
      </w:r>
    </w:p>
    <w:p>
      <w:pPr>
        <w:bidi/>
        <w:spacing w:before="0" w:after="60"/>
        <w:jc w:val="both"/>
      </w:pPr>
      <w:r>
        <w:rPr>
          <w:rtl/>
        </w:rPr>
        <w:t>ה. ‪80 + 0 = __________‬</w:t>
      </w:r>
    </w:p>
    <w:p>
      <w:pPr>
        <w:bidi/>
        <w:spacing w:before="0" w:after="60"/>
        <w:jc w:val="both"/>
      </w:pPr>
      <w:r>
        <w:rPr>
          <w:rtl/>
        </w:rPr>
        <w:t>ו. ‪60 + 7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כַּמָּה עֲשָׂרוֹת?</w:t>
      </w:r>
    </w:p>
    <w:p>
      <w:pPr>
        <w:bidi/>
        <w:spacing w:before="0" w:after="60"/>
        <w:jc w:val="both"/>
      </w:pPr>
      <w:r>
        <w:rPr>
          <w:rtl/>
        </w:rPr>
        <w:t>א. בַּמִּסְפָּר 48 יֵשׁ __________ עֲשָׂרוֹת.</w:t>
      </w:r>
    </w:p>
    <w:p>
      <w:pPr>
        <w:bidi/>
        <w:spacing w:before="0" w:after="60"/>
        <w:jc w:val="both"/>
      </w:pPr>
      <w:r>
        <w:rPr>
          <w:rtl/>
        </w:rPr>
        <w:t>ב. בַּמִּסְפָּר 91 יֵשׁ __________ עֲשָׂרוֹת.</w:t>
      </w:r>
    </w:p>
    <w:p>
      <w:pPr>
        <w:bidi/>
        <w:spacing w:before="0" w:after="60"/>
        <w:jc w:val="both"/>
      </w:pPr>
      <w:r>
        <w:rPr>
          <w:rtl/>
        </w:rPr>
        <w:t>ג. בַּמִּסְפָּר 30 יֵשׁ __________ עֲשָׂרוֹת.</w:t>
      </w:r>
    </w:p>
    <w:p>
      <w:pPr>
        <w:bidi/>
        <w:spacing w:before="0" w:after="60"/>
        <w:jc w:val="both"/>
      </w:pPr>
      <w:r>
        <w:rPr>
          <w:rtl/>
        </w:rPr>
        <w:t>ד. בַּמִּסְפָּר 100 יֵשׁ __________ עֲשָׂרוֹת.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הַשְׁלִימוּ: קוֹדֵם – מִסְפָּר – עוֹקֵב.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קוֹדֵם</w:t>
            </w:r>
          </w:p>
        </w:tc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מִסְפָּר</w:t>
            </w:r>
          </w:p>
        </w:tc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עוֹקֵב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89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כִּתְבוּ &gt; אוֹ &lt; אוֹ =.</w:t>
      </w:r>
    </w:p>
    <w:p>
      <w:pPr>
        <w:bidi/>
        <w:spacing w:before="0" w:after="60"/>
        <w:jc w:val="both"/>
      </w:pPr>
      <w:r>
        <w:rPr>
          <w:rtl/>
        </w:rPr>
        <w:t>א. ‪57 __________ 75‬</w:t>
      </w:r>
    </w:p>
    <w:p>
      <w:pPr>
        <w:bidi/>
        <w:spacing w:before="0" w:after="60"/>
        <w:jc w:val="both"/>
      </w:pPr>
      <w:r>
        <w:rPr>
          <w:rtl/>
        </w:rPr>
        <w:t>ב. ‪40 + 3 __________ 43‬</w:t>
      </w:r>
    </w:p>
    <w:p>
      <w:pPr>
        <w:bidi/>
        <w:spacing w:before="0" w:after="60"/>
        <w:jc w:val="both"/>
      </w:pPr>
      <w:r>
        <w:rPr>
          <w:rtl/>
        </w:rPr>
        <w:t>ג. ‪88 __________ 87‬</w:t>
      </w:r>
    </w:p>
    <w:p>
      <w:pPr>
        <w:bidi/>
        <w:spacing w:before="0" w:after="60"/>
        <w:jc w:val="both"/>
      </w:pPr>
      <w:r>
        <w:rPr>
          <w:rtl/>
        </w:rPr>
        <w:t>ד. ‪30 + 9 __________ 93‬</w:t>
      </w:r>
    </w:p>
    <w:p>
      <w:pPr>
        <w:bidi/>
        <w:spacing w:before="0" w:after="60"/>
        <w:jc w:val="both"/>
      </w:pPr>
      <w:r>
        <w:rPr>
          <w:rtl/>
        </w:rPr>
        <w:t>ה. ‪12 __________ 21‬</w:t>
      </w:r>
    </w:p>
    <w:p>
      <w:pPr>
        <w:bidi/>
        <w:spacing w:before="0" w:after="60"/>
        <w:jc w:val="both"/>
      </w:pPr>
      <w:r>
        <w:rPr>
          <w:rtl/>
        </w:rPr>
        <w:t>ו. ‪70 __________ 60 + 9‬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קְפִיצוֹת שֶׁל 10. הַשְׁלִימוּ.</w:t>
      </w:r>
    </w:p>
    <w:p>
      <w:pPr>
        <w:bidi/>
        <w:spacing w:before="0" w:after="60"/>
        <w:jc w:val="both"/>
      </w:pPr>
      <w:r>
        <w:rPr>
          <w:rtl/>
        </w:rPr>
        <w:t>א. 4, 14, 24, __________, 44</w:t>
      </w:r>
    </w:p>
    <w:p>
      <w:pPr>
        <w:bidi/>
        <w:spacing w:before="0" w:after="60"/>
        <w:jc w:val="both"/>
      </w:pPr>
      <w:r>
        <w:rPr>
          <w:rtl/>
        </w:rPr>
        <w:t>ב. 7, 17, 27, __________, 47</w:t>
      </w:r>
    </w:p>
    <w:p>
      <w:pPr>
        <w:bidi/>
        <w:spacing w:before="0" w:after="60"/>
        <w:jc w:val="both"/>
      </w:pPr>
      <w:r>
        <w:rPr>
          <w:rtl/>
        </w:rPr>
        <w:t>ג. 93, 83, 73, __________, 53</w:t>
      </w:r>
    </w:p>
    <w:p>
      <w:pPr>
        <w:bidi/>
        <w:spacing w:before="0" w:after="60"/>
        <w:jc w:val="both"/>
      </w:pPr>
      <w:r>
        <w:rPr>
          <w:rtl/>
        </w:rPr>
        <w:t>ד. 58, 68, 78, __________, 98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הַתְאִימוּ.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6 עֲשָׂרוֹת וְ־3 יְחִידוֹת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36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3 עֲשָׂרוֹת וְ־6 יְחִידוֹת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90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9 עֲשָׂרוֹת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11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9 יְחִידוֹת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63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עֲשֶׂרֶת אַחַת וְ־1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9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נָכוֹן אוֹ לֹא נָכוֹן?</w:t>
      </w:r>
    </w:p>
    <w:p>
      <w:pPr>
        <w:bidi/>
        <w:spacing w:before="0" w:after="60"/>
        <w:jc w:val="both"/>
      </w:pPr>
      <w:r>
        <w:rPr>
          <w:rtl/>
        </w:rPr>
        <w:t>א. 100 הוּא 10 עֲשָׂרוֹת.      נכון / לא נכון</w:t>
      </w:r>
    </w:p>
    <w:p>
      <w:pPr>
        <w:bidi/>
        <w:spacing w:before="0" w:after="60"/>
        <w:jc w:val="both"/>
      </w:pPr>
      <w:r>
        <w:rPr>
          <w:rtl/>
        </w:rPr>
        <w:t>ב. בַּמִּסְפָּר 47 הַסִּפְרָה 4 שָׁוָה 4.      נכון / לא נכון</w:t>
      </w:r>
    </w:p>
    <w:p>
      <w:pPr>
        <w:bidi/>
        <w:spacing w:before="0" w:after="60"/>
        <w:jc w:val="both"/>
      </w:pPr>
      <w:r>
        <w:rPr>
          <w:rtl/>
        </w:rPr>
        <w:t>ג. הָעוֹקֵב שֶׁל 69 הוּא 70.      נכון / לא נכון</w:t>
      </w:r>
    </w:p>
    <w:p>
      <w:pPr>
        <w:bidi/>
        <w:spacing w:before="0" w:after="60"/>
        <w:jc w:val="both"/>
      </w:pPr>
      <w:r>
        <w:rPr>
          <w:rtl/>
        </w:rPr>
        <w:t>ד. 80 קָטָן מִ־79.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מָה הַמִּסְפָּר?</w:t>
      </w:r>
    </w:p>
    <w:p>
      <w:pPr>
        <w:bidi/>
        <w:spacing w:before="0" w:after="20"/>
        <w:jc w:val="both"/>
      </w:pPr>
      <w:r>
        <w:rPr>
          <w:rtl/>
        </w:rPr>
        <w:t>א. 5 עֲשָׂרוֹת וְ־8 יְחִידוֹת</w:t>
      </w:r>
    </w:p>
    <w:p>
      <w:pPr>
        <w:bidi/>
        <w:spacing w:before="0" w:after="80"/>
        <w:jc w:val="both"/>
      </w:pPr>
      <w:r>
        <w:rPr>
          <w:rtl/>
        </w:rPr>
        <w:t xml:space="preserve">   ○ 85      ○ 58      ○ 13</w:t>
      </w:r>
    </w:p>
    <w:p>
      <w:pPr>
        <w:bidi/>
        <w:spacing w:before="0" w:after="20"/>
        <w:jc w:val="both"/>
      </w:pPr>
      <w:r>
        <w:rPr>
          <w:rtl/>
        </w:rPr>
        <w:t>ב. הַמִּסְפָּר הַגָּדוֹל בְּיוֹתֵר</w:t>
      </w:r>
    </w:p>
    <w:p>
      <w:pPr>
        <w:bidi/>
        <w:spacing w:before="0" w:after="80"/>
        <w:jc w:val="both"/>
      </w:pPr>
      <w:r>
        <w:rPr>
          <w:rtl/>
        </w:rPr>
        <w:t xml:space="preserve">   ○ 79      ○ 97      ○ 77</w:t>
      </w:r>
    </w:p>
    <w:p>
      <w:pPr>
        <w:bidi/>
        <w:spacing w:before="0" w:after="20"/>
        <w:jc w:val="both"/>
      </w:pPr>
      <w:r>
        <w:rPr>
          <w:rtl/>
        </w:rPr>
        <w:t>ג. הַמִּסְפָּר הַקּוֹדֵם שֶׁל 50</w:t>
      </w:r>
    </w:p>
    <w:p>
      <w:pPr>
        <w:bidi/>
        <w:spacing w:before="0" w:after="80"/>
        <w:jc w:val="both"/>
      </w:pPr>
      <w:r>
        <w:rPr>
          <w:rtl/>
        </w:rPr>
        <w:t xml:space="preserve">   ○ 51      ○ 40      ○ 49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סַדְּרוּ מֵהַגָּדוֹל לַקָּטָן: 38, 83, 33, 80, 8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[אתגר] כִּתְבוּ אֶת כָּל הַמִּסְפָּרִים בֵּין 40 לְ־50 שֶׁסִּפְרַת הַיְּחִידוֹת שֶׁלָּהֶם זוּגִית.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[אתגר] אֶתְגָּר: מָה הַמִּסְפָּר הַדּוּ־סִפְרָתִי הַגָּדוֹל בְּיוֹתֵר שֶׁאֶפְשָׁר לִכְתֹּב בַּסְּפָרוֹת 3, 7, 5? וּמָה הַקָּטָן בְּיוֹתֵר?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7C3AED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בַּגַּן יֵשׁ 2 שׁוּרוֹת שֶׁל 10 עֲצֵי פְּרִי וְעוֹד 5 עֵצִים. כַּמָּה עֵצִים יֵשׁ בַּגַּן?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🌳🔟 🌳🔟 🌳🌳🌳🌳🌳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לְעוֹמֶר 9 חֲבִילוֹת שֶׁל 10 מַדְבֵּקוֹת. כַּמָּה מַדְבֵּקוֹת יֵשׁ לוֹ?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⭐🔟 × 9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אִיתַי קָרָא 63 עַמּוּדִים. אֲרִיאֵל קָרָא 36 עַמּוּדִים. מִי קָרָא יוֹתֵר עַמּוּדִים?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📖 63   📖 36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בָּאוֹטוֹבּוּס מָקוֹם מִסְפָּר 19 תָּפוּס. יְהוֹנָתָן יָשַׁב בַּמָּקוֹם הָעוֹקֵב. בְּאֵיזֶה מָקוֹם יָשַׁב?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🚌 19 ➡️ ❓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בַּכִּתָּה 8 קֻפְסָאוֹת שֶׁל 10 גִּירִים. הַמּוֹרֶה הוֹצִיא קֻפְסָה אַחַת שְׁלֵמָה. כַּמָּה גִּירִים נִשְׁאֲרוּ בַּקֻּפְסָאוֹת?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אֵלִיָּה חוֹשֵׁב עַל מִסְפָּר בֵּין 60 לְ־70. סִפְרַת הַיְּחִידוֹת שֶׁלּוֹ שָׁוָה לְסִפְרַת הָעֲשָׂרוֹת. מָה הַמִּסְפָּר?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7C3AED"/>
          <w:sz w:val="26"/>
          <w:szCs w:val="26"/>
          <w:rtl/>
        </w:rPr>
        <w:t>20. גִּזְרוּ אֶת כַּרְטִיסֵי הַמִּסְפָּרִים, וְהַדְבִּיקוּ אוֹתָם לְפִי הַסֵּדֶר: מִן הַקָּטָן אֶל הַגָּדוֹל.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הֲכִי קָטָן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</w:r>
          </w:p>
        </w:tc>
      </w:tr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הֲכִי גָּדוֹל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7C3AED"/>
          <w:sz w:val="26"/>
          <w:szCs w:val="26"/>
          <w:rtl/>
        </w:rPr>
        <w:t>21. מִתְחוּ קַו מִכָּל מִסְפָּר אֶל הַפֵּרוּק שֶׁלּוֹ לַעֲשָׂרוֹת וִיחִידוֹת.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1. 47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א. 6 עֲשָׂרוֹת וְ-0 יְחִידוֹת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2. 74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ב. 5 עֲשָׂרוֹת וּ-8 יְחִידוֹת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3. 60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ג. 4 עֲשָׂרוֹת וְ-7 יְחִידוֹת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4. 58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ד. 7 עֲשָׂרוֹת וְ-4 יְחִידוֹת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ב'   |   פרק 2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7C3AED"/>
          <w:sz w:val="44"/>
          <w:szCs w:val="44"/>
          <w:rtl/>
        </w:rPr>
        <w:t>פרק 2: חיבור וחיסור עד 100 בלי מעבר עשרת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2_t02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7C3AED"/>
          <w:sz w:val="28"/>
          <w:szCs w:val="28"/>
          <w:rtl/>
        </w:rPr>
        <w:t>◆ עֲשָׂרוֹת שְׁלֵמוֹת</w:t>
      </w:r>
    </w:p>
    <w:p>
      <w:pPr>
        <w:bidi/>
        <w:spacing w:before="0" w:after="40"/>
        <w:jc w:val="both"/>
      </w:pPr>
      <w:r>
        <w:rPr>
          <w:rtl/>
        </w:rPr>
        <w:t>מְחַבְּרִים עֲשָׂרוֹת כְּמוֹ שֶׁמְּחַבְּרִים יְחִידוֹת.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דֻּגְמָה: ‪50 + 30 = 80 · 90 - 40 = 50‬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7C3AED"/>
          <w:sz w:val="28"/>
          <w:szCs w:val="28"/>
          <w:rtl/>
        </w:rPr>
        <w:t>◆ עֲשָׂרוֹת לְחוּד, יְחִידוֹת לְחוּד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תַּרְגִּיל</w:t>
            </w:r>
          </w:p>
        </w:tc>
        <w:tc>
          <w:tcPr>
            <w:tcW w:type="dxa" w:w="2494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עֲשָׂרוֹת</w:t>
            </w:r>
          </w:p>
        </w:tc>
        <w:tc>
          <w:tcPr>
            <w:tcW w:type="dxa" w:w="2494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יְחִידוֹת</w:t>
            </w:r>
          </w:p>
        </w:tc>
        <w:tc>
          <w:tcPr>
            <w:tcW w:type="dxa" w:w="2494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תּוֹצָאָה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‪42 + 35‬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77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‪68 - 23‬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45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7C3AED"/>
          <w:sz w:val="28"/>
          <w:szCs w:val="28"/>
          <w:rtl/>
        </w:rPr>
        <w:t>◆ כְּדַאי לִזְכֹּר</w:t>
      </w:r>
    </w:p>
    <w:p>
      <w:pPr>
        <w:bidi/>
        <w:spacing w:before="0" w:after="20"/>
        <w:jc w:val="both"/>
      </w:pPr>
      <w:r>
        <w:rPr>
          <w:rtl/>
        </w:rPr>
        <w:t>1. מִסְפָּר וְעוֹד 0 – הַמִּסְפָּר לֹא מִשְׁתַּנֶּה.</w:t>
      </w:r>
    </w:p>
    <w:p>
      <w:pPr>
        <w:bidi/>
        <w:spacing w:before="0" w:after="20"/>
        <w:jc w:val="both"/>
      </w:pPr>
      <w:r>
        <w:rPr>
          <w:rtl/>
        </w:rPr>
        <w:t>2. אֶת הַחִסּוּר בּוֹדְקִים בְּחִבּוּר.</w:t>
      </w:r>
    </w:p>
    <w:p>
      <w:pPr>
        <w:bidi/>
        <w:spacing w:before="0" w:after="20"/>
        <w:jc w:val="both"/>
      </w:pPr>
      <w:r>
        <w:rPr>
          <w:rtl/>
        </w:rPr>
        <w:t>3. בִּמְאֻנָּךְ: יְחִידוֹת מִתַּחַת לִיחִידוֹת.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7C3AED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שָׁלָב 1: מְפָרְקִים כָּל מִסְפָּר לַעֲשָׂרוֹת וְלִיחִידוֹת.</w:t>
      </w:r>
    </w:p>
    <w:p>
      <w:pPr>
        <w:bidi/>
        <w:spacing w:before="0" w:after="20"/>
        <w:jc w:val="both"/>
      </w:pPr>
      <w:r>
        <w:rPr>
          <w:rtl/>
        </w:rPr>
        <w:t>2. שָׁלָב 2: מְחַבְּרִים (אוֹ מְחַסְּרִים) אֶת הָעֲשָׂרוֹת.</w:t>
      </w:r>
    </w:p>
    <w:p>
      <w:pPr>
        <w:bidi/>
        <w:spacing w:before="0" w:after="20"/>
        <w:jc w:val="both"/>
      </w:pPr>
      <w:r>
        <w:rPr>
          <w:rtl/>
        </w:rPr>
        <w:t>3. שָׁלָב 3: מְחַבְּרִים (אוֹ מְחַסְּרִים) אֶת הַיְּחִידוֹת.</w:t>
      </w:r>
    </w:p>
    <w:p>
      <w:pPr>
        <w:bidi/>
        <w:spacing w:before="0" w:after="20"/>
        <w:jc w:val="both"/>
      </w:pPr>
      <w:r>
        <w:rPr>
          <w:rtl/>
        </w:rPr>
        <w:t>4. שָׁלָב 4: מְחַבְּרִים אֶת שְׁתֵּי הַתּוֹצָאוֹת וּבוֹדְקִים.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‪86 - 42 = ___‬</w:t>
      </w:r>
    </w:p>
    <w:p>
      <w:pPr>
        <w:bidi/>
        <w:spacing w:before="0" w:after="20"/>
        <w:jc w:val="both"/>
      </w:pPr>
      <w:r>
        <w:rPr>
          <w:rtl/>
        </w:rPr>
        <w:t>1. עֲשָׂרוֹת: ‪80 - 40 = 40‬</w:t>
      </w:r>
    </w:p>
    <w:p>
      <w:pPr>
        <w:bidi/>
        <w:spacing w:before="0" w:after="20"/>
        <w:jc w:val="both"/>
      </w:pPr>
      <w:r>
        <w:rPr>
          <w:rtl/>
        </w:rPr>
        <w:t>2. יְחִידוֹת: ‪6 - 2 = 4‬</w:t>
      </w:r>
    </w:p>
    <w:p>
      <w:pPr>
        <w:bidi/>
        <w:spacing w:before="0" w:after="20"/>
        <w:jc w:val="both"/>
      </w:pPr>
      <w:r>
        <w:rPr>
          <w:rtl/>
        </w:rPr>
        <w:t>3. ‪40 + 4 = 44‬</w:t>
      </w:r>
    </w:p>
    <w:p>
      <w:pPr>
        <w:bidi/>
        <w:spacing w:before="0" w:after="20"/>
        <w:jc w:val="both"/>
      </w:pPr>
      <w:r>
        <w:rPr>
          <w:rtl/>
        </w:rPr>
        <w:t>4. בְּדִיקָה: ‪44 + 42 = 86‬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44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חַבְּרוּ וְחַסְּרוּ עֲשָׂרוֹת.</w:t>
      </w:r>
    </w:p>
    <w:p>
      <w:pPr>
        <w:bidi/>
        <w:spacing w:before="0" w:after="60"/>
        <w:jc w:val="both"/>
      </w:pPr>
      <w:r>
        <w:rPr>
          <w:rtl/>
        </w:rPr>
        <w:t>א. ‪30 + 30 = __________‬</w:t>
      </w:r>
    </w:p>
    <w:p>
      <w:pPr>
        <w:bidi/>
        <w:spacing w:before="0" w:after="60"/>
        <w:jc w:val="both"/>
      </w:pPr>
      <w:r>
        <w:rPr>
          <w:rtl/>
        </w:rPr>
        <w:t>ב. ‪60 + 20 = __________‬</w:t>
      </w:r>
    </w:p>
    <w:p>
      <w:pPr>
        <w:bidi/>
        <w:spacing w:before="0" w:after="60"/>
        <w:jc w:val="both"/>
      </w:pPr>
      <w:r>
        <w:rPr>
          <w:rtl/>
        </w:rPr>
        <w:t>ג. ‪10 + 90 = __________‬</w:t>
      </w:r>
    </w:p>
    <w:p>
      <w:pPr>
        <w:bidi/>
        <w:spacing w:before="0" w:after="60"/>
        <w:jc w:val="both"/>
      </w:pPr>
      <w:r>
        <w:rPr>
          <w:rtl/>
        </w:rPr>
        <w:t>ד. ‪80 - 30 = __________‬</w:t>
      </w:r>
    </w:p>
    <w:p>
      <w:pPr>
        <w:bidi/>
        <w:spacing w:before="0" w:after="60"/>
        <w:jc w:val="both"/>
      </w:pPr>
      <w:r>
        <w:rPr>
          <w:rtl/>
        </w:rPr>
        <w:t>ה. ‪70 - 50 = __________‬</w:t>
      </w:r>
    </w:p>
    <w:p>
      <w:pPr>
        <w:bidi/>
        <w:spacing w:before="0" w:after="60"/>
        <w:jc w:val="both"/>
      </w:pPr>
      <w:r>
        <w:rPr>
          <w:rtl/>
        </w:rPr>
        <w:t>ו. ‪40 - 10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סִפְרוּ וּפִתְרוּ.</w:t>
      </w:r>
    </w:p>
    <w:p>
      <w:pPr>
        <w:bidi/>
        <w:spacing w:before="0" w:after="60"/>
        <w:jc w:val="both"/>
      </w:pPr>
      <w:r>
        <w:rPr>
          <w:rtl/>
        </w:rPr>
        <w:t>א. 🍓🍓🍓 + 🍓🍓 = __________</w:t>
      </w:r>
    </w:p>
    <w:p>
      <w:pPr>
        <w:bidi/>
        <w:spacing w:before="0" w:after="60"/>
        <w:jc w:val="both"/>
      </w:pPr>
      <w:r>
        <w:rPr>
          <w:rtl/>
        </w:rPr>
        <w:t>ב. ⭐⭐⭐⭐⭐⭐ - ⭐⭐ = __________</w:t>
      </w:r>
    </w:p>
    <w:p>
      <w:pPr>
        <w:bidi/>
        <w:spacing w:before="0" w:after="60"/>
        <w:jc w:val="both"/>
      </w:pPr>
      <w:r>
        <w:rPr>
          <w:rtl/>
        </w:rPr>
        <w:t>ג. 🎈🎈🎈🎈 + 🎈🎈🎈🎈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פִּתְרוּ.</w:t>
      </w:r>
    </w:p>
    <w:p>
      <w:pPr>
        <w:bidi/>
        <w:spacing w:before="0" w:after="60"/>
        <w:jc w:val="both"/>
      </w:pPr>
      <w:r>
        <w:rPr>
          <w:rtl/>
        </w:rPr>
        <w:t>א. ‪43 + 4 = __________‬</w:t>
      </w:r>
    </w:p>
    <w:p>
      <w:pPr>
        <w:bidi/>
        <w:spacing w:before="0" w:after="60"/>
        <w:jc w:val="both"/>
      </w:pPr>
      <w:r>
        <w:rPr>
          <w:rtl/>
        </w:rPr>
        <w:t>ב. ‪72 + 6 = __________‬</w:t>
      </w:r>
    </w:p>
    <w:p>
      <w:pPr>
        <w:bidi/>
        <w:spacing w:before="0" w:after="60"/>
        <w:jc w:val="both"/>
      </w:pPr>
      <w:r>
        <w:rPr>
          <w:rtl/>
        </w:rPr>
        <w:t>ג. ‪35 - 2 = __________‬</w:t>
      </w:r>
    </w:p>
    <w:p>
      <w:pPr>
        <w:bidi/>
        <w:spacing w:before="0" w:after="60"/>
        <w:jc w:val="both"/>
      </w:pPr>
      <w:r>
        <w:rPr>
          <w:rtl/>
        </w:rPr>
        <w:t>ד. ‪99 - 7 = __________‬</w:t>
      </w:r>
    </w:p>
    <w:p>
      <w:pPr>
        <w:bidi/>
        <w:spacing w:before="0" w:after="60"/>
        <w:jc w:val="both"/>
      </w:pPr>
      <w:r>
        <w:rPr>
          <w:rtl/>
        </w:rPr>
        <w:t>ה. ‪16 + 3 = __________‬</w:t>
      </w:r>
    </w:p>
    <w:p>
      <w:pPr>
        <w:bidi/>
        <w:spacing w:before="0" w:after="60"/>
        <w:jc w:val="both"/>
      </w:pPr>
      <w:r>
        <w:rPr>
          <w:rtl/>
        </w:rPr>
        <w:t>ו. ‪58 - 5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פִּתְרוּ.</w:t>
      </w:r>
    </w:p>
    <w:p>
      <w:pPr>
        <w:bidi/>
        <w:spacing w:before="0" w:after="60"/>
        <w:jc w:val="both"/>
      </w:pPr>
      <w:r>
        <w:rPr>
          <w:rtl/>
        </w:rPr>
        <w:t>א. ‪52 + 20 = __________‬</w:t>
      </w:r>
    </w:p>
    <w:p>
      <w:pPr>
        <w:bidi/>
        <w:spacing w:before="0" w:after="60"/>
        <w:jc w:val="both"/>
      </w:pPr>
      <w:r>
        <w:rPr>
          <w:rtl/>
        </w:rPr>
        <w:t>ב. ‪34 + 40 = __________‬</w:t>
      </w:r>
    </w:p>
    <w:p>
      <w:pPr>
        <w:bidi/>
        <w:spacing w:before="0" w:after="60"/>
        <w:jc w:val="both"/>
      </w:pPr>
      <w:r>
        <w:rPr>
          <w:rtl/>
        </w:rPr>
        <w:t>ג. ‪87 - 30 = __________‬</w:t>
      </w:r>
    </w:p>
    <w:p>
      <w:pPr>
        <w:bidi/>
        <w:spacing w:before="0" w:after="60"/>
        <w:jc w:val="both"/>
      </w:pPr>
      <w:r>
        <w:rPr>
          <w:rtl/>
        </w:rPr>
        <w:t>ד. ‪65 - 50 = __________‬</w:t>
      </w:r>
    </w:p>
    <w:p>
      <w:pPr>
        <w:bidi/>
        <w:spacing w:before="0" w:after="60"/>
        <w:jc w:val="both"/>
      </w:pPr>
      <w:r>
        <w:rPr>
          <w:rtl/>
        </w:rPr>
        <w:t>ה. ‪19 + 70 = __________‬</w:t>
      </w:r>
    </w:p>
    <w:p>
      <w:pPr>
        <w:bidi/>
        <w:spacing w:before="0" w:after="60"/>
        <w:jc w:val="both"/>
      </w:pPr>
      <w:r>
        <w:rPr>
          <w:rtl/>
        </w:rPr>
        <w:t>ו. ‪48 - 20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פִּתְרוּ.</w:t>
      </w:r>
    </w:p>
    <w:p>
      <w:pPr>
        <w:bidi/>
        <w:spacing w:before="0" w:after="60"/>
        <w:jc w:val="both"/>
      </w:pPr>
      <w:r>
        <w:rPr>
          <w:rtl/>
        </w:rPr>
        <w:t>א. ‪31 + 47 = __________‬</w:t>
      </w:r>
    </w:p>
    <w:p>
      <w:pPr>
        <w:bidi/>
        <w:spacing w:before="0" w:after="60"/>
        <w:jc w:val="both"/>
      </w:pPr>
      <w:r>
        <w:rPr>
          <w:rtl/>
        </w:rPr>
        <w:t>ב. ‪62 + 25 = __________‬</w:t>
      </w:r>
    </w:p>
    <w:p>
      <w:pPr>
        <w:bidi/>
        <w:spacing w:before="0" w:after="60"/>
        <w:jc w:val="both"/>
      </w:pPr>
      <w:r>
        <w:rPr>
          <w:rtl/>
        </w:rPr>
        <w:t>ג. ‪53 + 16 = __________‬</w:t>
      </w:r>
    </w:p>
    <w:p>
      <w:pPr>
        <w:bidi/>
        <w:spacing w:before="0" w:after="60"/>
        <w:jc w:val="both"/>
      </w:pPr>
      <w:r>
        <w:rPr>
          <w:rtl/>
        </w:rPr>
        <w:t>ד. ‪89 - 47 = __________‬</w:t>
      </w:r>
    </w:p>
    <w:p>
      <w:pPr>
        <w:bidi/>
        <w:spacing w:before="0" w:after="60"/>
        <w:jc w:val="both"/>
      </w:pPr>
      <w:r>
        <w:rPr>
          <w:rtl/>
        </w:rPr>
        <w:t>ה. ‪75 - 32 = __________‬</w:t>
      </w:r>
    </w:p>
    <w:p>
      <w:pPr>
        <w:bidi/>
        <w:spacing w:before="0" w:after="60"/>
        <w:jc w:val="both"/>
      </w:pPr>
      <w:r>
        <w:rPr>
          <w:rtl/>
        </w:rPr>
        <w:t>ו. ‪98 - 66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הַשְׁלִימוּ: כָּל מִסְפָּר בַּשּׁוּרָה הוּא סְכוּם שְׁנֵי הַמִּסְפָּרִים.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מִסְפָּר א</w:t>
            </w:r>
          </w:p>
        </w:tc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מִסְפָּר ב</w:t>
            </w:r>
          </w:p>
        </w:tc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סְכוּם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63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82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מָה חָסֵר?</w:t>
      </w:r>
    </w:p>
    <w:p>
      <w:pPr>
        <w:bidi/>
        <w:spacing w:before="0" w:after="60"/>
        <w:jc w:val="both"/>
      </w:pPr>
      <w:r>
        <w:rPr>
          <w:rtl/>
        </w:rPr>
        <w:t>א. ‪63 + __________ = 69‬</w:t>
      </w:r>
    </w:p>
    <w:p>
      <w:pPr>
        <w:bidi/>
        <w:spacing w:before="0" w:after="60"/>
        <w:jc w:val="both"/>
      </w:pPr>
      <w:r>
        <w:rPr>
          <w:rtl/>
        </w:rPr>
        <w:t>ב. ‪__________ + 40 = 95‬</w:t>
      </w:r>
    </w:p>
    <w:p>
      <w:pPr>
        <w:bidi/>
        <w:spacing w:before="0" w:after="60"/>
        <w:jc w:val="both"/>
      </w:pPr>
      <w:r>
        <w:rPr>
          <w:rtl/>
        </w:rPr>
        <w:t>ג. ‪34 + __________ = 78‬</w:t>
      </w:r>
    </w:p>
    <w:p>
      <w:pPr>
        <w:bidi/>
        <w:spacing w:before="0" w:after="60"/>
        <w:jc w:val="both"/>
      </w:pPr>
      <w:r>
        <w:rPr>
          <w:rtl/>
        </w:rPr>
        <w:t>ד. ‪86 - __________ = 82‬</w:t>
      </w:r>
    </w:p>
    <w:p>
      <w:pPr>
        <w:bidi/>
        <w:spacing w:before="0" w:after="60"/>
        <w:jc w:val="both"/>
      </w:pPr>
      <w:r>
        <w:rPr>
          <w:rtl/>
        </w:rPr>
        <w:t>ה. ‪__________ - 30 = 47‬</w:t>
      </w:r>
    </w:p>
    <w:p>
      <w:pPr>
        <w:bidi/>
        <w:spacing w:before="0" w:after="60"/>
        <w:jc w:val="both"/>
      </w:pPr>
      <w:r>
        <w:rPr>
          <w:rtl/>
        </w:rPr>
        <w:t>ו. ‪59 - __________ = 21‬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כִּתְבוּ &gt; אוֹ &lt; אוֹ = בְּלִי לִפְתֹּר.</w:t>
      </w:r>
    </w:p>
    <w:p>
      <w:pPr>
        <w:bidi/>
        <w:spacing w:before="0" w:after="60"/>
        <w:jc w:val="both"/>
      </w:pPr>
      <w:r>
        <w:rPr>
          <w:rtl/>
        </w:rPr>
        <w:t>א. ‪34 + 20 __________ 34 + 30‬</w:t>
      </w:r>
    </w:p>
    <w:p>
      <w:pPr>
        <w:bidi/>
        <w:spacing w:before="0" w:after="60"/>
        <w:jc w:val="both"/>
      </w:pPr>
      <w:r>
        <w:rPr>
          <w:rtl/>
        </w:rPr>
        <w:t>ב. ‪50 - 10 __________ 50 - 20‬</w:t>
      </w:r>
    </w:p>
    <w:p>
      <w:pPr>
        <w:bidi/>
        <w:spacing w:before="0" w:after="60"/>
        <w:jc w:val="both"/>
      </w:pPr>
      <w:r>
        <w:rPr>
          <w:rtl/>
        </w:rPr>
        <w:t>ג. ‪42 + 5 __________ 45 + 2‬</w:t>
      </w:r>
    </w:p>
    <w:p>
      <w:pPr>
        <w:bidi/>
        <w:spacing w:before="0" w:after="60"/>
        <w:jc w:val="both"/>
      </w:pPr>
      <w:r>
        <w:rPr>
          <w:rtl/>
        </w:rPr>
        <w:t>ד. ‪70 + 0 __________ 70 - 0‬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הַתְאִימוּ תַּרְגִּיל לַתּוֹצָאָה.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‪23 + 34‬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‪86 - 41‬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57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‪50 + 49‬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45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‪77 - 77‬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99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‪11 + 22‬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33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נָכוֹן אוֹ לֹא נָכוֹן?</w:t>
      </w:r>
    </w:p>
    <w:p>
      <w:pPr>
        <w:bidi/>
        <w:spacing w:before="0" w:after="60"/>
        <w:jc w:val="both"/>
      </w:pPr>
      <w:r>
        <w:rPr>
          <w:rtl/>
        </w:rPr>
        <w:t>א. ‪45 - 0 = 0‬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‪61 + 27 = 88‬      נכון / לא נכון</w:t>
      </w:r>
    </w:p>
    <w:p>
      <w:pPr>
        <w:bidi/>
        <w:spacing w:before="0" w:after="60"/>
        <w:jc w:val="both"/>
      </w:pPr>
      <w:r>
        <w:rPr>
          <w:rtl/>
        </w:rPr>
        <w:t>ג. ‪73 - 21 = 52‬      נכון / לא נכון</w:t>
      </w:r>
    </w:p>
    <w:p>
      <w:pPr>
        <w:bidi/>
        <w:spacing w:before="0" w:after="60"/>
        <w:jc w:val="both"/>
      </w:pPr>
      <w:r>
        <w:rPr>
          <w:rtl/>
        </w:rPr>
        <w:t>ד. ‪28 + 51 = 89‬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פִּתְרוּ בִּמְאֻנָּךְ: ‪53 + 24‬   ,   ‪87 - 35‬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[אתגר] בִּדְקוּ בְּעֶזְרַת חִבּוּר: הַאִם ‪68 - 43 = 25‬? כִּתְבוּ אֶת תַּרְגִּיל הַבְּדִיקָה.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[אתגר] אֶתְגָּר: שַׁרְשֶׁרֶת. פִּתְרוּ בְּדֶרֶךְ נוֹחָה.</w:t>
      </w:r>
    </w:p>
    <w:p>
      <w:pPr>
        <w:bidi/>
        <w:spacing w:before="0" w:after="60"/>
        <w:jc w:val="both"/>
      </w:pPr>
      <w:r>
        <w:rPr>
          <w:rtl/>
        </w:rPr>
        <w:t>א. ‪15 + 32 + 5 = __________‬</w:t>
      </w:r>
    </w:p>
    <w:p>
      <w:pPr>
        <w:bidi/>
        <w:spacing w:before="0" w:after="60"/>
        <w:jc w:val="both"/>
      </w:pPr>
      <w:r>
        <w:rPr>
          <w:rtl/>
        </w:rPr>
        <w:t>ב. ‪40 + 23 + 30 = __________‬</w:t>
      </w:r>
    </w:p>
    <w:p>
      <w:pPr>
        <w:bidi/>
        <w:spacing w:before="0" w:after="60"/>
        <w:jc w:val="both"/>
      </w:pPr>
      <w:r>
        <w:rPr>
          <w:rtl/>
        </w:rPr>
        <w:t>ג. ‪99 - 9 - 40 = __________‬</w:t>
      </w:r>
    </w:p>
    <w:p>
      <w:pPr>
        <w:bidi/>
        <w:spacing w:before="0" w:after="60"/>
        <w:jc w:val="both"/>
      </w:pPr>
      <w:r>
        <w:rPr>
          <w:rtl/>
        </w:rPr>
        <w:t>ד. ‪12 + 34 + 21 = __________‬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7C3AED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בַּגִּנָּה 40 פְּרָחִים אֲדֻמִּים וְ־50 פְּרָחִים צְהֻבִּים. כַּמָּה פְּרָחִים יֵשׁ בַּגִּנָּה?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🌷 40 ➕ 🌼 50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בַּקֻּפְסָה 37 עוּגִיּוֹת. אָכְלוּ 5 עוּגִיּוֹת. כַּמָּה עוּגִיּוֹת נִשְׁאֲרוּ?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🍪 37 ➖ 🍪🍪🍪🍪🍪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בְּכִתָּה ב'1 יֵשׁ 32 תַּלְמִידִים, וּבְכִתָּה ב'2 יֵשׁ 31 תַּלְמִידִים. כַּמָּה תַּלְמִידִים בִּשְׁתֵּי הַכִּתּוֹת?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🏫 32 ➕ 🏫 31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לְאוֹרִי 76 ₪. הוּא קָנָה כַּדּוּר בְּ־45 ₪. כַּמָּה כֶּסֶף נִשְׁאַר לוֹ?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💰 76 ➖ ⚽ 45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יוֹאָב קָטַף 24 תַּפּוּזִים, וְנוֹעַם קָטַף 12 תַּפּוּזִים פָּחוֹת מִיּוֹאָב. כַּמָּה תַּפּוּזִים קָטְפוּ שְׁנֵיהֶם?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בַּמְּכוֹנִית הָיוּ 50 לִיטְרִים שֶׁל דֶּלֶק. בַּבֹּקֶר הִשְׁתַּמְּשׁוּ בְּ־20 לִיטְרִים, וּבָעֶרֶב בְּ־10 לִיטְרִים. כַּמָּה לִיטְרִים נִשְׁאֲרוּ?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7C3AED"/>
          <w:sz w:val="26"/>
          <w:szCs w:val="26"/>
          <w:rtl/>
        </w:rPr>
        <w:t>20. פִּתְרוּ. גִּזְרוּ אֶת כַּרְטִיסֵי הַתְּשׁוּבוֹת, וְהַדְבִּיקוּ כָּל תְּשׁוּבָה לְיַד הַתַּרְגִּיל.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‪23 + 14‬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‪45 + 32‬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‪68 − 25‬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‪99 − 40‬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‪51 + 6‬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7C3AED"/>
          <w:sz w:val="26"/>
          <w:szCs w:val="26"/>
          <w:rtl/>
        </w:rPr>
        <w:t>21. הַתְאִימוּ תְּמוּנָה לְתַרְגִּיל: כִּתְבוּ בָּרִבּוּעַ אֶת מִסְפַּר הַתְּמוּנָה.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7C3AED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7C3AED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7C3AED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7C3AED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📚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🍎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🎈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🚌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בַּסִּפְרִיָּה 30 סְפָרִים. הוֹסִיפוּ עוֹד 20. ‪30 + 20 = 50‬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בַּסַּל 45 תַּפּוּחִים. אָכְלוּ 5. ‪45 − 5 = 40‬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בְּאוֹטוֹבּוּס 38 נוֹסְעִים. יָרְדוּ 10. ‪38 − 10 = 28‬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הָיוּ 26 בָּלוֹנִים, וְנוֹסְפוּ 3. ‪26 + 3 = 29‬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ב'   |   פרק 3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7C3AED"/>
          <w:sz w:val="44"/>
          <w:szCs w:val="44"/>
          <w:rtl/>
        </w:rPr>
        <w:t>פרק 3: חיבור וחיסור עד 100 עם מעבר עשרת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2_t03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7C3AED"/>
          <w:sz w:val="28"/>
          <w:szCs w:val="28"/>
          <w:rtl/>
        </w:rPr>
        <w:t>◆ הַשְׁלָמָה לָעֶשֶׂר</w:t>
      </w:r>
    </w:p>
    <w:p>
      <w:pPr>
        <w:bidi/>
        <w:spacing w:before="0" w:after="40"/>
        <w:jc w:val="both"/>
      </w:pPr>
      <w:r>
        <w:rPr>
          <w:rtl/>
        </w:rPr>
        <w:t>מַגִּיעִים קֹדֶם לָעֶשֶׂר הַשְּׁלֵמָה, וְאַחַר כָּךְ מוֹסִיפִים אֶת מָה שֶׁנִּשְׁאַר.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דֻּגְמָה: ‪57 + 3 = 60 · 60 + 5 = 65‬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7C3AED"/>
          <w:sz w:val="28"/>
          <w:szCs w:val="28"/>
          <w:rtl/>
        </w:rPr>
        <w:t>◆ חִסּוּר: יוֹרְדִים לָעֶשֶׂר</w:t>
      </w:r>
    </w:p>
    <w:p>
      <w:pPr>
        <w:bidi/>
        <w:spacing w:before="0" w:after="40"/>
        <w:jc w:val="both"/>
      </w:pPr>
      <w:r>
        <w:rPr>
          <w:rtl/>
        </w:rPr>
        <w:t>בְּ־43 - 6 יוֹרְדִים קֹדֶם לְ־40, וְאַחַר כָּךְ עוֹד 3.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דוגמאות: ‪43 - 3 = 40 · 40 - 3 = 37‬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7C3AED"/>
          <w:sz w:val="28"/>
          <w:szCs w:val="28"/>
          <w:rtl/>
        </w:rPr>
        <w:t>◆ כְּדַאי לִזְכֹּר</w:t>
      </w:r>
    </w:p>
    <w:p>
      <w:pPr>
        <w:bidi/>
        <w:spacing w:before="0" w:after="20"/>
        <w:jc w:val="both"/>
      </w:pPr>
      <w:r>
        <w:rPr>
          <w:rtl/>
        </w:rPr>
        <w:t>1. 10 יְחִידוֹת הֵן עֶשֶׂר אַחַת.</w:t>
      </w:r>
    </w:p>
    <w:p>
      <w:pPr>
        <w:bidi/>
        <w:spacing w:before="0" w:after="20"/>
        <w:jc w:val="both"/>
      </w:pPr>
      <w:r>
        <w:rPr>
          <w:rtl/>
        </w:rPr>
        <w:t>2. בִּמְאֻנָּךְ מַתְחִילִים בַּיְּחִידוֹת.</w:t>
      </w:r>
    </w:p>
    <w:p>
      <w:pPr>
        <w:bidi/>
        <w:spacing w:before="0" w:after="20"/>
        <w:jc w:val="both"/>
      </w:pPr>
      <w:r>
        <w:rPr>
          <w:rtl/>
        </w:rPr>
        <w:t>3. בּוֹדְקִים חִסּוּר בְּחִבּוּר.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7C3AED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שָׁלָב 1: בּוֹדְקִים כַּמָּה חָסֵר עַד הָעֶשֶׂר הַשְּׁלֵמָה.</w:t>
      </w:r>
    </w:p>
    <w:p>
      <w:pPr>
        <w:bidi/>
        <w:spacing w:before="0" w:after="20"/>
        <w:jc w:val="both"/>
      </w:pPr>
      <w:r>
        <w:rPr>
          <w:rtl/>
        </w:rPr>
        <w:t>2. שָׁלָב 2: מְפָרְקִים אֶת הַמִּסְפָּר הַשֵּׁנִי לִשְׁנֵי חֲלָקִים.</w:t>
      </w:r>
    </w:p>
    <w:p>
      <w:pPr>
        <w:bidi/>
        <w:spacing w:before="0" w:after="20"/>
        <w:jc w:val="both"/>
      </w:pPr>
      <w:r>
        <w:rPr>
          <w:rtl/>
        </w:rPr>
        <w:t>3. שָׁלָב 3: מַגִּיעִים לָעֶשֶׂר הַשְּׁלֵמָה וּמַמְשִׁיכִים עִם הַחֵלֶק שֶׁנִּשְׁאַר.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‪63 - 28 = ___‬</w:t>
      </w:r>
    </w:p>
    <w:p>
      <w:pPr>
        <w:bidi/>
        <w:spacing w:before="0" w:after="20"/>
        <w:jc w:val="both"/>
      </w:pPr>
      <w:r>
        <w:rPr>
          <w:rtl/>
        </w:rPr>
        <w:t>1. ‪63 - 20 = 43‬</w:t>
      </w:r>
    </w:p>
    <w:p>
      <w:pPr>
        <w:bidi/>
        <w:spacing w:before="0" w:after="20"/>
        <w:jc w:val="both"/>
      </w:pPr>
      <w:r>
        <w:rPr>
          <w:rtl/>
        </w:rPr>
        <w:t>2. ‪43 - 3 = 40‬</w:t>
      </w:r>
    </w:p>
    <w:p>
      <w:pPr>
        <w:bidi/>
        <w:spacing w:before="0" w:after="20"/>
        <w:jc w:val="both"/>
      </w:pPr>
      <w:r>
        <w:rPr>
          <w:rtl/>
        </w:rPr>
        <w:t>3. ‪40 - 5 = 35‬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35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כַּמָּה חָסֵר עַד הָעֶשֶׂר?</w:t>
      </w:r>
    </w:p>
    <w:p>
      <w:pPr>
        <w:bidi/>
        <w:spacing w:before="0" w:after="60"/>
        <w:jc w:val="both"/>
      </w:pPr>
      <w:r>
        <w:rPr>
          <w:rtl/>
        </w:rPr>
        <w:t>א. ‪43 + __________ = 50‬</w:t>
      </w:r>
    </w:p>
    <w:p>
      <w:pPr>
        <w:bidi/>
        <w:spacing w:before="0" w:after="60"/>
        <w:jc w:val="both"/>
      </w:pPr>
      <w:r>
        <w:rPr>
          <w:rtl/>
        </w:rPr>
        <w:t>ב. ‪76 + __________ = 80‬</w:t>
      </w:r>
    </w:p>
    <w:p>
      <w:pPr>
        <w:bidi/>
        <w:spacing w:before="0" w:after="60"/>
        <w:jc w:val="both"/>
      </w:pPr>
      <w:r>
        <w:rPr>
          <w:rtl/>
        </w:rPr>
        <w:t>ג. ‪19 + __________ = 20‬</w:t>
      </w:r>
    </w:p>
    <w:p>
      <w:pPr>
        <w:bidi/>
        <w:spacing w:before="0" w:after="60"/>
        <w:jc w:val="both"/>
      </w:pPr>
      <w:r>
        <w:rPr>
          <w:rtl/>
        </w:rPr>
        <w:t>ד. ‪52 + __________ = 60‬</w:t>
      </w:r>
    </w:p>
    <w:p>
      <w:pPr>
        <w:bidi/>
        <w:spacing w:before="0" w:after="60"/>
        <w:jc w:val="both"/>
      </w:pPr>
      <w:r>
        <w:rPr>
          <w:rtl/>
        </w:rPr>
        <w:t>ה. ‪88 + __________ = 90‬</w:t>
      </w:r>
    </w:p>
    <w:p>
      <w:pPr>
        <w:bidi/>
        <w:spacing w:before="0" w:after="60"/>
        <w:jc w:val="both"/>
      </w:pPr>
      <w:r>
        <w:rPr>
          <w:rtl/>
        </w:rPr>
        <w:t>ו. ‪34 + __________ = 40‬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פִּתְרוּ.</w:t>
      </w:r>
    </w:p>
    <w:p>
      <w:pPr>
        <w:bidi/>
        <w:spacing w:before="0" w:after="60"/>
        <w:jc w:val="both"/>
      </w:pPr>
      <w:r>
        <w:rPr>
          <w:rtl/>
        </w:rPr>
        <w:t>א. ‪17 + 5 = __________‬</w:t>
      </w:r>
    </w:p>
    <w:p>
      <w:pPr>
        <w:bidi/>
        <w:spacing w:before="0" w:after="60"/>
        <w:jc w:val="both"/>
      </w:pPr>
      <w:r>
        <w:rPr>
          <w:rtl/>
        </w:rPr>
        <w:t>ב. ‪29 + 7 = __________‬</w:t>
      </w:r>
    </w:p>
    <w:p>
      <w:pPr>
        <w:bidi/>
        <w:spacing w:before="0" w:after="60"/>
        <w:jc w:val="both"/>
      </w:pPr>
      <w:r>
        <w:rPr>
          <w:rtl/>
        </w:rPr>
        <w:t>ג. ‪46 + 6 = __________‬</w:t>
      </w:r>
    </w:p>
    <w:p>
      <w:pPr>
        <w:bidi/>
        <w:spacing w:before="0" w:after="60"/>
        <w:jc w:val="both"/>
      </w:pPr>
      <w:r>
        <w:rPr>
          <w:rtl/>
        </w:rPr>
        <w:t>ד. ‪58 + 3 = __________‬</w:t>
      </w:r>
    </w:p>
    <w:p>
      <w:pPr>
        <w:bidi/>
        <w:spacing w:before="0" w:after="60"/>
        <w:jc w:val="both"/>
      </w:pPr>
      <w:r>
        <w:rPr>
          <w:rtl/>
        </w:rPr>
        <w:t>ה. ‪75 + 9 = __________‬</w:t>
      </w:r>
    </w:p>
    <w:p>
      <w:pPr>
        <w:bidi/>
        <w:spacing w:before="0" w:after="60"/>
        <w:jc w:val="both"/>
      </w:pPr>
      <w:r>
        <w:rPr>
          <w:rtl/>
        </w:rPr>
        <w:t>ו. ‪64 + 8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פִּתְרוּ.</w:t>
      </w:r>
    </w:p>
    <w:p>
      <w:pPr>
        <w:bidi/>
        <w:spacing w:before="0" w:after="60"/>
        <w:jc w:val="both"/>
      </w:pPr>
      <w:r>
        <w:rPr>
          <w:rtl/>
        </w:rPr>
        <w:t>א. ‪23 - 5 = __________‬</w:t>
      </w:r>
    </w:p>
    <w:p>
      <w:pPr>
        <w:bidi/>
        <w:spacing w:before="0" w:after="60"/>
        <w:jc w:val="both"/>
      </w:pPr>
      <w:r>
        <w:rPr>
          <w:rtl/>
        </w:rPr>
        <w:t>ב. ‪41 - 2 = __________‬</w:t>
      </w:r>
    </w:p>
    <w:p>
      <w:pPr>
        <w:bidi/>
        <w:spacing w:before="0" w:after="60"/>
        <w:jc w:val="both"/>
      </w:pPr>
      <w:r>
        <w:rPr>
          <w:rtl/>
        </w:rPr>
        <w:t>ג. ‪67 - 9 = __________‬</w:t>
      </w:r>
    </w:p>
    <w:p>
      <w:pPr>
        <w:bidi/>
        <w:spacing w:before="0" w:after="60"/>
        <w:jc w:val="both"/>
      </w:pPr>
      <w:r>
        <w:rPr>
          <w:rtl/>
        </w:rPr>
        <w:t>ד. ‪84 - 7 = __________‬</w:t>
      </w:r>
    </w:p>
    <w:p>
      <w:pPr>
        <w:bidi/>
        <w:spacing w:before="0" w:after="60"/>
        <w:jc w:val="both"/>
      </w:pPr>
      <w:r>
        <w:rPr>
          <w:rtl/>
        </w:rPr>
        <w:t>ה. ‪30 - 6 = __________‬</w:t>
      </w:r>
    </w:p>
    <w:p>
      <w:pPr>
        <w:bidi/>
        <w:spacing w:before="0" w:after="60"/>
        <w:jc w:val="both"/>
      </w:pPr>
      <w:r>
        <w:rPr>
          <w:rtl/>
        </w:rPr>
        <w:t>ו. ‪56 - 8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סִפְרוּ וּפִתְרוּ.</w:t>
      </w:r>
    </w:p>
    <w:p>
      <w:pPr>
        <w:bidi/>
        <w:spacing w:before="0" w:after="60"/>
        <w:jc w:val="both"/>
      </w:pPr>
      <w:r>
        <w:rPr>
          <w:rtl/>
        </w:rPr>
        <w:t>א. 🔟🔟 ⚫⚫⚫⚫⚫⚫⚫⚫ + ⚫⚫⚫⚫ = __________</w:t>
      </w:r>
    </w:p>
    <w:p>
      <w:pPr>
        <w:bidi/>
        <w:spacing w:before="0" w:after="60"/>
        <w:jc w:val="both"/>
      </w:pPr>
      <w:r>
        <w:rPr>
          <w:rtl/>
        </w:rPr>
        <w:t>ב. 🔟🔟🔟 ⚫⚫⚫⚫⚫⚫⚫⚫⚫ + ⚫⚫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פִּתְרוּ.</w:t>
      </w:r>
    </w:p>
    <w:p>
      <w:pPr>
        <w:bidi/>
        <w:spacing w:before="0" w:after="60"/>
        <w:jc w:val="both"/>
      </w:pPr>
      <w:r>
        <w:rPr>
          <w:rtl/>
        </w:rPr>
        <w:t>א. ‪38 + 24 = __________‬</w:t>
      </w:r>
    </w:p>
    <w:p>
      <w:pPr>
        <w:bidi/>
        <w:spacing w:before="0" w:after="60"/>
        <w:jc w:val="both"/>
      </w:pPr>
      <w:r>
        <w:rPr>
          <w:rtl/>
        </w:rPr>
        <w:t>ב. ‪15 + 66 = __________‬</w:t>
      </w:r>
    </w:p>
    <w:p>
      <w:pPr>
        <w:bidi/>
        <w:spacing w:before="0" w:after="60"/>
        <w:jc w:val="both"/>
      </w:pPr>
      <w:r>
        <w:rPr>
          <w:rtl/>
        </w:rPr>
        <w:t>ג. ‪47 + 47 = __________‬</w:t>
      </w:r>
    </w:p>
    <w:p>
      <w:pPr>
        <w:bidi/>
        <w:spacing w:before="0" w:after="60"/>
        <w:jc w:val="both"/>
      </w:pPr>
      <w:r>
        <w:rPr>
          <w:rtl/>
        </w:rPr>
        <w:t>ד. ‪29 + 39 = __________‬</w:t>
      </w:r>
    </w:p>
    <w:p>
      <w:pPr>
        <w:bidi/>
        <w:spacing w:before="0" w:after="60"/>
        <w:jc w:val="both"/>
      </w:pPr>
      <w:r>
        <w:rPr>
          <w:rtl/>
        </w:rPr>
        <w:t>ה. ‪56 + 18 = __________‬</w:t>
      </w:r>
    </w:p>
    <w:p>
      <w:pPr>
        <w:bidi/>
        <w:spacing w:before="0" w:after="60"/>
        <w:jc w:val="both"/>
      </w:pPr>
      <w:r>
        <w:rPr>
          <w:rtl/>
        </w:rPr>
        <w:t>ו. ‪33 + 59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פִּתְרוּ.</w:t>
      </w:r>
    </w:p>
    <w:p>
      <w:pPr>
        <w:bidi/>
        <w:spacing w:before="0" w:after="60"/>
        <w:jc w:val="both"/>
      </w:pPr>
      <w:r>
        <w:rPr>
          <w:rtl/>
        </w:rPr>
        <w:t>א. ‪60 - 35 = __________‬</w:t>
      </w:r>
    </w:p>
    <w:p>
      <w:pPr>
        <w:bidi/>
        <w:spacing w:before="0" w:after="60"/>
        <w:jc w:val="both"/>
      </w:pPr>
      <w:r>
        <w:rPr>
          <w:rtl/>
        </w:rPr>
        <w:t>ב. ‪73 - 46 = __________‬</w:t>
      </w:r>
    </w:p>
    <w:p>
      <w:pPr>
        <w:bidi/>
        <w:spacing w:before="0" w:after="60"/>
        <w:jc w:val="both"/>
      </w:pPr>
      <w:r>
        <w:rPr>
          <w:rtl/>
        </w:rPr>
        <w:t>ג. ‪92 - 18 = __________‬</w:t>
      </w:r>
    </w:p>
    <w:p>
      <w:pPr>
        <w:bidi/>
        <w:spacing w:before="0" w:after="60"/>
        <w:jc w:val="both"/>
      </w:pPr>
      <w:r>
        <w:rPr>
          <w:rtl/>
        </w:rPr>
        <w:t>ד. ‪54 - 27 = __________‬</w:t>
      </w:r>
    </w:p>
    <w:p>
      <w:pPr>
        <w:bidi/>
        <w:spacing w:before="0" w:after="60"/>
        <w:jc w:val="both"/>
      </w:pPr>
      <w:r>
        <w:rPr>
          <w:rtl/>
        </w:rPr>
        <w:t>ה. ‪81 - 63 = __________‬</w:t>
      </w:r>
    </w:p>
    <w:p>
      <w:pPr>
        <w:bidi/>
        <w:spacing w:before="0" w:after="60"/>
        <w:jc w:val="both"/>
      </w:pPr>
      <w:r>
        <w:rPr>
          <w:rtl/>
        </w:rPr>
        <w:t>ו. ‪45 - 16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מִסְפָּר</w:t>
            </w:r>
          </w:p>
        </w:tc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+ 9</w:t>
            </w:r>
          </w:p>
        </w:tc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- 9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57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מָה חָסֵר?</w:t>
      </w:r>
    </w:p>
    <w:p>
      <w:pPr>
        <w:bidi/>
        <w:spacing w:before="0" w:after="60"/>
        <w:jc w:val="both"/>
      </w:pPr>
      <w:r>
        <w:rPr>
          <w:rtl/>
        </w:rPr>
        <w:t>א. ‪27 + __________ = 35‬</w:t>
      </w:r>
    </w:p>
    <w:p>
      <w:pPr>
        <w:bidi/>
        <w:spacing w:before="0" w:after="60"/>
        <w:jc w:val="both"/>
      </w:pPr>
      <w:r>
        <w:rPr>
          <w:rtl/>
        </w:rPr>
        <w:t>ב. ‪__________ + 8 = 54‬</w:t>
      </w:r>
    </w:p>
    <w:p>
      <w:pPr>
        <w:bidi/>
        <w:spacing w:before="0" w:after="60"/>
        <w:jc w:val="both"/>
      </w:pPr>
      <w:r>
        <w:rPr>
          <w:rtl/>
        </w:rPr>
        <w:t>ג. ‪66 + __________ = 81‬</w:t>
      </w:r>
    </w:p>
    <w:p>
      <w:pPr>
        <w:bidi/>
        <w:spacing w:before="0" w:after="60"/>
        <w:jc w:val="both"/>
      </w:pPr>
      <w:r>
        <w:rPr>
          <w:rtl/>
        </w:rPr>
        <w:t>ד. ‪42 - __________ = 37‬</w:t>
      </w:r>
    </w:p>
    <w:p>
      <w:pPr>
        <w:bidi/>
        <w:spacing w:before="0" w:after="60"/>
        <w:jc w:val="both"/>
      </w:pPr>
      <w:r>
        <w:rPr>
          <w:rtl/>
        </w:rPr>
        <w:t>ה. ‪__________ - 9 = 63‬</w:t>
      </w:r>
    </w:p>
    <w:p>
      <w:pPr>
        <w:bidi/>
        <w:spacing w:before="0" w:after="60"/>
        <w:jc w:val="both"/>
      </w:pPr>
      <w:r>
        <w:rPr>
          <w:rtl/>
        </w:rPr>
        <w:t>ו. ‪70 - __________ = 52‬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הַתְאִימוּ תַּרְגִּיל לַתּוֹצָאָה.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‪37 + 25‬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73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‪90 - 17‬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38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‪48 + 36‬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62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‪61 - 29‬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84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‪19 + 19‬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32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נָכוֹן אוֹ לֹא נָכוֹן?</w:t>
      </w:r>
    </w:p>
    <w:p>
      <w:pPr>
        <w:bidi/>
        <w:spacing w:before="0" w:after="60"/>
        <w:jc w:val="both"/>
      </w:pPr>
      <w:r>
        <w:rPr>
          <w:rtl/>
        </w:rPr>
        <w:t>א. ‪29 + 9 = 38‬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‪53 - 6 = 57‬      נכון / לא נכון</w:t>
      </w:r>
    </w:p>
    <w:p>
      <w:pPr>
        <w:bidi/>
        <w:spacing w:before="0" w:after="60"/>
        <w:jc w:val="both"/>
      </w:pPr>
      <w:r>
        <w:rPr>
          <w:rtl/>
        </w:rPr>
        <w:t>ג. ‪44 + 37 = 71‬      נכון / לא נכון</w:t>
      </w:r>
    </w:p>
    <w:p>
      <w:pPr>
        <w:bidi/>
        <w:spacing w:before="0" w:after="60"/>
        <w:jc w:val="both"/>
      </w:pPr>
      <w:r>
        <w:rPr>
          <w:rtl/>
        </w:rPr>
        <w:t>ד. ‪100 - 45 = 55‬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פִּתְרוּ בִּמְאֻנָּךְ: ‪58 + 27‬   ,   ‪71 - 36‬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[אתגר] הַסְבִּירוּ אֵיךְ פּוֹתְרִים ‪39 + 25‬ בְּדֶרֶךְ קַלָּה.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[אתגר] אֶתְגָּר: שַׁרְשֶׁרֶת.</w:t>
      </w:r>
    </w:p>
    <w:p>
      <w:pPr>
        <w:bidi/>
        <w:spacing w:before="0" w:after="60"/>
        <w:jc w:val="both"/>
      </w:pPr>
      <w:r>
        <w:rPr>
          <w:rtl/>
        </w:rPr>
        <w:t>א. ‪26 + 15 + 9 = __________‬</w:t>
      </w:r>
    </w:p>
    <w:p>
      <w:pPr>
        <w:bidi/>
        <w:spacing w:before="0" w:after="60"/>
        <w:jc w:val="both"/>
      </w:pPr>
      <w:r>
        <w:rPr>
          <w:rtl/>
        </w:rPr>
        <w:t>ב. ‪50 - 18 - 7 = __________‬</w:t>
      </w:r>
    </w:p>
    <w:p>
      <w:pPr>
        <w:bidi/>
        <w:spacing w:before="0" w:after="60"/>
        <w:jc w:val="both"/>
      </w:pPr>
      <w:r>
        <w:rPr>
          <w:rtl/>
        </w:rPr>
        <w:t>ג. ‪38 + 27 - 15 = __________‬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7C3AED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לְיוֹאָב 36 מַדְבֵּקוֹת. הוּא קִבֵּל עוֹד 7 מַדְבֵּקוֹת. כַּמָּה מַדְבֵּקוֹת יֵשׁ לוֹ?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⭐ 36 ➕ ⭐⭐⭐⭐⭐⭐⭐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בַּבְּרֵכָה 52 דָּגִים. הֶעֱבִירוּ 8 דָּגִים לְאַקְוַרְיוּם. כַּמָּה דָּגִים נִשְׁאֲרוּ בַּבְּרֵכָה?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🐟 52 ➖ 🐟🐟🐟🐟🐟🐟🐟🐟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בַּטִּיּוּל הָלְכוּ 45 תַּלְמִידִים מִכִּתָּה ב' וְ־38 תַּלְמִידִים מִכִּתָּה ג'. כַּמָּה תַּלְמִידִים הָלְכוּ לַטִּיּוּל?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🚌 45 ➕ 🚌 38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בַּמַּאֲפִיָּה אָפוּ 64 לַחְמָנִיּוֹת. עַד הַצָּהֳרַיִם מָכְרוּ 37. כַּמָּה לַחְמָנִיּוֹת נִשְׁאֲרוּ?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🥖 64 ➖ 37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בַּקִּבּוּץ קָטְפוּ 27 אַרְגָּזִים בַּבֹּקֶר וְ־18 אַרְגָּזִים אַחֲרֵי הַצָּהֳרַיִם. 9 אַרְגָּזִים נִשְׁלְחוּ לַשּׁוּק. כַּמָּה אַרְגָּזִים נִשְׁאֲרוּ?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לְמִיכַל 54 חֲרוּזִים. לְתָמָר 17 חֲרוּזִים פָּחוֹת מִמִּיכַל. כַּמָּה חֲרוּזִים יֵשׁ לְתָמָר? כַּמָּה יֵשׁ לִשְׁתֵּיהֶן יַחַד?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7C3AED"/>
          <w:sz w:val="26"/>
          <w:szCs w:val="26"/>
          <w:rtl/>
        </w:rPr>
        <w:t>20. גִּזְרוּ אֶת כַּרְטִיסֵי הַתַּרְגִּילִים, וְהַדְבִּיקוּ כָּל תַּרְגִּיל בָּעַמּוּדָה הַמַּתְאִימָה.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יֵשׁ מַעֲבַר עֲשֶׂרֶת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אֵין מַעֲבַר עֲשֶׂרֶת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7C3AED"/>
          <w:sz w:val="26"/>
          <w:szCs w:val="26"/>
          <w:rtl/>
        </w:rPr>
        <w:t>21. קִרְאוּ אֶת בֵּאוּרֵי הַמִּלִּים.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בֵּאוּרֵי מִלִּים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מַעֲבַר עֲשֶׂרֶת – </w:t>
            </w:r>
            <w:r>
              <w:rPr>
                <w:sz w:val="24"/>
                <w:szCs w:val="24"/>
                <w:rtl/>
              </w:rPr>
              <w:t>כְּשֶׁיֵּשׁ יוֹתֵר מִ-9 יְחִידוֹת, מַעֲבִירִים עֲשֶׂרֶת אַחַת לְעַמּוּדַת הָעֲשָׂרוֹת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פְּרִיטָה – </w:t>
            </w:r>
            <w:r>
              <w:rPr>
                <w:sz w:val="24"/>
                <w:szCs w:val="24"/>
                <w:rtl/>
              </w:rPr>
              <w:t>מְפָרְקִים עֲשֶׂרֶת אַחַת לְ-10 יְחִידוֹת כְּדֵי לַחֲסַר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עֲשָׂרוֹת – </w:t>
            </w:r>
            <w:r>
              <w:rPr>
                <w:sz w:val="24"/>
                <w:szCs w:val="24"/>
                <w:rtl/>
              </w:rPr>
              <w:t>הַסִּפְרָה הַשְּׂמָאלִית בְּמִסְפָּר דּוּ-סִפְרָתִי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יְחִידוֹת – </w:t>
            </w:r>
            <w:r>
              <w:rPr>
                <w:sz w:val="24"/>
                <w:szCs w:val="24"/>
                <w:rtl/>
              </w:rPr>
              <w:t>הַסִּפְרָה הַיְּמָנִית בְּמִסְפָּר דּוּ-סִפְרָתִי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40"/>
        <w:jc w:val="both"/>
      </w:pPr>
      <w:r>
        <w:rPr>
          <w:b/>
          <w:bCs/>
          <w:sz w:val="25"/>
          <w:szCs w:val="25"/>
          <w:rtl/>
        </w:rPr>
        <w:t>✏️ כִּתְבוּ תַּרְגִּיל חִבּוּר אֶחָד עִם מַעֲבַר עֲשֶׂרֶת, וּפִתְרוּ אוֹתוֹ.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ב'   |   פרק 4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7C3AED"/>
          <w:sz w:val="44"/>
          <w:szCs w:val="44"/>
          <w:rtl/>
        </w:rPr>
        <w:t>פרק 4: מבוא לכפל: חיבור חוזר, קבוצות שוות ומערכים – כפל ב־2, 5 ו־10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2_t04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7C3AED"/>
          <w:sz w:val="28"/>
          <w:szCs w:val="28"/>
          <w:rtl/>
        </w:rPr>
        <w:t>◆ כֶּפֶל הוּא חִבּוּר חוֹזֵר</w:t>
      </w:r>
    </w:p>
    <w:p>
      <w:pPr>
        <w:bidi/>
        <w:spacing w:before="0" w:after="40"/>
        <w:jc w:val="both"/>
      </w:pPr>
      <w:r>
        <w:rPr>
          <w:rtl/>
        </w:rPr>
        <w:t>כְּשֶׁמְּחַבְּרִים אֶת אוֹתוֹ מִסְפָּר כַּמָּה פְּעָמִים, כּוֹתְבִים כֶּפֶל.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דֻּגְמָה: ‪5 + 5 + 5 = 15 · 3 × 5 = 15‬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7C3AED"/>
          <w:sz w:val="28"/>
          <w:szCs w:val="28"/>
          <w:rtl/>
        </w:rPr>
        <w:t>◆ כֶּפֶל בְּ־2, 5 וְ־10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</w:t>
            </w:r>
          </w:p>
        </w:tc>
        <w:tc>
          <w:tcPr>
            <w:tcW w:type="dxa" w:w="1663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1</w:t>
            </w:r>
          </w:p>
        </w:tc>
        <w:tc>
          <w:tcPr>
            <w:tcW w:type="dxa" w:w="1663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2</w:t>
            </w:r>
          </w:p>
        </w:tc>
        <w:tc>
          <w:tcPr>
            <w:tcW w:type="dxa" w:w="1663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3</w:t>
            </w:r>
          </w:p>
        </w:tc>
        <w:tc>
          <w:tcPr>
            <w:tcW w:type="dxa" w:w="1663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4</w:t>
            </w:r>
          </w:p>
        </w:tc>
        <w:tc>
          <w:tcPr>
            <w:tcW w:type="dxa" w:w="1663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5</w:t>
            </w:r>
          </w:p>
        </w:tc>
      </w:tr>
      <w:tr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</w:tr>
      <w:tr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15</w:t>
            </w:r>
          </w:p>
        </w:tc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</w:tr>
      <w:tr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30</w:t>
            </w:r>
          </w:p>
        </w:tc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7C3AED"/>
          <w:sz w:val="28"/>
          <w:szCs w:val="28"/>
          <w:rtl/>
        </w:rPr>
        <w:t>◆ כְּדַאי לִזְכֹּר</w:t>
      </w:r>
    </w:p>
    <w:p>
      <w:pPr>
        <w:bidi/>
        <w:spacing w:before="0" w:after="20"/>
        <w:jc w:val="both"/>
      </w:pPr>
      <w:r>
        <w:rPr>
          <w:rtl/>
        </w:rPr>
        <w:t>1. ‪3 × 4‬ הֵן 3 קְבוּצוֹת שֶׁל 4.</w:t>
      </w:r>
    </w:p>
    <w:p>
      <w:pPr>
        <w:bidi/>
        <w:spacing w:before="0" w:after="20"/>
        <w:jc w:val="both"/>
      </w:pPr>
      <w:r>
        <w:rPr>
          <w:rtl/>
        </w:rPr>
        <w:t>2. מַעֲרָךְ: שׁוּרוֹת × כַּמָּה בְּכָל שׁוּרָה.</w:t>
      </w:r>
    </w:p>
    <w:p>
      <w:pPr>
        <w:bidi/>
        <w:spacing w:before="0" w:after="20"/>
        <w:jc w:val="both"/>
      </w:pPr>
      <w:r>
        <w:rPr>
          <w:rtl/>
        </w:rPr>
        <w:t>3. ‪3 × 5 = 5 × 3‬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7C3AED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שָׁלָב 1: סוֹפְרִים כַּמָּה קְבוּצוֹת יֵשׁ.</w:t>
      </w:r>
    </w:p>
    <w:p>
      <w:pPr>
        <w:bidi/>
        <w:spacing w:before="0" w:after="20"/>
        <w:jc w:val="both"/>
      </w:pPr>
      <w:r>
        <w:rPr>
          <w:rtl/>
        </w:rPr>
        <w:t>2. שָׁלָב 2: סוֹפְרִים כַּמָּה יֵשׁ בְּכָל קְבוּצָה.</w:t>
      </w:r>
    </w:p>
    <w:p>
      <w:pPr>
        <w:bidi/>
        <w:spacing w:before="0" w:after="20"/>
        <w:jc w:val="both"/>
      </w:pPr>
      <w:r>
        <w:rPr>
          <w:rtl/>
        </w:rPr>
        <w:t>3. שָׁלָב 3: כּוֹתְבִים תַּרְגִּיל כֶּפֶל: מִסְפַּר הַקְּבוּצוֹת × כַּמָּה בְּכָל קְבוּצָה.</w:t>
      </w:r>
    </w:p>
    <w:p>
      <w:pPr>
        <w:bidi/>
        <w:spacing w:before="0" w:after="20"/>
        <w:jc w:val="both"/>
      </w:pPr>
      <w:r>
        <w:rPr>
          <w:rtl/>
        </w:rPr>
        <w:t>4. שָׁלָב 4: מְחַשְּׁבִים בְּחִבּוּר חוֹזֵר אוֹ בִּקְפִיצוֹת.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‪6 × 2 = ___‬</w:t>
      </w:r>
    </w:p>
    <w:p>
      <w:pPr>
        <w:bidi/>
        <w:spacing w:before="0" w:after="20"/>
        <w:jc w:val="both"/>
      </w:pPr>
      <w:r>
        <w:rPr>
          <w:rtl/>
        </w:rPr>
        <w:t>1. 6 קְבוּצוֹת שֶׁל 2.</w:t>
      </w:r>
    </w:p>
    <w:p>
      <w:pPr>
        <w:bidi/>
        <w:spacing w:before="0" w:after="20"/>
        <w:jc w:val="both"/>
      </w:pPr>
      <w:r>
        <w:rPr>
          <w:rtl/>
        </w:rPr>
        <w:t>2. קְפִיצוֹת: 2, 4, 6, 8, 10, 12</w:t>
      </w:r>
    </w:p>
    <w:p>
      <w:pPr>
        <w:bidi/>
        <w:spacing w:before="0" w:after="20"/>
        <w:jc w:val="both"/>
      </w:pPr>
      <w:r>
        <w:rPr>
          <w:rtl/>
        </w:rPr>
        <w:t>3. ‪2 + 2 + 2 + 2 + 2 + 2 = 12‬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12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סִפְרוּ אֶת הַקְּבוּצוֹת. כַּמָּה בְּסַךְ הַכֹּל?</w:t>
      </w:r>
    </w:p>
    <w:p>
      <w:pPr>
        <w:bidi/>
        <w:spacing w:before="0" w:after="60"/>
        <w:jc w:val="both"/>
      </w:pPr>
      <w:r>
        <w:rPr>
          <w:rtl/>
        </w:rPr>
        <w:t>א. 🍐🍐 🍐🍐 🍐🍐 🍐🍐 🍐🍐 = __________</w:t>
      </w:r>
    </w:p>
    <w:p>
      <w:pPr>
        <w:bidi/>
        <w:spacing w:before="0" w:after="60"/>
        <w:jc w:val="both"/>
      </w:pPr>
      <w:r>
        <w:rPr>
          <w:rtl/>
        </w:rPr>
        <w:t>ב. 🚗🚗🚗🚗🚗 🚗🚗🚗🚗🚗 🚗🚗🚗🚗🚗 = __________</w:t>
      </w:r>
    </w:p>
    <w:p>
      <w:pPr>
        <w:bidi/>
        <w:spacing w:before="0" w:after="60"/>
        <w:jc w:val="both"/>
      </w:pPr>
      <w:r>
        <w:rPr>
          <w:rtl/>
        </w:rPr>
        <w:t>ג. ⚽⚽ ⚽⚽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כִּתְבוּ חִבּוּר חוֹזֵר וּפִתְרוּ.</w:t>
      </w:r>
    </w:p>
    <w:p>
      <w:pPr>
        <w:bidi/>
        <w:spacing w:before="0" w:after="60"/>
        <w:jc w:val="both"/>
      </w:pPr>
      <w:r>
        <w:rPr>
          <w:rtl/>
        </w:rPr>
        <w:t>א. ‪2 + 2 + 2 + 2 = __________‬</w:t>
      </w:r>
    </w:p>
    <w:p>
      <w:pPr>
        <w:bidi/>
        <w:spacing w:before="0" w:after="60"/>
        <w:jc w:val="both"/>
      </w:pPr>
      <w:r>
        <w:rPr>
          <w:rtl/>
        </w:rPr>
        <w:t>ב. ‪5 + 5 + 5 = __________‬</w:t>
      </w:r>
    </w:p>
    <w:p>
      <w:pPr>
        <w:bidi/>
        <w:spacing w:before="0" w:after="60"/>
        <w:jc w:val="both"/>
      </w:pPr>
      <w:r>
        <w:rPr>
          <w:rtl/>
        </w:rPr>
        <w:t>ג. ‪10 + 10 + 10 + 10 = __________‬</w:t>
      </w:r>
    </w:p>
    <w:p>
      <w:pPr>
        <w:bidi/>
        <w:spacing w:before="0" w:after="60"/>
        <w:jc w:val="both"/>
      </w:pPr>
      <w:r>
        <w:rPr>
          <w:rtl/>
        </w:rPr>
        <w:t>ד. ‪2 + 2 + 2 + 2 + 2 + 2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כִּתְבוּ כְּתַרְגִּיל כֶּפֶל. כַּמָּה פְּעָמִים?</w:t>
      </w:r>
    </w:p>
    <w:p>
      <w:pPr>
        <w:bidi/>
        <w:spacing w:before="0" w:after="60"/>
        <w:jc w:val="both"/>
      </w:pPr>
      <w:r>
        <w:rPr>
          <w:rtl/>
        </w:rPr>
        <w:t>א. ‪5 + 5 = __________ × 5‬</w:t>
      </w:r>
    </w:p>
    <w:p>
      <w:pPr>
        <w:bidi/>
        <w:spacing w:before="0" w:after="60"/>
        <w:jc w:val="both"/>
      </w:pPr>
      <w:r>
        <w:rPr>
          <w:rtl/>
        </w:rPr>
        <w:t>ב. ‪2 + 2 + 2 + 2 + 2 + 2 + 2 = __________ × 2‬</w:t>
      </w:r>
    </w:p>
    <w:p>
      <w:pPr>
        <w:bidi/>
        <w:spacing w:before="0" w:after="60"/>
        <w:jc w:val="both"/>
      </w:pPr>
      <w:r>
        <w:rPr>
          <w:rtl/>
        </w:rPr>
        <w:t>ג. ‪10 + 10 + 10 = __________ × 10‬</w:t>
      </w:r>
    </w:p>
    <w:p>
      <w:pPr>
        <w:bidi/>
        <w:spacing w:before="0" w:after="60"/>
        <w:jc w:val="both"/>
      </w:pPr>
      <w:r>
        <w:rPr>
          <w:rtl/>
        </w:rPr>
        <w:t>ד. ‪5 + 5 + 5 + 5 + 5 = __________ × 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קְפִיצוֹת לְאָחוֹר. הַשְׁלִימוּ.</w:t>
      </w:r>
    </w:p>
    <w:p>
      <w:pPr>
        <w:bidi/>
        <w:spacing w:before="0" w:after="60"/>
        <w:jc w:val="both"/>
      </w:pPr>
      <w:r>
        <w:rPr>
          <w:rtl/>
        </w:rPr>
        <w:t>א. 20, 18, 16, __________, 12</w:t>
      </w:r>
    </w:p>
    <w:p>
      <w:pPr>
        <w:bidi/>
        <w:spacing w:before="0" w:after="60"/>
        <w:jc w:val="both"/>
      </w:pPr>
      <w:r>
        <w:rPr>
          <w:rtl/>
        </w:rPr>
        <w:t>ב. 50, 45, 40, __________, 30</w:t>
      </w:r>
    </w:p>
    <w:p>
      <w:pPr>
        <w:bidi/>
        <w:spacing w:before="0" w:after="60"/>
        <w:jc w:val="both"/>
      </w:pPr>
      <w:r>
        <w:rPr>
          <w:rtl/>
        </w:rPr>
        <w:t>ג. 100, 90, 80, __________, 60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פִּתְרוּ.</w:t>
      </w:r>
    </w:p>
    <w:p>
      <w:pPr>
        <w:bidi/>
        <w:spacing w:before="0" w:after="60"/>
        <w:jc w:val="both"/>
      </w:pPr>
      <w:r>
        <w:rPr>
          <w:rtl/>
        </w:rPr>
        <w:t>א. ‪1 × 2 = __________‬</w:t>
      </w:r>
    </w:p>
    <w:p>
      <w:pPr>
        <w:bidi/>
        <w:spacing w:before="0" w:after="60"/>
        <w:jc w:val="both"/>
      </w:pPr>
      <w:r>
        <w:rPr>
          <w:rtl/>
        </w:rPr>
        <w:t>ב. ‪6 × 2 = __________‬</w:t>
      </w:r>
    </w:p>
    <w:p>
      <w:pPr>
        <w:bidi/>
        <w:spacing w:before="0" w:after="60"/>
        <w:jc w:val="both"/>
      </w:pPr>
      <w:r>
        <w:rPr>
          <w:rtl/>
        </w:rPr>
        <w:t>ג. ‪2 × 10 = __________‬</w:t>
      </w:r>
    </w:p>
    <w:p>
      <w:pPr>
        <w:bidi/>
        <w:spacing w:before="0" w:after="60"/>
        <w:jc w:val="both"/>
      </w:pPr>
      <w:r>
        <w:rPr>
          <w:rtl/>
        </w:rPr>
        <w:t>ד. ‪5 × 5 = __________‬</w:t>
      </w:r>
    </w:p>
    <w:p>
      <w:pPr>
        <w:bidi/>
        <w:spacing w:before="0" w:after="60"/>
        <w:jc w:val="both"/>
      </w:pPr>
      <w:r>
        <w:rPr>
          <w:rtl/>
        </w:rPr>
        <w:t>ה. ‪4 × 10 = __________‬</w:t>
      </w:r>
    </w:p>
    <w:p>
      <w:pPr>
        <w:bidi/>
        <w:spacing w:before="0" w:after="60"/>
        <w:jc w:val="both"/>
      </w:pPr>
      <w:r>
        <w:rPr>
          <w:rtl/>
        </w:rPr>
        <w:t>ו. ‪8 × 2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פִּתְרוּ.</w:t>
      </w:r>
    </w:p>
    <w:p>
      <w:pPr>
        <w:bidi/>
        <w:spacing w:before="0" w:after="60"/>
        <w:jc w:val="both"/>
      </w:pPr>
      <w:r>
        <w:rPr>
          <w:rtl/>
        </w:rPr>
        <w:t>א. ‪7 × 5 = __________‬</w:t>
      </w:r>
    </w:p>
    <w:p>
      <w:pPr>
        <w:bidi/>
        <w:spacing w:before="0" w:after="60"/>
        <w:jc w:val="both"/>
      </w:pPr>
      <w:r>
        <w:rPr>
          <w:rtl/>
        </w:rPr>
        <w:t>ב. ‪9 × 2 = __________‬</w:t>
      </w:r>
    </w:p>
    <w:p>
      <w:pPr>
        <w:bidi/>
        <w:spacing w:before="0" w:after="60"/>
        <w:jc w:val="both"/>
      </w:pPr>
      <w:r>
        <w:rPr>
          <w:rtl/>
        </w:rPr>
        <w:t>ג. ‪7 × 10 = __________‬</w:t>
      </w:r>
    </w:p>
    <w:p>
      <w:pPr>
        <w:bidi/>
        <w:spacing w:before="0" w:after="60"/>
        <w:jc w:val="both"/>
      </w:pPr>
      <w:r>
        <w:rPr>
          <w:rtl/>
        </w:rPr>
        <w:t>ד. ‪8 × 5 = __________‬</w:t>
      </w:r>
    </w:p>
    <w:p>
      <w:pPr>
        <w:bidi/>
        <w:spacing w:before="0" w:after="60"/>
        <w:jc w:val="both"/>
      </w:pPr>
      <w:r>
        <w:rPr>
          <w:rtl/>
        </w:rPr>
        <w:t>ה. ‪10 × 2 = __________‬</w:t>
      </w:r>
    </w:p>
    <w:p>
      <w:pPr>
        <w:bidi/>
        <w:spacing w:before="0" w:after="60"/>
        <w:jc w:val="both"/>
      </w:pPr>
      <w:r>
        <w:rPr>
          <w:rtl/>
        </w:rPr>
        <w:t>ו. ‪9 × 10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הַשְׁלִימוּ אֶת טַבְלַת הַכֶּפֶל.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</w:t>
            </w:r>
          </w:p>
        </w:tc>
        <w:tc>
          <w:tcPr>
            <w:tcW w:type="dxa" w:w="2494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2</w:t>
            </w:r>
          </w:p>
        </w:tc>
        <w:tc>
          <w:tcPr>
            <w:tcW w:type="dxa" w:w="2494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5</w:t>
            </w:r>
          </w:p>
        </w:tc>
        <w:tc>
          <w:tcPr>
            <w:tcW w:type="dxa" w:w="2494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10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מָה חָסֵר?</w:t>
      </w:r>
    </w:p>
    <w:p>
      <w:pPr>
        <w:bidi/>
        <w:spacing w:before="0" w:after="60"/>
        <w:jc w:val="both"/>
      </w:pPr>
      <w:r>
        <w:rPr>
          <w:rtl/>
        </w:rPr>
        <w:t>א. ‪4 × __________ = 20‬</w:t>
      </w:r>
    </w:p>
    <w:p>
      <w:pPr>
        <w:bidi/>
        <w:spacing w:before="0" w:after="60"/>
        <w:jc w:val="both"/>
      </w:pPr>
      <w:r>
        <w:rPr>
          <w:rtl/>
        </w:rPr>
        <w:t>ב. ‪__________ × 2 = 12‬</w:t>
      </w:r>
    </w:p>
    <w:p>
      <w:pPr>
        <w:bidi/>
        <w:spacing w:before="0" w:after="60"/>
        <w:jc w:val="both"/>
      </w:pPr>
      <w:r>
        <w:rPr>
          <w:rtl/>
        </w:rPr>
        <w:t>ג. ‪3 × __________ = 30‬</w:t>
      </w:r>
    </w:p>
    <w:p>
      <w:pPr>
        <w:bidi/>
        <w:spacing w:before="0" w:after="60"/>
        <w:jc w:val="both"/>
      </w:pPr>
      <w:r>
        <w:rPr>
          <w:rtl/>
        </w:rPr>
        <w:t>ד. ‪__________ × 5 = 50‬</w:t>
      </w:r>
    </w:p>
    <w:p>
      <w:pPr>
        <w:bidi/>
        <w:spacing w:before="0" w:after="60"/>
        <w:jc w:val="both"/>
      </w:pPr>
      <w:r>
        <w:rPr>
          <w:rtl/>
        </w:rPr>
        <w:t>ה. ‪5 × __________ = 10‬</w:t>
      </w:r>
    </w:p>
    <w:p>
      <w:pPr>
        <w:bidi/>
        <w:spacing w:before="0" w:after="60"/>
        <w:jc w:val="both"/>
      </w:pPr>
      <w:r>
        <w:rPr>
          <w:rtl/>
        </w:rPr>
        <w:t>ו. ‪__________ × 10 = 70‬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מַיְּנוּ לְפִי הַתּוֹצָאָה.</w:t>
      </w:r>
    </w:p>
    <w:p>
      <w:pPr>
        <w:bidi/>
        <w:spacing w:before="0" w:after="80"/>
        <w:jc w:val="both"/>
      </w:pPr>
      <w:r>
        <w:rPr>
          <w:color w:val="7C3AED"/>
          <w:sz w:val="24"/>
          <w:szCs w:val="24"/>
          <w:rtl/>
        </w:rPr>
        <w:t>המילים: ‪2 × 5‬  |  ‪5 × 2‬  |  ‪10 × 1‬  |  ‪4 × 5‬  |  ‪2 × 10‬  |  ‪5 + 5 + 5 + 5‬  |  ‪10 + 10‬  |  ‪2 + 2 + 2 + 2 + 2‬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10</w:t>
            </w:r>
          </w:p>
        </w:tc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20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נָכוֹן אוֹ לֹא נָכוֹן?</w:t>
      </w:r>
    </w:p>
    <w:p>
      <w:pPr>
        <w:bidi/>
        <w:spacing w:before="0" w:after="60"/>
        <w:jc w:val="both"/>
      </w:pPr>
      <w:r>
        <w:rPr>
          <w:rtl/>
        </w:rPr>
        <w:t>א. ‪6 × 2 = 12‬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‪3 × 10 = 13‬      נכון / לא נכון</w:t>
      </w:r>
    </w:p>
    <w:p>
      <w:pPr>
        <w:bidi/>
        <w:spacing w:before="0" w:after="60"/>
        <w:jc w:val="both"/>
      </w:pPr>
      <w:r>
        <w:rPr>
          <w:rtl/>
        </w:rPr>
        <w:t>ג. ‪5 × 5‬ הוּא ‪5 + 5 + 5 + 5 + 5‬.      נכון / לא נכון</w:t>
      </w:r>
    </w:p>
    <w:p>
      <w:pPr>
        <w:bidi/>
        <w:spacing w:before="0" w:after="60"/>
        <w:jc w:val="both"/>
      </w:pPr>
      <w:r>
        <w:rPr>
          <w:rtl/>
        </w:rPr>
        <w:t>ד. ‪7 × 2 = 9‬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אֵיזֶה תַּרְגִּיל מַתְאִים?</w:t>
      </w:r>
    </w:p>
    <w:p>
      <w:pPr>
        <w:bidi/>
        <w:spacing w:before="0" w:after="20"/>
        <w:jc w:val="both"/>
      </w:pPr>
      <w:r>
        <w:rPr>
          <w:rtl/>
        </w:rPr>
        <w:t>א. בְּכָל אֶחָד מִ־4 עֲצִיצִים יֵשׁ 5 פְּרָחִים.</w:t>
      </w:r>
    </w:p>
    <w:p>
      <w:pPr>
        <w:bidi/>
        <w:spacing w:before="0" w:after="80"/>
        <w:jc w:val="both"/>
      </w:pPr>
      <w:r>
        <w:rPr>
          <w:rtl/>
        </w:rPr>
        <w:t xml:space="preserve">   ○ ‪4 + 5‬      ○ ‪4 × 5‬      ○ ‪5 - 4‬</w:t>
      </w:r>
    </w:p>
    <w:p>
      <w:pPr>
        <w:bidi/>
        <w:spacing w:before="0" w:after="20"/>
        <w:jc w:val="both"/>
      </w:pPr>
      <w:r>
        <w:rPr>
          <w:rtl/>
        </w:rPr>
        <w:t>ב. 2 שׁוּרוֹת, בְּכָל שׁוּרָה 10 כּוֹסוֹת.</w:t>
      </w:r>
    </w:p>
    <w:p>
      <w:pPr>
        <w:bidi/>
        <w:spacing w:before="0" w:after="80"/>
        <w:jc w:val="both"/>
      </w:pPr>
      <w:r>
        <w:rPr>
          <w:rtl/>
        </w:rPr>
        <w:t xml:space="preserve">   ○ ‪2 + 10‬      ○ ‪10 - 2‬      ○ ‪2 × 10‬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צַיְּרוּ 4 קְבוּצוֹת, וּבְכָל קְבוּצָה 2 כּוֹכָבִים. כִּתְבוּ תַּרְגִּיל כֶּפֶל וְתַרְגִּיל חִבּוּר.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[אתגר] אֶתְגָּר: לְמָה ‪3 × 5‬ שָׁוֶה לְ־5 × 3? צַיְּרוּ מַעֲרָךְ וְהַסְבִּירוּ.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7C3AED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לְכָל צִפּוֹר 2 כְּנָפַיִם. כַּמָּה כְּנָפַיִם יֵשׁ לְ־5 צִפּוֹרִים?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🐦🐦🐦🐦🐦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בְּכָל קֻפְסָה 10 צְבָעִים. יֵשׁ 3 קֻפְסָאוֹת. כַּמָּה צְבָעִים יֵשׁ?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🖍️🔟 🖍️🔟 🖍️🔟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בְּכָל יָד יֵשׁ 5 אֶצְבָּעוֹת. כַּמָּה אֶצְבָּעוֹת יֵשׁ בְּ־8 יָדַיִם?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עוֹמֶר קוֹנֶה 7 מַחְבָּרוֹת. כָּל מַחְבֶּרֶת עוֹלָה 2 ₪. כַּמָּה יְשַׁלֵּם?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📒📒📒📒📒📒📒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בַּגִּנָּה 4 שׁוּרוֹת שֶׁל 5 שְׁתִילִים. דָּוִד שָׁתַל עוֹד 6 שְׁתִילִים. כַּמָּה שְׁתִילִים יֵשׁ עַכְשָׁו?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🌱🌱🌱🌱🌱 × 4 ➕ 🌱 × 6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לְאוֹרִי 6 מַטְבְּעוֹת שֶׁל 5 ₪. הוּא קָנָה מִשְׂחָק בְּ־12 ₪. כַּמָּה כֶּסֶף נִשְׁאַר לוֹ?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🪙🪙🪙🪙🪙🪙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7C3AED"/>
          <w:sz w:val="26"/>
          <w:szCs w:val="26"/>
          <w:rtl/>
        </w:rPr>
        <w:t>20. גִּזְרוּ אֶת כַּרְטִיסֵי הַכֶּפֶל, וְהַדְבִּיקוּ לְיַד כָּל חִבּוּר חוֹזֵר אֶת תַּרְגִּיל הַכֶּפֶל שֶׁלּוֹ.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‪2 + 2 + 2‬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‪5 + 5 + 5 + 5‬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‪10 + 10‬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‪2 + 2 + 2 + 2 + 2‬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‪5 + 5‬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7C3AED"/>
          <w:sz w:val="26"/>
          <w:szCs w:val="26"/>
          <w:rtl/>
        </w:rPr>
        <w:t>21. הַתְאִימוּ תְּמוּנָה לְתַרְגִּיל: כִּתְבוּ בָּרִבּוּעַ אֶת מִסְפַּר הַתְּמוּנָה.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7C3AED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7C3AED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7C3AED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7C3AED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🧦🧦 🧦🧦 🧦🧦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✋✋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🍫🍫🍫🍫🍫 🍫🍫🍫🍫🍫 🍫🍫🍫🍫🍫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🥚🥚🥚🥚🥚🥚🥚🥚🥚🥚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‪3 × 5 = 15‬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‪1 × 10 = 10‬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‪3 × 2 = 6‬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‪2 × 5 = 10‬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ב'   |   פרק 5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7C3AED"/>
          <w:sz w:val="44"/>
          <w:szCs w:val="44"/>
          <w:rtl/>
        </w:rPr>
        <w:t>פרק 5: מבוא לחילוק: חלוקה שווה ומדידה (כמה קבוצות?)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2_t05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7C3AED"/>
          <w:sz w:val="28"/>
          <w:szCs w:val="28"/>
          <w:rtl/>
        </w:rPr>
        <w:t>◆ חֲלֻקָּה שָׁוָה</w:t>
      </w:r>
    </w:p>
    <w:p>
      <w:pPr>
        <w:bidi/>
        <w:spacing w:before="0" w:after="40"/>
        <w:jc w:val="both"/>
      </w:pPr>
      <w:r>
        <w:rPr>
          <w:rtl/>
        </w:rPr>
        <w:t>מְחַלְּקִים לְמִסְפָּר קְבוּצוֹת יָדוּעַ, וְשׁוֹאֲלִים כַּמָּה בְּכָל קְבוּצָה.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דֻּגְמָה: ‪10 : 2 = 5‬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7C3AED"/>
          <w:sz w:val="28"/>
          <w:szCs w:val="28"/>
          <w:rtl/>
        </w:rPr>
        <w:t>◆ כַּמָּה קְבוּצוֹת?</w:t>
      </w:r>
    </w:p>
    <w:p>
      <w:pPr>
        <w:bidi/>
        <w:spacing w:before="0" w:after="40"/>
        <w:jc w:val="both"/>
      </w:pPr>
      <w:r>
        <w:rPr>
          <w:rtl/>
        </w:rPr>
        <w:t>יוֹדְעִים כַּמָּה בְּכָל קְבוּצָה, וְשׁוֹאֲלִים כַּמָּה קְבוּצוֹת יֵשׁ.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דֻּגְמָה: ‪20 : 5 = 4‬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7C3AED"/>
          <w:sz w:val="28"/>
          <w:szCs w:val="28"/>
          <w:rtl/>
        </w:rPr>
        <w:t>◆ כֶּפֶל וְחִלּוּק – מִשְׁפָּחָה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כֶּפֶל</w:t>
            </w:r>
          </w:p>
        </w:tc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חִלּוּק</w:t>
            </w:r>
          </w:p>
        </w:tc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חִלּוּק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× 5 = 15‬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‪15 : 5 = 3‬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‪15 : 3 = 5‬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 × 10 = 40‬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‪40 : 10 =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‪40 : 4 = 10‬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7C3AED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שָׁלָב 1: קוֹרְאִים: מָה מְחַלְּקִים וּלְכַמָּה?</w:t>
      </w:r>
    </w:p>
    <w:p>
      <w:pPr>
        <w:bidi/>
        <w:spacing w:before="0" w:after="20"/>
        <w:jc w:val="both"/>
      </w:pPr>
      <w:r>
        <w:rPr>
          <w:rtl/>
        </w:rPr>
        <w:t>2. שָׁלָב 2: מְחַלְּקִים אֶחָד אֶחָד, אוֹ חוֹשְׁבִים עַל תַּרְגִּיל כֶּפֶל.</w:t>
      </w:r>
    </w:p>
    <w:p>
      <w:pPr>
        <w:bidi/>
        <w:spacing w:before="0" w:after="20"/>
        <w:jc w:val="both"/>
      </w:pPr>
      <w:r>
        <w:rPr>
          <w:rtl/>
        </w:rPr>
        <w:t>3. שָׁלָב 3: כּוֹתְבִים תַּרְגִּיל חִלּוּק וּבוֹדְקִים בְּכֶפֶל.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30 עֶפְרוֹנוֹת אוֹרְזִים בְּקֻפְסָאוֹת שֶׁל 10. כַּמָּה קֻפְסָאוֹת?</w:t>
      </w:r>
    </w:p>
    <w:p>
      <w:pPr>
        <w:bidi/>
        <w:spacing w:before="0" w:after="20"/>
        <w:jc w:val="both"/>
      </w:pPr>
      <w:r>
        <w:rPr>
          <w:rtl/>
        </w:rPr>
        <w:t>1. כַּמָּה פְּעָמִים 10 נִכְנָס בְּ־30?</w:t>
      </w:r>
    </w:p>
    <w:p>
      <w:pPr>
        <w:bidi/>
        <w:spacing w:before="0" w:after="20"/>
        <w:jc w:val="both"/>
      </w:pPr>
      <w:r>
        <w:rPr>
          <w:rtl/>
        </w:rPr>
        <w:t>2. ‪30 - 10 - 10 - 10 = 0‬</w:t>
      </w:r>
    </w:p>
    <w:p>
      <w:pPr>
        <w:bidi/>
        <w:spacing w:before="0" w:after="20"/>
        <w:jc w:val="both"/>
      </w:pPr>
      <w:r>
        <w:rPr>
          <w:rtl/>
        </w:rPr>
        <w:t>3. ‪30 : 10 = 3‬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3 קֻפְסָאוֹת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חַלְּקוּ לִשְׁתֵּי קְבוּצוֹת שָׁווֹת. כַּמָּה בְּכָל קְבוּצָה?</w:t>
      </w:r>
    </w:p>
    <w:p>
      <w:pPr>
        <w:bidi/>
        <w:spacing w:before="0" w:after="60"/>
        <w:jc w:val="both"/>
      </w:pPr>
      <w:r>
        <w:rPr>
          <w:rtl/>
        </w:rPr>
        <w:t>א. 🍌🍌🍌🍌 – בְּכָל קְבוּצָה __________</w:t>
      </w:r>
    </w:p>
    <w:p>
      <w:pPr>
        <w:bidi/>
        <w:spacing w:before="0" w:after="60"/>
        <w:jc w:val="both"/>
      </w:pPr>
      <w:r>
        <w:rPr>
          <w:rtl/>
        </w:rPr>
        <w:t>ב. 🐟🐟🐟🐟🐟🐟🐟🐟🐟🐟🐟🐟 – בְּכָל קְבוּצָה __________</w:t>
      </w:r>
    </w:p>
    <w:p>
      <w:pPr>
        <w:bidi/>
        <w:spacing w:before="0" w:after="60"/>
        <w:jc w:val="both"/>
      </w:pPr>
      <w:r>
        <w:rPr>
          <w:rtl/>
        </w:rPr>
        <w:t>ג. 🍪🍪🍪🍪🍪🍪🍪🍪🍪🍪🍪🍪🍪🍪 – בְּכָל קְבוּצָה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כַּמָּה קְבוּצוֹת שֶׁל 5?</w:t>
      </w:r>
    </w:p>
    <w:p>
      <w:pPr>
        <w:bidi/>
        <w:spacing w:before="0" w:after="60"/>
        <w:jc w:val="both"/>
      </w:pPr>
      <w:r>
        <w:rPr>
          <w:rtl/>
        </w:rPr>
        <w:t>א. ⭐⭐⭐⭐⭐⭐⭐⭐⭐⭐ = __________ קְבוּצוֹת</w:t>
      </w:r>
    </w:p>
    <w:p>
      <w:pPr>
        <w:bidi/>
        <w:spacing w:before="0" w:after="60"/>
        <w:jc w:val="both"/>
      </w:pPr>
      <w:r>
        <w:rPr>
          <w:rtl/>
        </w:rPr>
        <w:t>ב. 🌸🌸🌸🌸🌸🌸🌸🌸🌸🌸🌸🌸🌸🌸🌸 = __________ קְבוּצוֹת</w:t>
      </w:r>
    </w:p>
    <w:p>
      <w:pPr>
        <w:bidi/>
        <w:spacing w:before="0" w:after="60"/>
        <w:jc w:val="both"/>
      </w:pPr>
      <w:r>
        <w:rPr>
          <w:rtl/>
        </w:rPr>
        <w:t>ג. 🍇🍇🍇🍇🍇 = __________ קְבוּצוֹת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פִּתְרוּ.</w:t>
      </w:r>
    </w:p>
    <w:p>
      <w:pPr>
        <w:bidi/>
        <w:spacing w:before="0" w:after="60"/>
        <w:jc w:val="both"/>
      </w:pPr>
      <w:r>
        <w:rPr>
          <w:rtl/>
        </w:rPr>
        <w:t>א. ‪2 : 2 = __________‬</w:t>
      </w:r>
    </w:p>
    <w:p>
      <w:pPr>
        <w:bidi/>
        <w:spacing w:before="0" w:after="60"/>
        <w:jc w:val="both"/>
      </w:pPr>
      <w:r>
        <w:rPr>
          <w:rtl/>
        </w:rPr>
        <w:t>ב. ‪8 : 2 = __________‬</w:t>
      </w:r>
    </w:p>
    <w:p>
      <w:pPr>
        <w:bidi/>
        <w:spacing w:before="0" w:after="60"/>
        <w:jc w:val="both"/>
      </w:pPr>
      <w:r>
        <w:rPr>
          <w:rtl/>
        </w:rPr>
        <w:t>ג. ‪5 : 5 = __________‬</w:t>
      </w:r>
    </w:p>
    <w:p>
      <w:pPr>
        <w:bidi/>
        <w:spacing w:before="0" w:after="60"/>
        <w:jc w:val="both"/>
      </w:pPr>
      <w:r>
        <w:rPr>
          <w:rtl/>
        </w:rPr>
        <w:t>ד. ‪20 : 5 = __________‬</w:t>
      </w:r>
    </w:p>
    <w:p>
      <w:pPr>
        <w:bidi/>
        <w:spacing w:before="0" w:after="60"/>
        <w:jc w:val="both"/>
      </w:pPr>
      <w:r>
        <w:rPr>
          <w:rtl/>
        </w:rPr>
        <w:t>ה. ‪10 : 10 = __________‬</w:t>
      </w:r>
    </w:p>
    <w:p>
      <w:pPr>
        <w:bidi/>
        <w:spacing w:before="0" w:after="60"/>
        <w:jc w:val="both"/>
      </w:pPr>
      <w:r>
        <w:rPr>
          <w:rtl/>
        </w:rPr>
        <w:t>ו. ‪30 : 10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פִּתְרוּ.</w:t>
      </w:r>
    </w:p>
    <w:p>
      <w:pPr>
        <w:bidi/>
        <w:spacing w:before="0" w:after="60"/>
        <w:jc w:val="both"/>
      </w:pPr>
      <w:r>
        <w:rPr>
          <w:rtl/>
        </w:rPr>
        <w:t>א. ‪14 : 2 = __________‬</w:t>
      </w:r>
    </w:p>
    <w:p>
      <w:pPr>
        <w:bidi/>
        <w:spacing w:before="0" w:after="60"/>
        <w:jc w:val="both"/>
      </w:pPr>
      <w:r>
        <w:rPr>
          <w:rtl/>
        </w:rPr>
        <w:t>ב. ‪18 : 2 = __________‬</w:t>
      </w:r>
    </w:p>
    <w:p>
      <w:pPr>
        <w:bidi/>
        <w:spacing w:before="0" w:after="60"/>
        <w:jc w:val="both"/>
      </w:pPr>
      <w:r>
        <w:rPr>
          <w:rtl/>
        </w:rPr>
        <w:t>ג. ‪35 : 5 = __________‬</w:t>
      </w:r>
    </w:p>
    <w:p>
      <w:pPr>
        <w:bidi/>
        <w:spacing w:before="0" w:after="60"/>
        <w:jc w:val="both"/>
      </w:pPr>
      <w:r>
        <w:rPr>
          <w:rtl/>
        </w:rPr>
        <w:t>ד. ‪45 : 5 = __________‬</w:t>
      </w:r>
    </w:p>
    <w:p>
      <w:pPr>
        <w:bidi/>
        <w:spacing w:before="0" w:after="60"/>
        <w:jc w:val="both"/>
      </w:pPr>
      <w:r>
        <w:rPr>
          <w:rtl/>
        </w:rPr>
        <w:t>ה. ‪60 : 10 = __________‬</w:t>
      </w:r>
    </w:p>
    <w:p>
      <w:pPr>
        <w:bidi/>
        <w:spacing w:before="0" w:after="60"/>
        <w:jc w:val="both"/>
      </w:pPr>
      <w:r>
        <w:rPr>
          <w:rtl/>
        </w:rPr>
        <w:t>ו. ‪90 : 10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מִסְפָּר</w:t>
            </w:r>
          </w:p>
        </w:tc>
        <w:tc>
          <w:tcPr>
            <w:tcW w:type="dxa" w:w="2494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: 2</w:t>
            </w:r>
          </w:p>
        </w:tc>
        <w:tc>
          <w:tcPr>
            <w:tcW w:type="dxa" w:w="2494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: 5</w:t>
            </w:r>
          </w:p>
        </w:tc>
        <w:tc>
          <w:tcPr>
            <w:tcW w:type="dxa" w:w="2494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: 10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כִּתְבוּ תַּרְגִּיל חִלּוּק מַתְאִים לַכֶּפֶל.</w:t>
      </w:r>
    </w:p>
    <w:p>
      <w:pPr>
        <w:bidi/>
        <w:spacing w:before="0" w:after="60"/>
        <w:jc w:val="both"/>
      </w:pPr>
      <w:r>
        <w:rPr>
          <w:rtl/>
        </w:rPr>
        <w:t>א. ‪5 × 2 = 10‬, לָכֵן ‪10 : 2 = __________‬</w:t>
      </w:r>
    </w:p>
    <w:p>
      <w:pPr>
        <w:bidi/>
        <w:spacing w:before="0" w:after="60"/>
        <w:jc w:val="both"/>
      </w:pPr>
      <w:r>
        <w:rPr>
          <w:rtl/>
        </w:rPr>
        <w:t>ב. ‪7 × 5 = 35‬, לָכֵן ‪35 : 5 = __________‬</w:t>
      </w:r>
    </w:p>
    <w:p>
      <w:pPr>
        <w:bidi/>
        <w:spacing w:before="0" w:after="60"/>
        <w:jc w:val="both"/>
      </w:pPr>
      <w:r>
        <w:rPr>
          <w:rtl/>
        </w:rPr>
        <w:t>ג. ‪4 × 10 = 40‬, לָכֵן ‪40 : 10 = __________‬</w:t>
      </w:r>
    </w:p>
    <w:p>
      <w:pPr>
        <w:bidi/>
        <w:spacing w:before="0" w:after="60"/>
        <w:jc w:val="both"/>
      </w:pPr>
      <w:r>
        <w:rPr>
          <w:rtl/>
        </w:rPr>
        <w:t>ד. ‪8 × 2 = 16‬, לָכֵן ‪16 : 2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מָה חָסֵר?</w:t>
      </w:r>
    </w:p>
    <w:p>
      <w:pPr>
        <w:bidi/>
        <w:spacing w:before="0" w:after="60"/>
        <w:jc w:val="both"/>
      </w:pPr>
      <w:r>
        <w:rPr>
          <w:rtl/>
        </w:rPr>
        <w:t>א. ‪12 : __________ = 6‬</w:t>
      </w:r>
    </w:p>
    <w:p>
      <w:pPr>
        <w:bidi/>
        <w:spacing w:before="0" w:after="60"/>
        <w:jc w:val="both"/>
      </w:pPr>
      <w:r>
        <w:rPr>
          <w:rtl/>
        </w:rPr>
        <w:t>ב. ‪__________ : 5 = 5‬</w:t>
      </w:r>
    </w:p>
    <w:p>
      <w:pPr>
        <w:bidi/>
        <w:spacing w:before="0" w:after="60"/>
        <w:jc w:val="both"/>
      </w:pPr>
      <w:r>
        <w:rPr>
          <w:rtl/>
        </w:rPr>
        <w:t>ג. ‪50 : __________ = 5‬</w:t>
      </w:r>
    </w:p>
    <w:p>
      <w:pPr>
        <w:bidi/>
        <w:spacing w:before="0" w:after="60"/>
        <w:jc w:val="both"/>
      </w:pPr>
      <w:r>
        <w:rPr>
          <w:rtl/>
        </w:rPr>
        <w:t>ד. ‪__________ : 10 = 8‬</w:t>
      </w:r>
    </w:p>
    <w:p>
      <w:pPr>
        <w:bidi/>
        <w:spacing w:before="0" w:after="60"/>
        <w:jc w:val="both"/>
      </w:pPr>
      <w:r>
        <w:rPr>
          <w:rtl/>
        </w:rPr>
        <w:t>ה. ‪20 : __________ = 10‬</w:t>
      </w:r>
    </w:p>
    <w:p>
      <w:pPr>
        <w:bidi/>
        <w:spacing w:before="0" w:after="60"/>
        <w:jc w:val="both"/>
      </w:pPr>
      <w:r>
        <w:rPr>
          <w:rtl/>
        </w:rPr>
        <w:t>ו. ‪__________ : 2 = 3‬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כִּתְבוּ &gt; אוֹ &lt; אוֹ =.</w:t>
      </w:r>
    </w:p>
    <w:p>
      <w:pPr>
        <w:bidi/>
        <w:spacing w:before="0" w:after="60"/>
        <w:jc w:val="both"/>
      </w:pPr>
      <w:r>
        <w:rPr>
          <w:rtl/>
        </w:rPr>
        <w:t>א. ‪10 : 2 __________ 10 : 5‬</w:t>
      </w:r>
    </w:p>
    <w:p>
      <w:pPr>
        <w:bidi/>
        <w:spacing w:before="0" w:after="60"/>
        <w:jc w:val="both"/>
      </w:pPr>
      <w:r>
        <w:rPr>
          <w:rtl/>
        </w:rPr>
        <w:t>ב. ‪20 : 10 __________ 4 : 2‬</w:t>
      </w:r>
    </w:p>
    <w:p>
      <w:pPr>
        <w:bidi/>
        <w:spacing w:before="0" w:after="60"/>
        <w:jc w:val="both"/>
      </w:pPr>
      <w:r>
        <w:rPr>
          <w:rtl/>
        </w:rPr>
        <w:t>ג. ‪30 : 5 __________ 30 : 10‬</w:t>
      </w:r>
    </w:p>
    <w:p>
      <w:pPr>
        <w:bidi/>
        <w:spacing w:before="0" w:after="60"/>
        <w:jc w:val="both"/>
      </w:pPr>
      <w:r>
        <w:rPr>
          <w:rtl/>
        </w:rPr>
        <w:t>ד. ‪16 : 2 __________ 40 : 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נָכוֹן אוֹ לֹא נָכוֹן?</w:t>
      </w:r>
    </w:p>
    <w:p>
      <w:pPr>
        <w:bidi/>
        <w:spacing w:before="0" w:after="60"/>
        <w:jc w:val="both"/>
      </w:pPr>
      <w:r>
        <w:rPr>
          <w:rtl/>
        </w:rPr>
        <w:t>א. ‪6 : 2 = 3‬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‪40 : 10 = 400‬      נכון / לא נכון</w:t>
      </w:r>
    </w:p>
    <w:p>
      <w:pPr>
        <w:bidi/>
        <w:spacing w:before="0" w:after="60"/>
        <w:jc w:val="both"/>
      </w:pPr>
      <w:r>
        <w:rPr>
          <w:rtl/>
        </w:rPr>
        <w:t>ג. ‪25 : 5 = 5‬      נכון / לא נכון</w:t>
      </w:r>
    </w:p>
    <w:p>
      <w:pPr>
        <w:bidi/>
        <w:spacing w:before="0" w:after="60"/>
        <w:jc w:val="both"/>
      </w:pPr>
      <w:r>
        <w:rPr>
          <w:rtl/>
        </w:rPr>
        <w:t>ד. ‪12 : 2 = 5‬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אֵיזֶה תַּרְגִּיל מַתְאִים?</w:t>
      </w:r>
    </w:p>
    <w:p>
      <w:pPr>
        <w:bidi/>
        <w:spacing w:before="0" w:after="20"/>
        <w:jc w:val="both"/>
      </w:pPr>
      <w:r>
        <w:rPr>
          <w:rtl/>
        </w:rPr>
        <w:t>א. 15 סְפָרִים עַל 5 מַדָּפִים, שָׁוֶה בְּשָׁוֶה.</w:t>
      </w:r>
    </w:p>
    <w:p>
      <w:pPr>
        <w:bidi/>
        <w:spacing w:before="0" w:after="80"/>
        <w:jc w:val="both"/>
      </w:pPr>
      <w:r>
        <w:rPr>
          <w:rtl/>
        </w:rPr>
        <w:t xml:space="preserve">   ○ ‪15 - 5‬      ○ ‪15 : 5‬      ○ ‪15 + 5‬</w:t>
      </w:r>
    </w:p>
    <w:p>
      <w:pPr>
        <w:bidi/>
        <w:spacing w:before="0" w:after="20"/>
        <w:jc w:val="both"/>
      </w:pPr>
      <w:r>
        <w:rPr>
          <w:rtl/>
        </w:rPr>
        <w:t>ב. 8 גַּלְגַּלִּים, 2 לְכָל אוֹפַנַּיִם.</w:t>
      </w:r>
    </w:p>
    <w:p>
      <w:pPr>
        <w:bidi/>
        <w:spacing w:before="0" w:after="80"/>
        <w:jc w:val="both"/>
      </w:pPr>
      <w:r>
        <w:rPr>
          <w:rtl/>
        </w:rPr>
        <w:t xml:space="preserve">   ○ ‪8 : 2‬      ○ ‪8 × 2‬      ○ ‪8 - 2‬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צַיְּרוּ 20 נְקֻדּוֹת בִּקְבוּצוֹת שֶׁל 5. כַּמָּה קְבוּצוֹת יֵשׁ? כִּתְבוּ תַּרְגִּיל.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[אתגר] כִּתְבוּ שְׁנֵי תַּרְגִּילֵי חִלּוּק שֶׁהַתּוֹצָאָה שֶׁלָּהֶם 5.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[אתגר] אֶתְגָּר: לְדָוִד 18 גֻּלּוֹת. אֶפְשָׁר לְחַלֵּק אוֹתָן שָׁוֶה בְּשָׁוֶה לְ־2 יְלָדִים? לְ־5 יְלָדִים? הַסְבִּירוּ.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7C3AED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לְסָבָא 10 שְׁקָלִים. הוּא חִלֵּק אוֹתָם שָׁוֶה בְּשָׁוֶה לְ־2 נְכָדִים. כַּמָּה קִבֵּל כָּל נֶכֶד?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🪙🪙🪙🪙🪙 | 🪙🪙🪙🪙🪙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יֵשׁ 15 פְּרָחִים. בְּכָל אֲגַרְטָל שָׂמִים 5 פְּרָחִים. כַּמָּה אֲגַרְטָלִים צָרִיךְ?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🌷🌷🌷🌷🌷 🌷🌷🌷🌷🌷 🌷🌷🌷🌷🌷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בַּמְּסִבָּה 40 בָּלוֹנִים. מְחַלְּקִים אוֹתָם שָׁוֶה בְּשָׁוֶה לְ־10 יְלָדִים. כַּמָּה בָּלוֹנִים יְקַבֵּל כָּל יֶלֶד?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🎈 40 ➗ 10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בַּחֲנוּת 16 נַעֲלַיִם. כַּמָּה זוּגוֹת נַעֲלַיִם יֵשׁ?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👟👟 × 8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יְהוֹנָתָן קָנָה 3 חֲבִילוֹת שֶׁל 10 עוּגִיּוֹת. הוּא חִלֵּק אֶת כָּל הָעוּגִיּוֹת שָׁוֶה בְּשָׁוֶה לְ־5 חֲבֵרִים. כַּמָּה עוּגִיּוֹת קִבֵּל כָּל חָבֵר?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בַּכִּתָּה 18 תַּלְמִידִים. 2 תַּלְמִידִים חוֹלִים. הַשְּׁאָר מִתְחַלְּקִים לְזוּגוֹת. כַּמָּה זוּגוֹת יֵשׁ?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7C3AED"/>
          <w:sz w:val="26"/>
          <w:szCs w:val="26"/>
          <w:rtl/>
        </w:rPr>
        <w:t>20. חַלְּקוּ שָׁוֶה בְּשָׁוֶה. גִּזְרוּ אֶת כַּרְטִיסֵי הַתְּשׁוּבוֹת, וְהַדְבִּיקוּ כָּל תְּשׁוּבָה לְיַד הַשְּׁאֵלָה.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12 עוּגִיּוֹת לְ-3 צַלָּחוֹת. בְּכָל צַלַּחַת: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10 עֶפְרוֹנוֹת לִ-2 קֻפְסָאוֹת. בְּכָל קֻפְסָה: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20 כַּדּוּרִים לְ-10 סַלִּים. בְּכָל סַל: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15 פְּרָחִים לַ-5 אֲגַרְטָלִים. בְּכָל אֲגַרְטָל: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7C3AED"/>
          <w:sz w:val="26"/>
          <w:szCs w:val="26"/>
          <w:rtl/>
        </w:rPr>
        <w:t>21. מִתְחוּ קַו מִכָּל תַּרְגִּיל חִלּוּק אֶל הַתְּשׁוּבָה שֶׁלּוֹ.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1. ‪8 : 2‬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א. 3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2. ‪30 : 10‬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ב. 2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3. ‪25 : 5‬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ג. 4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4. ‪12 : 2‬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ד. 5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5. ‪20 : 10‬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ה. 6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ב'   |   פרק 6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7C3AED"/>
          <w:sz w:val="44"/>
          <w:szCs w:val="44"/>
          <w:rtl/>
        </w:rPr>
        <w:t>פרק 6: מדידות: אורך (ס"מ ומטר), שעון (שעה וחצי שעה) וכסף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2_t06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7C3AED"/>
          <w:sz w:val="28"/>
          <w:szCs w:val="28"/>
          <w:rtl/>
        </w:rPr>
        <w:t>◆ אֹרֶךְ</w:t>
      </w:r>
    </w:p>
    <w:p>
      <w:pPr>
        <w:bidi/>
        <w:spacing w:before="0" w:after="40"/>
        <w:jc w:val="both"/>
      </w:pPr>
      <w:r>
        <w:rPr>
          <w:rtl/>
        </w:rPr>
        <w:t>מוֹדְדִים בְּסַרְגֵּל מִן הָאֶפֶס.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זוֹכְרִים: 1 מֶטֶר = 100 ס"מ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7C3AED"/>
          <w:sz w:val="28"/>
          <w:szCs w:val="28"/>
          <w:rtl/>
        </w:rPr>
        <w:t>◆ זְמַן</w:t>
      </w:r>
    </w:p>
    <w:p>
      <w:pPr>
        <w:bidi/>
        <w:spacing w:before="0" w:after="20"/>
        <w:jc w:val="both"/>
      </w:pPr>
      <w:r>
        <w:rPr>
          <w:rtl/>
        </w:rPr>
        <w:t>1. הַמָּחוֹג הַגָּדוֹל עַל 12 – שָׁעָה שְׁלֵמָה.</w:t>
      </w:r>
    </w:p>
    <w:p>
      <w:pPr>
        <w:bidi/>
        <w:spacing w:before="0" w:after="20"/>
        <w:jc w:val="both"/>
      </w:pPr>
      <w:r>
        <w:rPr>
          <w:rtl/>
        </w:rPr>
        <w:t>2. הַמָּחוֹג הַגָּדוֹל עַל 6 – וָחֵצִי.</w:t>
      </w:r>
    </w:p>
    <w:p>
      <w:pPr>
        <w:bidi/>
        <w:spacing w:before="0" w:after="20"/>
        <w:jc w:val="both"/>
      </w:pPr>
      <w:r>
        <w:rPr>
          <w:rtl/>
        </w:rPr>
        <w:t>3. בְּשָׁעָה 60 דַּקּוֹת, בַּחֲצִי שָׁעָה 30 דַּקּוֹת.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7C3AED"/>
          <w:sz w:val="28"/>
          <w:szCs w:val="28"/>
          <w:rtl/>
        </w:rPr>
        <w:t>◆ כֶּסֶף</w:t>
      </w:r>
    </w:p>
    <w:p>
      <w:pPr>
        <w:bidi/>
        <w:spacing w:before="0" w:after="40"/>
        <w:jc w:val="both"/>
      </w:pPr>
      <w:r>
        <w:rPr>
          <w:rtl/>
        </w:rPr>
        <w:t>1 ₪ הוּא 100 אֲגוֹרוֹת.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מַטְבְּעוֹת</w:t>
            </w:r>
          </w:p>
        </w:tc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שְׁטָרוֹת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1, 2, 5, 10 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20, 50, 100 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7C3AED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שָׁלָב 1: קוֹרְאִים מָה מוֹדְדִים: אֹרֶךְ, זְמַן אוֹ כֶּסֶף.</w:t>
      </w:r>
    </w:p>
    <w:p>
      <w:pPr>
        <w:bidi/>
        <w:spacing w:before="0" w:after="20"/>
        <w:jc w:val="both"/>
      </w:pPr>
      <w:r>
        <w:rPr>
          <w:rtl/>
        </w:rPr>
        <w:t>2. שָׁלָב 2: בּוֹדְקִים שֶׁכָּל הַמִּסְפָּרִים בְּאוֹתָהּ יְחִידָה (ס"מ, שָׁעוֹת, ₪).</w:t>
      </w:r>
    </w:p>
    <w:p>
      <w:pPr>
        <w:bidi/>
        <w:spacing w:before="0" w:after="20"/>
        <w:jc w:val="both"/>
      </w:pPr>
      <w:r>
        <w:rPr>
          <w:rtl/>
        </w:rPr>
        <w:t>3. שָׁלָב 3: מְחַבְּרִים אוֹ מְחַסְּרִים, וְכוֹתְבִים אֶת הַיְּחִידָה בַּתְּשׁוּבָה.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יוֹאָב קָנָה מַחְבֶּרֶת בְּ־6 ₪ וְעֵט בְּ־3 ₪. הוּא שִׁלֵּם בִּשְׁטָר שֶׁל 20 ₪. כַּמָּה עֹדֶף קִבֵּל?</w:t>
      </w:r>
    </w:p>
    <w:p>
      <w:pPr>
        <w:bidi/>
        <w:spacing w:before="0" w:after="20"/>
        <w:jc w:val="both"/>
      </w:pPr>
      <w:r>
        <w:rPr>
          <w:rtl/>
        </w:rPr>
        <w:t>1. ‪6 + 3 = 9‬</w:t>
      </w:r>
    </w:p>
    <w:p>
      <w:pPr>
        <w:bidi/>
        <w:spacing w:before="0" w:after="20"/>
        <w:jc w:val="both"/>
      </w:pPr>
      <w:r>
        <w:rPr>
          <w:rtl/>
        </w:rPr>
        <w:t>2. ‪20 - 9 = 11‬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11 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הַשְׁלִימוּ.</w:t>
      </w:r>
    </w:p>
    <w:p>
      <w:pPr>
        <w:bidi/>
        <w:spacing w:before="0" w:after="60"/>
        <w:jc w:val="both"/>
      </w:pPr>
      <w:r>
        <w:rPr>
          <w:rtl/>
        </w:rPr>
        <w:t>א. 2 מֶטֶר = __________ ס"מ</w:t>
      </w:r>
    </w:p>
    <w:p>
      <w:pPr>
        <w:bidi/>
        <w:spacing w:before="0" w:after="60"/>
        <w:jc w:val="both"/>
      </w:pPr>
      <w:r>
        <w:rPr>
          <w:rtl/>
        </w:rPr>
        <w:t>ב. 100 ס"מ = __________ מֶטֶר</w:t>
      </w:r>
    </w:p>
    <w:p>
      <w:pPr>
        <w:bidi/>
        <w:spacing w:before="0" w:after="60"/>
        <w:jc w:val="both"/>
      </w:pPr>
      <w:r>
        <w:rPr>
          <w:rtl/>
        </w:rPr>
        <w:t>ג. 2 חֲצָאֵי שָׁעָה = __________ שָׁעָה</w:t>
      </w:r>
    </w:p>
    <w:p>
      <w:pPr>
        <w:bidi/>
        <w:spacing w:before="0" w:after="60"/>
        <w:jc w:val="both"/>
      </w:pPr>
      <w:r>
        <w:rPr>
          <w:rtl/>
        </w:rPr>
        <w:t>ד. 2 מַטְבְּעוֹת שֶׁל 50 אֲגוֹרוֹת = __________ 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חַשְּׁבוּ אֳרָכִים.</w:t>
      </w:r>
    </w:p>
    <w:p>
      <w:pPr>
        <w:bidi/>
        <w:spacing w:before="0" w:after="60"/>
        <w:jc w:val="both"/>
      </w:pPr>
      <w:r>
        <w:rPr>
          <w:rtl/>
        </w:rPr>
        <w:t>א. 9 ס"מ + 6 ס"מ = __________ ס"מ</w:t>
      </w:r>
    </w:p>
    <w:p>
      <w:pPr>
        <w:bidi/>
        <w:spacing w:before="0" w:after="60"/>
        <w:jc w:val="both"/>
      </w:pPr>
      <w:r>
        <w:rPr>
          <w:rtl/>
        </w:rPr>
        <w:t>ב. 40 ס"מ - 15 ס"מ = __________ ס"מ</w:t>
      </w:r>
    </w:p>
    <w:p>
      <w:pPr>
        <w:bidi/>
        <w:spacing w:before="0" w:after="60"/>
        <w:jc w:val="both"/>
      </w:pPr>
      <w:r>
        <w:rPr>
          <w:rtl/>
        </w:rPr>
        <w:t>ג. 23 ס"מ + 14 ס"מ = __________ ס"מ</w:t>
      </w:r>
    </w:p>
    <w:p>
      <w:pPr>
        <w:bidi/>
        <w:spacing w:before="0" w:after="60"/>
        <w:jc w:val="both"/>
      </w:pPr>
      <w:r>
        <w:rPr>
          <w:rtl/>
        </w:rPr>
        <w:t>ד. 100 ס"מ - 40 ס"מ = __________ ס"מ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כַּמָּה כֶּסֶף?</w:t>
      </w:r>
    </w:p>
    <w:p>
      <w:pPr>
        <w:bidi/>
        <w:spacing w:before="0" w:after="60"/>
        <w:jc w:val="both"/>
      </w:pPr>
      <w:r>
        <w:rPr>
          <w:rtl/>
        </w:rPr>
        <w:t>א. 🪙 10 ₪ + 🪙 10 ₪ + 🪙 1 ₪ = __________ ₪</w:t>
      </w:r>
    </w:p>
    <w:p>
      <w:pPr>
        <w:bidi/>
        <w:spacing w:before="0" w:after="60"/>
        <w:jc w:val="both"/>
      </w:pPr>
      <w:r>
        <w:rPr>
          <w:rtl/>
        </w:rPr>
        <w:t>ב. 💵 50 ₪ + 🪙 5 ₪ = __________ ₪</w:t>
      </w:r>
    </w:p>
    <w:p>
      <w:pPr>
        <w:bidi/>
        <w:spacing w:before="0" w:after="60"/>
        <w:jc w:val="both"/>
      </w:pPr>
      <w:r>
        <w:rPr>
          <w:rtl/>
        </w:rPr>
        <w:t>ג. 🪙 2 ₪ + 🪙 2 ₪ + 🪙 2 ₪ = __________ ₪</w:t>
      </w:r>
    </w:p>
    <w:p>
      <w:pPr>
        <w:bidi/>
        <w:spacing w:before="0" w:after="60"/>
        <w:jc w:val="both"/>
      </w:pPr>
      <w:r>
        <w:rPr>
          <w:rtl/>
        </w:rPr>
        <w:t>ד. 💵 20 ₪ + 💵 20 ₪ + 🪙 5 ₪ = __________ 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הַתְאִימוּ שָׁעוֹן לַשָּׁעָה.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חָמֵשׁ וָחֵצִי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שָׁעָה 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🕘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שָׁעָה 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אַחַת וָחֵצִי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🕠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שָׁעָה 2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כַּמָּה זְמַן עָבַר?</w:t>
      </w:r>
    </w:p>
    <w:p>
      <w:pPr>
        <w:bidi/>
        <w:spacing w:before="0" w:after="60"/>
        <w:jc w:val="both"/>
      </w:pPr>
      <w:r>
        <w:rPr>
          <w:rtl/>
        </w:rPr>
        <w:t>א. מִשָּׁעָה 2 עַד שָׁעָה 5 עָבְרוּ __________ שָׁעוֹת.</w:t>
      </w:r>
    </w:p>
    <w:p>
      <w:pPr>
        <w:bidi/>
        <w:spacing w:before="0" w:after="60"/>
        <w:jc w:val="both"/>
      </w:pPr>
      <w:r>
        <w:rPr>
          <w:rtl/>
        </w:rPr>
        <w:t>ב. מִשָּׁעָה 7 עַד שָׁעָה 11 עָבְרוּ __________ שָׁעוֹת.</w:t>
      </w:r>
    </w:p>
    <w:p>
      <w:pPr>
        <w:bidi/>
        <w:spacing w:before="0" w:after="60"/>
        <w:jc w:val="both"/>
      </w:pPr>
      <w:r>
        <w:rPr>
          <w:rtl/>
        </w:rPr>
        <w:t>ג. מִשָּׁעָה 4 עַד אַרְבַּע וָחֵצִי עָבְרוּ __________ דַּקּוֹת.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הַשְׁלִימוּ אֶת הָעֹדֶף.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מְחִיר</w:t>
            </w:r>
          </w:p>
        </w:tc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שִׁלַּמְתִּי</w:t>
            </w:r>
          </w:p>
        </w:tc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עֹדֶף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13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45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50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71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מַיְּנוּ: מָה מוֹדְדִים בְּס"מ וּמָה בְּמֶטֶר?</w:t>
      </w:r>
    </w:p>
    <w:p>
      <w:pPr>
        <w:bidi/>
        <w:spacing w:before="0" w:after="80"/>
        <w:jc w:val="both"/>
      </w:pPr>
      <w:r>
        <w:rPr>
          <w:color w:val="7C3AED"/>
          <w:sz w:val="24"/>
          <w:szCs w:val="24"/>
          <w:rtl/>
        </w:rPr>
        <w:t>המילים: עִפָּרוֹן  |  מַחַק  |  אֹרֶךְ הַכִּתָּה  |  גֹּבַהּ עֵץ  |  מַחְבֶּרֶת  |  מִגְרַשׁ כַּדּוּרֶגֶל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סֶנְטִימֶטֶר</w:t>
            </w:r>
          </w:p>
        </w:tc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מֶטֶר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מָה הַשָּׁעָה?</w:t>
      </w:r>
    </w:p>
    <w:p>
      <w:pPr>
        <w:bidi/>
        <w:spacing w:before="0" w:after="60"/>
        <w:jc w:val="both"/>
      </w:pPr>
      <w:r>
        <w:rPr>
          <w:rtl/>
        </w:rPr>
        <w:t>א. עַכְשָׁו שָׁעָה 9. אַחֲרֵי 3 שָׁעוֹת: שָׁעָה __________</w:t>
      </w:r>
    </w:p>
    <w:p>
      <w:pPr>
        <w:bidi/>
        <w:spacing w:before="0" w:after="60"/>
        <w:jc w:val="both"/>
      </w:pPr>
      <w:r>
        <w:rPr>
          <w:rtl/>
        </w:rPr>
        <w:t>ב. עַכְשָׁו שָׁעָה 10. לִפְנֵי 4 שָׁעוֹת: שָׁעָה __________</w:t>
      </w:r>
    </w:p>
    <w:p>
      <w:pPr>
        <w:bidi/>
        <w:spacing w:before="0" w:after="60"/>
        <w:jc w:val="both"/>
      </w:pPr>
      <w:r>
        <w:rPr>
          <w:rtl/>
        </w:rPr>
        <w:t>ג. עַכְשָׁו שָׁעָה 1. אַחֲרֵי חֲצִי שָׁעָה: אַחַת וָ__________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נָכוֹן אוֹ לֹא נָכוֹן?</w:t>
      </w:r>
    </w:p>
    <w:p>
      <w:pPr>
        <w:bidi/>
        <w:spacing w:before="0" w:after="60"/>
        <w:jc w:val="both"/>
      </w:pPr>
      <w:r>
        <w:rPr>
          <w:rtl/>
        </w:rPr>
        <w:t>א. 50 ס"מ הֵם חֲצִי מֶטֶר.      נכון / לא נכון</w:t>
      </w:r>
    </w:p>
    <w:p>
      <w:pPr>
        <w:bidi/>
        <w:spacing w:before="0" w:after="60"/>
        <w:jc w:val="both"/>
      </w:pPr>
      <w:r>
        <w:rPr>
          <w:rtl/>
        </w:rPr>
        <w:t>ב. בַּחֲצִי שָׁעָה יֵשׁ 50 דַּקּוֹת.      נכון / לא נכון</w:t>
      </w:r>
    </w:p>
    <w:p>
      <w:pPr>
        <w:bidi/>
        <w:spacing w:before="0" w:after="60"/>
        <w:jc w:val="both"/>
      </w:pPr>
      <w:r>
        <w:rPr>
          <w:rtl/>
        </w:rPr>
        <w:t>ג. שְׁטָר שֶׁל 20 ₪ שָׁוֶה 4 מַטְבְּעוֹת שֶׁל 5 ₪.      נכון / לא נכון</w:t>
      </w:r>
    </w:p>
    <w:p>
      <w:pPr>
        <w:bidi/>
        <w:spacing w:before="0" w:after="60"/>
        <w:jc w:val="both"/>
      </w:pPr>
      <w:r>
        <w:rPr>
          <w:rtl/>
        </w:rPr>
        <w:t>ד. גֹּבַהּ יֶלֶד בְּכִתָּה ב' הוּא 12 ס"מ.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מָה מַתְאִים?</w:t>
      </w:r>
    </w:p>
    <w:p>
      <w:pPr>
        <w:bidi/>
        <w:spacing w:before="0" w:after="20"/>
        <w:jc w:val="both"/>
      </w:pPr>
      <w:r>
        <w:rPr>
          <w:rtl/>
        </w:rPr>
        <w:t>א. אֹרֶךְ שֶׁל מַחְבֶּרֶת</w:t>
      </w:r>
    </w:p>
    <w:p>
      <w:pPr>
        <w:bidi/>
        <w:spacing w:before="0" w:after="80"/>
        <w:jc w:val="both"/>
      </w:pPr>
      <w:r>
        <w:rPr>
          <w:rtl/>
        </w:rPr>
        <w:t xml:space="preserve">   ○ 25 ס"מ      ○ 25 מֶטֶר      ○ 2 ס"מ</w:t>
      </w:r>
    </w:p>
    <w:p>
      <w:pPr>
        <w:bidi/>
        <w:spacing w:before="0" w:after="20"/>
        <w:jc w:val="both"/>
      </w:pPr>
      <w:r>
        <w:rPr>
          <w:rtl/>
        </w:rPr>
        <w:t>ב. כַּמָּה זְמַן נִמְשֶׁכֶת הַפְסָקָה?</w:t>
      </w:r>
    </w:p>
    <w:p>
      <w:pPr>
        <w:bidi/>
        <w:spacing w:before="0" w:after="80"/>
        <w:jc w:val="both"/>
      </w:pPr>
      <w:r>
        <w:rPr>
          <w:rtl/>
        </w:rPr>
        <w:t xml:space="preserve">   ○ 3 שָׁעוֹת      ○ 10 דַּקּוֹת      ○ 1 דַּקָּה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צַיְּרוּ בְּסַרְגֵּל קַו שֶׁל 7 ס"מ. הוֹסִיפוּ לוֹ עוֹד 5 ס"מ. מָה הָאֹרֶךְ שֶׁל הַקַּו עַכְשָׁו?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[אתגר] לְאוֹרִי מַטְבֵּעַ שֶׁל 10 ₪ וּשְׁנֵי מַטְבְּעוֹת שֶׁל 2 ₪. הַאִם יֵשׁ לוֹ מַסְפִּיק כֶּסֶף לִקְנוֹת סֵפֶר בְּ־15 ₪? הַסְבִּירוּ.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[אתגר] אֶתְגָּר: הַטִּיּוּל הִתְחִיל בְּשָׁעָה 9 וְנִגְמַר בְּשָׁעָה 1 בַּצָּהֳרַיִם. כַּמָּה שָׁעוֹת נִמְשַׁךְ הַטִּיּוּל?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7C3AED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שֻׁלְחָן אָרְכּוֹ 80 ס"מ, וְכִסֵּא אָרְכּוֹ 40 ס"מ. בְּכַמָּה הַשֻּׁלְחָן אָרֹךְ יוֹתֵר?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🪑 40 📏 80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גְּלִידָה עוֹלָה 7 ₪. לְמֹשֶׁה יֵשׁ 10 ₪. כַּמָּה עֹדֶף יְקַבֵּל?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🍦 7 ₪   🪙 10 ₪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הַמִּשְׂחָק הִתְחִיל בְּשָׁעָה 4 אַחֲרֵי הַצָּהֳרַיִם וְנִמְשַׁךְ 2 שָׁעוֹת. בְּאֵיזוֹ שָׁעָה נִגְמַר?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⚽ 🕓 ➡️ ❓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דָּוִד קָפַץ 65 ס"מ, וְנוֹעַם קָפַץ 20 ס"מ יוֹתֵר. כַּמָּה ס"מ קָפַץ נוֹעַם?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🐸 65 ➕ 20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תָּמָר קָנְתָה מַחְבֶּרֶת בְּ־8 ₪ וְעִפָּרוֹן בְּ־2 ₪. הִיא שִׁלְּמָה בִּשְׁטָר שֶׁל 50 ₪. כַּמָּה עֹדֶף קִבְּלָה?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📒 8 ₪ ✏️ 2 ₪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אֹרֶךְ צַד שֶׁל רִבּוּעַ הוּא 10 ס"מ. לְרִבּוּעַ יֵשׁ 4 צְלָעוֹת שָׁווֹת. מַה הָאֹרֶךְ שֶׁל כָּל הַצְּלָעוֹת יַחַד?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🟦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7C3AED"/>
          <w:sz w:val="26"/>
          <w:szCs w:val="26"/>
          <w:rtl/>
        </w:rPr>
        <w:t>20. גִּזְרוּ אֶת הַכַּרְטִיסִים, וְהַדְבִּיקוּ כָּל דָּבָר בָּעַמּוּדָה הַמַּתְאִימָה: בְּמָה כְּדַאי לִמְדֹּד אוֹתוֹ?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בְּסֶנְטִימֶטְרִים (ס"מ)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בְּמֶטְרִים (מ')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7C3AED"/>
          <w:sz w:val="26"/>
          <w:szCs w:val="26"/>
          <w:rtl/>
        </w:rPr>
        <w:t>21. קִרְאוּ אֶת בֵּאוּרֵי הַמִּלִּים.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בֵּאוּרֵי מִלִּים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סֶנְטִימֶטֶר (ס"מ) – </w:t>
            </w:r>
            <w:r>
              <w:rPr>
                <w:sz w:val="24"/>
                <w:szCs w:val="24"/>
                <w:rtl/>
              </w:rPr>
              <w:t>יְחִידָה לִמְדִידַת אֹרֶךְ קָצָר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מֶטֶר (מ') – </w:t>
            </w:r>
            <w:r>
              <w:rPr>
                <w:sz w:val="24"/>
                <w:szCs w:val="24"/>
                <w:rtl/>
              </w:rPr>
              <w:t>יְחִידָה לִמְדִידַת אֹרֶךְ גָּדוֹל: 100 ס"מ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סַרְגֵּל – </w:t>
            </w:r>
            <w:r>
              <w:rPr>
                <w:sz w:val="24"/>
                <w:szCs w:val="24"/>
                <w:rtl/>
              </w:rPr>
              <w:t>כְּלִי לִמְדִידָה וּלְשִׂרְטוּט קַו יָשָׁר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חֲצִי שָׁעָה – </w:t>
            </w:r>
            <w:r>
              <w:rPr>
                <w:sz w:val="24"/>
                <w:szCs w:val="24"/>
                <w:rtl/>
              </w:rPr>
              <w:t>30 דַּקּוֹת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40"/>
        <w:jc w:val="both"/>
      </w:pPr>
      <w:r>
        <w:rPr>
          <w:b/>
          <w:bCs/>
          <w:sz w:val="25"/>
          <w:szCs w:val="25"/>
          <w:rtl/>
        </w:rPr>
        <w:t>✏️ מִדְדוּ בְּסַרְגֵּל אֶת הָעִפָּרוֹן שֶׁלָּכֶם, וְכִתְבוּ אֶת הָאֹרֶךְ בס"מ.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ב'   |   פרק 7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7C3AED"/>
          <w:sz w:val="44"/>
          <w:szCs w:val="44"/>
          <w:rtl/>
        </w:rPr>
        <w:t>פרק 7: גאומטריה: מצולעים, צלעות וקודקודים, קו ישר וקו עקום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2_t07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7C3AED"/>
          <w:sz w:val="28"/>
          <w:szCs w:val="28"/>
          <w:rtl/>
        </w:rPr>
        <w:t>◆ קַוִּים</w:t>
      </w:r>
    </w:p>
    <w:p>
      <w:pPr>
        <w:bidi/>
        <w:spacing w:before="0" w:after="20"/>
        <w:jc w:val="both"/>
      </w:pPr>
      <w:r>
        <w:rPr>
          <w:rtl/>
        </w:rPr>
        <w:t>1. קַו יָשָׁר – בְּסַרְגֵּל.</w:t>
      </w:r>
    </w:p>
    <w:p>
      <w:pPr>
        <w:bidi/>
        <w:spacing w:before="0" w:after="20"/>
        <w:jc w:val="both"/>
      </w:pPr>
      <w:r>
        <w:rPr>
          <w:rtl/>
        </w:rPr>
        <w:t>2. קַו עָקֹם – מִתְעַקֵּל.</w:t>
      </w:r>
    </w:p>
    <w:p>
      <w:pPr>
        <w:bidi/>
        <w:spacing w:before="0" w:after="20"/>
        <w:jc w:val="both"/>
      </w:pPr>
      <w:r>
        <w:rPr>
          <w:rtl/>
        </w:rPr>
        <w:t>3. קַו סָגוּר – נִגְמָר בַּנְּקֻדָּה שֶׁבָּהּ הִתְחִיל.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7C3AED"/>
          <w:sz w:val="28"/>
          <w:szCs w:val="28"/>
          <w:rtl/>
        </w:rPr>
        <w:t>◆ מְצֻלָּע</w:t>
      </w:r>
    </w:p>
    <w:p>
      <w:pPr>
        <w:bidi/>
        <w:spacing w:before="0" w:after="40"/>
        <w:jc w:val="both"/>
      </w:pPr>
      <w:r>
        <w:rPr>
          <w:rtl/>
        </w:rPr>
        <w:t>צוּרָה סְגוּרָה שֶׁכָּל הַקַּוִּים שֶׁלָּהּ יְשָׁרִים. עִגּוּל אֵינוֹ מְצֻלָּע.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7C3AED"/>
          <w:sz w:val="28"/>
          <w:szCs w:val="28"/>
          <w:rtl/>
        </w:rPr>
        <w:t>◆ שְׁמוֹת הַמְּצֻלָּעִים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שֵׁם</w:t>
            </w:r>
          </w:p>
        </w:tc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צְלָעוֹת</w:t>
            </w:r>
          </w:p>
        </w:tc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קָדְקוֹדִים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מְשֻׁלָּשׁ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מְרֻבָּע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מְחֻמָּשׁ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מְשֻׁשֶּׁה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7C3AED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שָׁלָב 1: בּוֹדְקִים: הַאִם הַצּוּרָה סְגוּרָה וְכָל הַקַּוִּים יְשָׁרִים?</w:t>
      </w:r>
    </w:p>
    <w:p>
      <w:pPr>
        <w:bidi/>
        <w:spacing w:before="0" w:after="20"/>
        <w:jc w:val="both"/>
      </w:pPr>
      <w:r>
        <w:rPr>
          <w:rtl/>
        </w:rPr>
        <w:t>2. שָׁלָב 2: סוֹפְרִים צְלָעוֹת. מְסַמְּנִים כָּל צֶלַע שֶׁסָּפַרְנוּ.</w:t>
      </w:r>
    </w:p>
    <w:p>
      <w:pPr>
        <w:bidi/>
        <w:spacing w:before="0" w:after="20"/>
        <w:jc w:val="both"/>
      </w:pPr>
      <w:r>
        <w:rPr>
          <w:rtl/>
        </w:rPr>
        <w:t>3. שָׁלָב 3: לְפִי מִסְפַּר הַצְּלָעוֹת קוֹבְעִים אֶת הַשֵּׁם.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כַּמָּה קָדְקוֹדִים יֵשׁ לִמְרֻבָּע וְלִמְחֻמָּשׁ יַחַד?</w:t>
      </w:r>
    </w:p>
    <w:p>
      <w:pPr>
        <w:bidi/>
        <w:spacing w:before="0" w:after="20"/>
        <w:jc w:val="both"/>
      </w:pPr>
      <w:r>
        <w:rPr>
          <w:rtl/>
        </w:rPr>
        <w:t>1. לִמְרֻבָּע 4 קָדְקוֹדִים.</w:t>
      </w:r>
    </w:p>
    <w:p>
      <w:pPr>
        <w:bidi/>
        <w:spacing w:before="0" w:after="20"/>
        <w:jc w:val="both"/>
      </w:pPr>
      <w:r>
        <w:rPr>
          <w:rtl/>
        </w:rPr>
        <w:t>2. לִמְחֻמָּשׁ 5 קָדְקוֹדִים.</w:t>
      </w:r>
    </w:p>
    <w:p>
      <w:pPr>
        <w:bidi/>
        <w:spacing w:before="0" w:after="20"/>
        <w:jc w:val="both"/>
      </w:pPr>
      <w:r>
        <w:rPr>
          <w:rtl/>
        </w:rPr>
        <w:t>3. ‪4 + 5 = 9‬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9 קָדְקוֹדִים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כַּמָּה קָדְקוֹדִים?</w:t>
      </w:r>
    </w:p>
    <w:p>
      <w:pPr>
        <w:bidi/>
        <w:spacing w:before="0" w:after="60"/>
        <w:jc w:val="both"/>
      </w:pPr>
      <w:r>
        <w:rPr>
          <w:rtl/>
        </w:rPr>
        <w:t>א. 🔺 מְשֻׁלָּשׁ – __________ קָדְקוֹדִים</w:t>
      </w:r>
    </w:p>
    <w:p>
      <w:pPr>
        <w:bidi/>
        <w:spacing w:before="0" w:after="60"/>
        <w:jc w:val="both"/>
      </w:pPr>
      <w:r>
        <w:rPr>
          <w:rtl/>
        </w:rPr>
        <w:t>ב. ⬜ רִבּוּעַ – __________ קָדְקוֹדִים</w:t>
      </w:r>
    </w:p>
    <w:p>
      <w:pPr>
        <w:bidi/>
        <w:spacing w:before="0" w:after="60"/>
        <w:jc w:val="both"/>
      </w:pPr>
      <w:r>
        <w:rPr>
          <w:rtl/>
        </w:rPr>
        <w:t>ג. מְחֻמָּשׁ – __________ קָדְקוֹדִים</w:t>
      </w:r>
    </w:p>
    <w:p>
      <w:pPr>
        <w:bidi/>
        <w:spacing w:before="0" w:after="60"/>
        <w:jc w:val="both"/>
      </w:pPr>
      <w:r>
        <w:rPr>
          <w:rtl/>
        </w:rPr>
        <w:t>ד. מְשֻׁשֶּׁה – __________ קָדְקוֹדִים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כִּתְבוּ אֶת שֵׁם הַמְּצֻלָּע.</w:t>
      </w:r>
    </w:p>
    <w:p>
      <w:pPr>
        <w:bidi/>
        <w:spacing w:before="0" w:after="60"/>
        <w:jc w:val="both"/>
      </w:pPr>
      <w:r>
        <w:rPr>
          <w:rtl/>
        </w:rPr>
        <w:t>א. 3 צְלָעוֹת – __________</w:t>
      </w:r>
    </w:p>
    <w:p>
      <w:pPr>
        <w:bidi/>
        <w:spacing w:before="0" w:after="60"/>
        <w:jc w:val="both"/>
      </w:pPr>
      <w:r>
        <w:rPr>
          <w:rtl/>
        </w:rPr>
        <w:t>ב. 4 צְלָעוֹת – __________</w:t>
      </w:r>
    </w:p>
    <w:p>
      <w:pPr>
        <w:bidi/>
        <w:spacing w:before="0" w:after="60"/>
        <w:jc w:val="both"/>
      </w:pPr>
      <w:r>
        <w:rPr>
          <w:rtl/>
        </w:rPr>
        <w:t>ג. 5 צְלָעוֹת – __________</w:t>
      </w:r>
    </w:p>
    <w:p>
      <w:pPr>
        <w:bidi/>
        <w:spacing w:before="0" w:after="60"/>
        <w:jc w:val="both"/>
      </w:pPr>
      <w:r>
        <w:rPr>
          <w:rtl/>
        </w:rPr>
        <w:t>ד. 6 צְלָעוֹת –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מַיְּנוּ: מְצֻלָּע אוֹ לֹא מְצֻלָּע?</w:t>
      </w:r>
    </w:p>
    <w:p>
      <w:pPr>
        <w:bidi/>
        <w:spacing w:before="0" w:after="80"/>
        <w:jc w:val="both"/>
      </w:pPr>
      <w:r>
        <w:rPr>
          <w:color w:val="7C3AED"/>
          <w:sz w:val="24"/>
          <w:szCs w:val="24"/>
          <w:rtl/>
        </w:rPr>
        <w:t>המילים: מְשֻׁלָּשׁ  |  עִגּוּל  |  רִבּוּעַ  |  לֵב  |  מְחֻמָּשׁ  |  יָרֵחַ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מְצֻלָּע</w:t>
            </w:r>
          </w:p>
        </w:tc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לֹא מְצֻלָּע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הַתְאִימוּ.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צֶלַע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פִּנָּה שֶׁל הַצּוּרָה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קָדְקוֹד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קַו שֶׁמִּתְעַקֵּל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קַו עָקֹם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קַו יָשָׁר בַּצּוּרָה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קַו סָגוּר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מַתְחִיל וְנִגְמָר בְּאוֹתָהּ נְקֻדָּה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כַּמָּה צוּרוֹת</w:t>
            </w:r>
          </w:p>
        </w:tc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צוּרָה</w:t>
            </w:r>
          </w:p>
        </w:tc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כַּמָּה צְלָעוֹת בְּסַךְ הַכֹּל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מְשֻׁלָּשׁ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מְרֻבָּע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מְשֻׁלָּשׁ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מְחֻמָּשׁ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חַשְּׁבוּ.</w:t>
      </w:r>
    </w:p>
    <w:p>
      <w:pPr>
        <w:bidi/>
        <w:spacing w:before="0" w:after="60"/>
        <w:jc w:val="both"/>
      </w:pPr>
      <w:r>
        <w:rPr>
          <w:rtl/>
        </w:rPr>
        <w:t>א. צְלָעוֹת שֶׁל 🔺 + ⬜ + ⬜ = __________</w:t>
      </w:r>
    </w:p>
    <w:p>
      <w:pPr>
        <w:bidi/>
        <w:spacing w:before="0" w:after="60"/>
        <w:jc w:val="both"/>
      </w:pPr>
      <w:r>
        <w:rPr>
          <w:rtl/>
        </w:rPr>
        <w:t>ב. קָדְקוֹדִים שֶׁל 🔺 + 🔺 + 🔺 = __________</w:t>
      </w:r>
    </w:p>
    <w:p>
      <w:pPr>
        <w:bidi/>
        <w:spacing w:before="0" w:after="60"/>
        <w:jc w:val="both"/>
      </w:pPr>
      <w:r>
        <w:rPr>
          <w:rtl/>
        </w:rPr>
        <w:t>ג. צְלָעוֹת שֶׁל ⬜ + ⬜ + ⬜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נָכוֹן אוֹ לֹא נָכוֹן?</w:t>
      </w:r>
    </w:p>
    <w:p>
      <w:pPr>
        <w:bidi/>
        <w:spacing w:before="0" w:after="60"/>
        <w:jc w:val="both"/>
      </w:pPr>
      <w:r>
        <w:rPr>
          <w:rtl/>
        </w:rPr>
        <w:t>א. לְכָל מְצֻלָּע יֵשׁ קַוִּים יְשָׁרִים בִּלְבַד.      נכון / לא נכון</w:t>
      </w:r>
    </w:p>
    <w:p>
      <w:pPr>
        <w:bidi/>
        <w:spacing w:before="0" w:after="60"/>
        <w:jc w:val="both"/>
      </w:pPr>
      <w:r>
        <w:rPr>
          <w:rtl/>
        </w:rPr>
        <w:t>ב. לִמְשֻׁשֶּׁה יֵשׁ 5 צְלָעוֹת.      נכון / לא נכון</w:t>
      </w:r>
    </w:p>
    <w:p>
      <w:pPr>
        <w:bidi/>
        <w:spacing w:before="0" w:after="60"/>
        <w:jc w:val="both"/>
      </w:pPr>
      <w:r>
        <w:rPr>
          <w:rtl/>
        </w:rPr>
        <w:t>ג. לַמַּלְבֵּן יֵשׁ 4 קָדְקוֹדִים.      נכון / לא נכון</w:t>
      </w:r>
    </w:p>
    <w:p>
      <w:pPr>
        <w:bidi/>
        <w:spacing w:before="0" w:after="60"/>
        <w:jc w:val="both"/>
      </w:pPr>
      <w:r>
        <w:rPr>
          <w:rtl/>
        </w:rPr>
        <w:t>ד. צוּרָה פְּתוּחָה יְכוֹלָה לִהְיוֹת מְצֻלָּע.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בַּחֲרוּ אֶת הַתְּשׁוּבָה הַנְּכוֹנָה.</w:t>
      </w:r>
    </w:p>
    <w:p>
      <w:pPr>
        <w:bidi/>
        <w:spacing w:before="0" w:after="20"/>
        <w:jc w:val="both"/>
      </w:pPr>
      <w:r>
        <w:rPr>
          <w:rtl/>
        </w:rPr>
        <w:t>א. כַּמָּה צְלָעוֹת יֵשׁ לְ־2 רִבּוּעִים?</w:t>
      </w:r>
    </w:p>
    <w:p>
      <w:pPr>
        <w:bidi/>
        <w:spacing w:before="0" w:after="80"/>
        <w:jc w:val="both"/>
      </w:pPr>
      <w:r>
        <w:rPr>
          <w:rtl/>
        </w:rPr>
        <w:t xml:space="preserve">   ○ 6      ○ 8      ○ 4</w:t>
      </w:r>
    </w:p>
    <w:p>
      <w:pPr>
        <w:bidi/>
        <w:spacing w:before="0" w:after="20"/>
        <w:jc w:val="both"/>
      </w:pPr>
      <w:r>
        <w:rPr>
          <w:rtl/>
        </w:rPr>
        <w:t>ב. לְאֵיזוֹ צוּרָה אֵין קָדְקוֹדִים?</w:t>
      </w:r>
    </w:p>
    <w:p>
      <w:pPr>
        <w:bidi/>
        <w:spacing w:before="0" w:after="80"/>
        <w:jc w:val="both"/>
      </w:pPr>
      <w:r>
        <w:rPr>
          <w:rtl/>
        </w:rPr>
        <w:t xml:space="preserve">   ○ רִבּוּעַ      ○ מְשֻׁלָּשׁ      ○ עִגּוּל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שַׂרְטְטוּ מְחֻמָּשׁ עַל הַמִּשְׁבָּצוֹת. מִסְפְּרוּ אֶת הַצְּלָעוֹת 1, 2, 3, 4, 5.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שַׂרְטְטוּ קַו יָשָׁר בְּאֹרֶךְ 6 ס"מ, וּלְיָדוֹ קַו עָקֹם.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מַה דּוֹמֶה וּמַה שׁוֹנֶה בֵּין רִבּוּעַ לִמְשֻׁלָּשׁ?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[אתגר] אֶתְגָּר: מְשֻׁלָּשׁ וּמְרֻבָּע. לְאֵיזוֹ צוּרָה יוֹתֵר צְלָעוֹת, וּבְכַמָּה?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[אתגר] אֶתְגָּר: שַׂרְטְטוּ קַו אֶחָד יָשָׁר בְּתוֹךְ רִבּוּעַ, כָּךְ שֶׁיִּהְיוּ 2 מְשֻׁלָּשִׁים.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7C3AED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אִיתַי צִיֵּר 2 רִבּוּעִים. כַּמָּה צְלָעוֹת צִיֵּר?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⬜⬜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עַל הַדַּף 4 מְשֻׁלָּשִׁים וְעִגּוּל אֶחָד. כַּמָּה מְצֻלָּעִים יֵשׁ עַל הַדַּף?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🔺🔺🔺🔺 ⚪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בְּחַלּוֹן יֵשׁ 5 זְגוּגִיּוֹת בְּצוּרַת רִבּוּעַ. כַּמָּה קָדְקוֹדִים יֵשׁ לְכָל הַזְּגוּגִיּוֹת יַחַד?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⬜⬜⬜⬜⬜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יְהוֹנָתָן בָּנָה מְשֻׁלָּשׁ מִ־3 קַשִּׁים וְרִבּוּעַ מִ־4 קַשִּׁים. כַּמָּה קַשִּׁים הִשְׁתַּמֵּשׁ?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🔺 ⬜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לְאֵלִיָּה 15 גַּפְרוּרִים. הוּא בָּנָה 2 רִבּוּעִים נִפְרָדִים. כַּמָּה מְשֻׁלָּשִׁים נִפְרָדִים הוּא יָכוֹל לִבְנוֹת מִמָּה שֶׁנִּשְׁאַר?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אֹרֶךְ כָּל צֶלַע שֶׁל מְשֻׁשֶּׁה הוּא 2 ס"מ. מָה אֹרֶךְ כָּל הַצְּלָעוֹת יַחַד?</w:t>
      </w:r>
    </w:p>
    <w:p>
      <w:pPr>
        <w:bidi/>
        <w:spacing w:before="0" w:after="20"/>
        <w:jc w:val="both"/>
      </w:pPr>
      <w:r>
        <w:rPr>
          <w:b/>
          <w:bCs/>
          <w:color w:val="7C3AED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7C3AED"/>
          <w:sz w:val="26"/>
          <w:szCs w:val="26"/>
          <w:rtl/>
        </w:rPr>
        <w:t>20. גִּזְרוּ אֶת כַּרְטִיסֵי הַצּוּרוֹת, וְהַדְבִּיקוּ כָּל צוּרָה בָּעַמּוּדָה הַמַּתְאִימָה.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מְצֻלָּע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לֹא מְצֻלָּע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7C3AED"/>
          <w:sz w:val="26"/>
          <w:szCs w:val="26"/>
          <w:rtl/>
        </w:rPr>
        <w:t>21. מִתְחוּ קַו מִכָּל מְצֻלָּע אֶל מִסְפַּר הַצְּלָעוֹת שֶׁלּוֹ.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1. מְשֻׁלָּשׁ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א. 3 צְלָעוֹת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2. מְרֻבָּע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ב. 4 צְלָעוֹת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3. מְחֻמָּשׁ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ג. 5 צְלָעוֹת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4. מְשֻׁשֶּׁה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ד. 6 צְלָעוֹת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7C3AED"/>
          <w:sz w:val="44"/>
          <w:szCs w:val="44"/>
          <w:rtl/>
        </w:rPr>
        <w:t>חזרה – מה למדנו?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[בינוני] הַשְׁלִימוּ.</w:t>
      </w:r>
    </w:p>
    <w:p>
      <w:pPr>
        <w:bidi/>
        <w:spacing w:before="0" w:after="60"/>
        <w:jc w:val="both"/>
      </w:pPr>
      <w:r>
        <w:rPr>
          <w:rtl/>
        </w:rPr>
        <w:t>א. ‪67 = 60 + __________‬</w:t>
      </w:r>
    </w:p>
    <w:p>
      <w:pPr>
        <w:bidi/>
        <w:spacing w:before="0" w:after="60"/>
        <w:jc w:val="both"/>
      </w:pPr>
      <w:r>
        <w:rPr>
          <w:rtl/>
        </w:rPr>
        <w:t>ב. ‪40 + 35 = __________‬</w:t>
      </w:r>
    </w:p>
    <w:p>
      <w:pPr>
        <w:bidi/>
        <w:spacing w:before="0" w:after="60"/>
        <w:jc w:val="both"/>
      </w:pPr>
      <w:r>
        <w:rPr>
          <w:rtl/>
        </w:rPr>
        <w:t>ג. ‪83 - 21 = __________‬</w:t>
      </w:r>
    </w:p>
    <w:p>
      <w:pPr>
        <w:bidi/>
        <w:spacing w:before="0" w:after="60"/>
        <w:jc w:val="both"/>
      </w:pPr>
      <w:r>
        <w:rPr>
          <w:rtl/>
        </w:rPr>
        <w:t>ד. ‪48 + 7 = __________‬</w:t>
      </w:r>
    </w:p>
    <w:p>
      <w:pPr>
        <w:bidi/>
        <w:spacing w:before="0" w:after="60"/>
        <w:jc w:val="both"/>
      </w:pPr>
      <w:r>
        <w:rPr>
          <w:rtl/>
        </w:rPr>
        <w:t>ה. ‪5 × 4 = __________‬</w:t>
      </w:r>
    </w:p>
    <w:p>
      <w:pPr>
        <w:bidi/>
        <w:spacing w:before="0" w:after="60"/>
        <w:jc w:val="both"/>
      </w:pPr>
      <w:r>
        <w:rPr>
          <w:rtl/>
        </w:rPr>
        <w:t>ו. ‪20 : 2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[בינוני] כִּתְבוּ &gt; אוֹ &lt; אוֹ =.</w:t>
      </w:r>
    </w:p>
    <w:p>
      <w:pPr>
        <w:bidi/>
        <w:spacing w:before="0" w:after="60"/>
        <w:jc w:val="both"/>
      </w:pPr>
      <w:r>
        <w:rPr>
          <w:rtl/>
        </w:rPr>
        <w:t>א. ‪58 __________ 85‬</w:t>
      </w:r>
    </w:p>
    <w:p>
      <w:pPr>
        <w:bidi/>
        <w:spacing w:before="0" w:after="60"/>
        <w:jc w:val="both"/>
      </w:pPr>
      <w:r>
        <w:rPr>
          <w:rtl/>
        </w:rPr>
        <w:t>ב. ‪30 + 9 __________ 39‬</w:t>
      </w:r>
    </w:p>
    <w:p>
      <w:pPr>
        <w:bidi/>
        <w:spacing w:before="0" w:after="60"/>
        <w:jc w:val="both"/>
      </w:pPr>
      <w:r>
        <w:rPr>
          <w:rtl/>
        </w:rPr>
        <w:t>ג. ‪6 × 5 __________ 25‬</w:t>
      </w:r>
    </w:p>
    <w:p>
      <w:pPr>
        <w:bidi/>
        <w:spacing w:before="0" w:after="60"/>
        <w:jc w:val="both"/>
      </w:pPr>
      <w:r>
        <w:rPr>
          <w:rtl/>
        </w:rPr>
        <w:t>ד. ‪40 : 10 __________ 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[בינוני] הַשְׁלִימוּ.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מִסְפָּר</w:t>
            </w:r>
          </w:p>
        </w:tc>
        <w:tc>
          <w:tcPr>
            <w:tcW w:type="dxa" w:w="2494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+ 8</w:t>
            </w:r>
          </w:p>
        </w:tc>
        <w:tc>
          <w:tcPr>
            <w:tcW w:type="dxa" w:w="2494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- 8</w:t>
            </w:r>
          </w:p>
        </w:tc>
        <w:tc>
          <w:tcPr>
            <w:tcW w:type="dxa" w:w="2494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2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הַתְאִימוּ.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מְשֻׁלָּשׁ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3 צְלָעוֹת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1 מֶטֶר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100 ס"מ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שָׁעָה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100 אֲגוֹרוֹת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1 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60 דַּקּוֹת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מְשֻׁשֶּׁה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6 צְלָעוֹת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נָכוֹן אוֹ לֹא נָכוֹן?</w:t>
      </w:r>
    </w:p>
    <w:p>
      <w:pPr>
        <w:bidi/>
        <w:spacing w:before="0" w:after="60"/>
        <w:jc w:val="both"/>
      </w:pPr>
      <w:r>
        <w:rPr>
          <w:rtl/>
        </w:rPr>
        <w:t>א. ‪47 + 36 = 83‬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‪3 × 10 = 13‬      נכון / לא נכון</w:t>
      </w:r>
    </w:p>
    <w:p>
      <w:pPr>
        <w:bidi/>
        <w:spacing w:before="0" w:after="60"/>
        <w:jc w:val="both"/>
      </w:pPr>
      <w:r>
        <w:rPr>
          <w:rtl/>
        </w:rPr>
        <w:t>ג. עִגּוּל הוּא מְצֻלָּע.      נכון / לא נכון</w:t>
      </w:r>
    </w:p>
    <w:p>
      <w:pPr>
        <w:bidi/>
        <w:spacing w:before="0" w:after="60"/>
        <w:jc w:val="both"/>
      </w:pPr>
      <w:r>
        <w:rPr>
          <w:rtl/>
        </w:rPr>
        <w:t>ד. ‪72 - 9 = 63‬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פִּתְרוּ בִּמְאֻנָּךְ: ‪39 + 46‬   ,   ‪90 - 37‬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[אתגר] לְנוֹעַם 4 שַׂקִּיּוֹת שֶׁל 5 תַּפּוּחִים. הוּא אָכַל 3 תַּפּוּחִים. כַּמָּה תַּפּוּחִים נִשְׁאֲרוּ?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480" w:after="80"/>
        <w:jc w:val="center"/>
      </w:pPr>
      <w:r>
        <w:rPr>
          <w:rFonts w:ascii="Tahoma" w:hAnsi="Tahoma" w:cs="Tahoma"/>
          <w:b/>
          <w:bCs/>
          <w:color w:val="7C3AED"/>
          <w:sz w:val="60"/>
          <w:szCs w:val="60"/>
          <w:rtl/>
        </w:rPr>
        <w:t>כל הכבוד!</w:t>
      </w:r>
    </w:p>
    <w:p>
      <w:pPr>
        <w:bidi/>
        <w:spacing w:before="0" w:after="80"/>
        <w:jc w:val="center"/>
      </w:pPr>
      <w:r>
        <w:rPr>
          <w:sz w:val="32"/>
          <w:szCs w:val="32"/>
          <w:rtl/>
        </w:rPr>
        <w:t>סיימתי את חוברת העבודה במתמטיקה לכיתה ב'.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דַּף גְּזִירָה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200" w:after="40"/>
        <w:jc w:val="both"/>
      </w:pPr>
      <w:r>
        <w:rPr>
          <w:b/>
          <w:bCs/>
          <w:color w:val="7C3AED"/>
          <w:sz w:val="27"/>
          <w:szCs w:val="27"/>
          <w:rtl/>
        </w:rPr>
        <w:t>פרק 1: המספרים עד 100: עשרות ויחידות, ערך הספרה והשוואה</w:t>
      </w: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גִּזְרוּ אֶת הַכַּרְטִיסִים לְאֹרֶךְ הַקַּו הַמְּקֻוְקָו וְהַדְבִּיקוּ בְּעַמּוּד 10, מְשִׂימָה 20.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19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54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91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38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45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83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200" w:after="40"/>
        <w:jc w:val="both"/>
      </w:pPr>
      <w:r>
        <w:rPr>
          <w:b/>
          <w:bCs/>
          <w:color w:val="7C3AED"/>
          <w:sz w:val="27"/>
          <w:szCs w:val="27"/>
          <w:rtl/>
        </w:rPr>
        <w:t>פרק 2: חיבור וחיסור עד 100 בלי מעבר עשרת</w:t>
      </w: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גִּזְרוּ אֶת הַכַּרְטִיסִים לְאֹרֶךְ הַקַּו הַמְּקֻוְקָו וְהַדְבִּיקוּ בְּעַמּוּד 18, מְשִׂימָה 20.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37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59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57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43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77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200" w:after="40"/>
        <w:jc w:val="both"/>
      </w:pPr>
      <w:r>
        <w:rPr>
          <w:b/>
          <w:bCs/>
          <w:color w:val="7C3AED"/>
          <w:sz w:val="27"/>
          <w:szCs w:val="27"/>
          <w:rtl/>
        </w:rPr>
        <w:t>פרק 3: חיבור וחיסור עד 100 עם מעבר עשרת</w:t>
      </w: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גִּזְרוּ אֶת הַכַּרְטִיסִים לְאֹרֶךְ הַקַּו הַמְּקֻוְקָו וְהַדְבִּיקוּ בְּעַמּוּד 25, מְשִׂימָה 20.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‪34 + 12‬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‪38 + 46‬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‪75 − 31‬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‪60 + 25‬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‪52 − 17‬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‪27 + 15‬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200" w:after="40"/>
        <w:jc w:val="both"/>
      </w:pPr>
      <w:r>
        <w:rPr>
          <w:b/>
          <w:bCs/>
          <w:color w:val="7C3AED"/>
          <w:sz w:val="27"/>
          <w:szCs w:val="27"/>
          <w:rtl/>
        </w:rPr>
        <w:t>פרק 4: מבוא לכפל: חיבור חוזר, קבוצות שוות ומערכים – כפל ב־2, 5 ו־10</w:t>
      </w: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גִּזְרוּ אֶת הַכַּרְטִיסִים לְאֹרֶךְ הַקַּו הַמְּקֻוְקָו וְהַדְבִּיקוּ בְּעַמּוּד 34, מְשִׂימָה 20.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‪2 × 5‬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‪4 × 5‬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‪2 × 10‬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‪5 × 2‬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‪3 × 2‬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200" w:after="40"/>
        <w:jc w:val="both"/>
      </w:pPr>
      <w:r>
        <w:rPr>
          <w:b/>
          <w:bCs/>
          <w:color w:val="7C3AED"/>
          <w:sz w:val="27"/>
          <w:szCs w:val="27"/>
          <w:rtl/>
        </w:rPr>
        <w:t>פרק 5: מבוא לחילוק: חלוקה שווה ומדידה (כמה קבוצות?)</w:t>
      </w: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גִּזְרוּ אֶת הַכַּרְטִיסִים לְאֹרֶךְ הַקַּו הַמְּקֻוְקָו וְהַדְבִּיקוּ בְּעַמּוּד 42, מְשִׂימָה 20.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3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2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4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5</w:t>
            </w:r>
          </w:p>
        </w:tc>
      </w:tr>
    </w:tbl>
    <w:p>
      <w:pPr>
        <w:bidi/>
        <w:spacing w:before="0" w:after="120"/>
        <w:jc w:val="both"/>
      </w:pPr>
    </w:p>
    <w:p>
      <w:pPr>
        <w:bidi/>
        <w:spacing w:before="200" w:after="40"/>
        <w:jc w:val="both"/>
      </w:pPr>
      <w:r>
        <w:rPr>
          <w:b/>
          <w:bCs/>
          <w:color w:val="7C3AED"/>
          <w:sz w:val="27"/>
          <w:szCs w:val="27"/>
          <w:rtl/>
        </w:rPr>
        <w:t>פרק 6: מדידות: אורך (ס"מ ומטר), שעון (שעה וחצי שעה) וכסף</w:t>
      </w: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גִּזְרוּ אֶת הַכַּרְטִיסִים לְאֹרֶךְ הַקַּו הַמְּקֻוְקָו וְהַדְבִּיקוּ בְּעַמּוּד 50, מְשִׂימָה 20.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📒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מְחַבֶּרֶת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🏫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מִסְדְּרוֹן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🏊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בְּרֵיכָה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🚌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אוֹטוֹבּוּס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🧽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מַחַק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✏️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עִפָּרוֹן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200" w:after="40"/>
        <w:jc w:val="both"/>
      </w:pPr>
      <w:r>
        <w:rPr>
          <w:b/>
          <w:bCs/>
          <w:color w:val="7C3AED"/>
          <w:sz w:val="27"/>
          <w:szCs w:val="27"/>
          <w:rtl/>
        </w:rPr>
        <w:t>פרק 7: גאומטריה: מצולעים, צלעות וקודקודים, קו ישר וקו עקום</w:t>
      </w: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גִּזְרוּ אֶת הַכַּרְטִיסִים לְאֹרֶךְ הַקַּו הַמְּקֻוְקָו וְהַדְבִּיקוּ בְּעַמּוּד 58, מְשִׂימָה 20.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🟥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רִבּוּעַ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🌙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סַהַר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🔶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מְעֻיָּן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🔵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עִגּוּל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🥚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בֵּיצָה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🔺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מְשֻׁלָּשׁ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44"/>
          <w:szCs w:val="44"/>
          <w:rtl/>
        </w:rPr>
        <w:t>תשובות לחוברת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7C3AED"/>
          <w:sz w:val="30"/>
          <w:szCs w:val="30"/>
          <w:rtl/>
        </w:rPr>
        <w:t>פרק 1: המספרים עד 100: עשרות ויחידות, ערך הספרה והשוואה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סִפְרוּ וְכִתְבוּ אֶת הַמִּסְפָּר.</w:t>
      </w:r>
    </w:p>
    <w:p>
      <w:pPr>
        <w:bidi/>
        <w:spacing w:before="0" w:after="40"/>
        <w:jc w:val="both"/>
      </w:pPr>
      <w:r>
        <w:rPr>
          <w:rtl/>
        </w:rPr>
        <w:t>א. 🔟🔟🔟 ⚫⚫⚫⚫⚫⚫⚫ = 37</w:t>
      </w:r>
    </w:p>
    <w:p>
      <w:pPr>
        <w:bidi/>
        <w:spacing w:before="0" w:after="40"/>
        <w:jc w:val="both"/>
      </w:pPr>
      <w:r>
        <w:rPr>
          <w:rtl/>
        </w:rPr>
        <w:t>ב. 🔟🔟🔟🔟🔟🔟 ⚫⚫ = 62</w:t>
      </w:r>
    </w:p>
    <w:p>
      <w:pPr>
        <w:bidi/>
        <w:spacing w:before="0" w:after="40"/>
        <w:jc w:val="both"/>
      </w:pPr>
      <w:r>
        <w:rPr>
          <w:rtl/>
        </w:rPr>
        <w:t>ג. 🔟🔟🔟🔟🔟🔟🔟🔟🔟 = 90</w:t>
      </w:r>
    </w:p>
    <w:p>
      <w:pPr>
        <w:bidi/>
        <w:spacing w:before="0" w:after="40"/>
        <w:jc w:val="both"/>
      </w:pPr>
      <w:r>
        <w:rPr>
          <w:rtl/>
        </w:rPr>
        <w:t>ד. 🔟🔟🔟🔟🔟🔟🔟 ⚫⚫⚫⚫⚫ = 75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פָּרְקוּ לַעֲשָׂרוֹת וִיחִידוֹת.</w:t>
      </w:r>
    </w:p>
    <w:p>
      <w:pPr>
        <w:bidi/>
        <w:spacing w:before="0" w:after="40"/>
        <w:jc w:val="both"/>
      </w:pPr>
      <w:r>
        <w:rPr>
          <w:rtl/>
        </w:rPr>
        <w:t>א. ‪53 = 50 + 3‬</w:t>
      </w:r>
    </w:p>
    <w:p>
      <w:pPr>
        <w:bidi/>
        <w:spacing w:before="0" w:after="40"/>
        <w:jc w:val="both"/>
      </w:pPr>
      <w:r>
        <w:rPr>
          <w:rtl/>
        </w:rPr>
        <w:t>ב. ‪89 = 80 + 9‬</w:t>
      </w:r>
    </w:p>
    <w:p>
      <w:pPr>
        <w:bidi/>
        <w:spacing w:before="0" w:after="40"/>
        <w:jc w:val="both"/>
      </w:pPr>
      <w:r>
        <w:rPr>
          <w:rtl/>
        </w:rPr>
        <w:t>ג. ‪17 = 10 + 7‬</w:t>
      </w:r>
    </w:p>
    <w:p>
      <w:pPr>
        <w:bidi/>
        <w:spacing w:before="0" w:after="40"/>
        <w:jc w:val="both"/>
      </w:pPr>
      <w:r>
        <w:rPr>
          <w:rtl/>
        </w:rPr>
        <w:t>ד. ‪64 = 60 + 4‬</w:t>
      </w:r>
    </w:p>
    <w:p>
      <w:pPr>
        <w:bidi/>
        <w:spacing w:before="0" w:after="40"/>
        <w:jc w:val="both"/>
      </w:pPr>
      <w:r>
        <w:rPr>
          <w:rtl/>
        </w:rPr>
        <w:t>ה. ‪40 = 40 + 0‬</w:t>
      </w:r>
    </w:p>
    <w:p>
      <w:pPr>
        <w:bidi/>
        <w:spacing w:before="0" w:after="40"/>
        <w:jc w:val="both"/>
      </w:pPr>
      <w:r>
        <w:rPr>
          <w:rtl/>
        </w:rPr>
        <w:t>ו. ‪95 = 90 + 5‬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כִּתְבוּ אֶת הַמִּסְפָּר.</w:t>
      </w:r>
    </w:p>
    <w:p>
      <w:pPr>
        <w:bidi/>
        <w:spacing w:before="0" w:after="40"/>
        <w:jc w:val="both"/>
      </w:pPr>
      <w:r>
        <w:rPr>
          <w:rtl/>
        </w:rPr>
        <w:t>א. ‪20 + 8 = 28‬</w:t>
      </w:r>
    </w:p>
    <w:p>
      <w:pPr>
        <w:bidi/>
        <w:spacing w:before="0" w:after="40"/>
        <w:jc w:val="both"/>
      </w:pPr>
      <w:r>
        <w:rPr>
          <w:rtl/>
        </w:rPr>
        <w:t>ב. ‪70 + 3 = 73‬</w:t>
      </w:r>
    </w:p>
    <w:p>
      <w:pPr>
        <w:bidi/>
        <w:spacing w:before="0" w:after="40"/>
        <w:jc w:val="both"/>
      </w:pPr>
      <w:r>
        <w:rPr>
          <w:rtl/>
        </w:rPr>
        <w:t>ג. ‪50 + 5 = 55‬</w:t>
      </w:r>
    </w:p>
    <w:p>
      <w:pPr>
        <w:bidi/>
        <w:spacing w:before="0" w:after="40"/>
        <w:jc w:val="both"/>
      </w:pPr>
      <w:r>
        <w:rPr>
          <w:rtl/>
        </w:rPr>
        <w:t>ד. ‪10 + 9 = 19‬</w:t>
      </w:r>
    </w:p>
    <w:p>
      <w:pPr>
        <w:bidi/>
        <w:spacing w:before="0" w:after="40"/>
        <w:jc w:val="both"/>
      </w:pPr>
      <w:r>
        <w:rPr>
          <w:rtl/>
        </w:rPr>
        <w:t>ה. ‪80 + 0 = 80‬</w:t>
      </w:r>
    </w:p>
    <w:p>
      <w:pPr>
        <w:bidi/>
        <w:spacing w:before="0" w:after="40"/>
        <w:jc w:val="both"/>
      </w:pPr>
      <w:r>
        <w:rPr>
          <w:rtl/>
        </w:rPr>
        <w:t>ו. ‪60 + 7 = 67‬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כַּמָּה עֲשָׂרוֹת?</w:t>
      </w:r>
    </w:p>
    <w:p>
      <w:pPr>
        <w:bidi/>
        <w:spacing w:before="0" w:after="40"/>
        <w:jc w:val="both"/>
      </w:pPr>
      <w:r>
        <w:rPr>
          <w:rtl/>
        </w:rPr>
        <w:t>א. בַּמִּסְפָּר 48 יֵשׁ 4 עֲשָׂרוֹת.</w:t>
      </w:r>
    </w:p>
    <w:p>
      <w:pPr>
        <w:bidi/>
        <w:spacing w:before="0" w:after="40"/>
        <w:jc w:val="both"/>
      </w:pPr>
      <w:r>
        <w:rPr>
          <w:rtl/>
        </w:rPr>
        <w:t>ב. בַּמִּסְפָּר 91 יֵשׁ 9 עֲשָׂרוֹת.</w:t>
      </w:r>
    </w:p>
    <w:p>
      <w:pPr>
        <w:bidi/>
        <w:spacing w:before="0" w:after="40"/>
        <w:jc w:val="both"/>
      </w:pPr>
      <w:r>
        <w:rPr>
          <w:rtl/>
        </w:rPr>
        <w:t>ג. בַּמִּסְפָּר 30 יֵשׁ 3 עֲשָׂרוֹת.</w:t>
      </w:r>
    </w:p>
    <w:p>
      <w:pPr>
        <w:bidi/>
        <w:spacing w:before="0" w:after="40"/>
        <w:jc w:val="both"/>
      </w:pPr>
      <w:r>
        <w:rPr>
          <w:rtl/>
        </w:rPr>
        <w:t>ד. בַּמִּסְפָּר 100 יֵשׁ 10 עֲשָׂרוֹת.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הַשְׁלִימוּ: קוֹדֵם – מִסְפָּר – עוֹקֵב.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קוֹדֵם</w:t>
            </w:r>
          </w:p>
        </w:tc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מִסְפָּר</w:t>
            </w:r>
          </w:p>
        </w:tc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עוֹקֵב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26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59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61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88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89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42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כִּתְבוּ &gt; אוֹ &lt; אוֹ =.</w:t>
      </w:r>
    </w:p>
    <w:p>
      <w:pPr>
        <w:bidi/>
        <w:spacing w:before="0" w:after="40"/>
        <w:jc w:val="both"/>
      </w:pPr>
      <w:r>
        <w:rPr>
          <w:rtl/>
        </w:rPr>
        <w:t>א. ‪57 &lt; 75‬</w:t>
      </w:r>
    </w:p>
    <w:p>
      <w:pPr>
        <w:bidi/>
        <w:spacing w:before="0" w:after="40"/>
        <w:jc w:val="both"/>
      </w:pPr>
      <w:r>
        <w:rPr>
          <w:rtl/>
        </w:rPr>
        <w:t>ב. ‪40 + 3 = 43‬</w:t>
      </w:r>
    </w:p>
    <w:p>
      <w:pPr>
        <w:bidi/>
        <w:spacing w:before="0" w:after="40"/>
        <w:jc w:val="both"/>
      </w:pPr>
      <w:r>
        <w:rPr>
          <w:rtl/>
        </w:rPr>
        <w:t>ג. ‪88 &gt; 87‬</w:t>
      </w:r>
    </w:p>
    <w:p>
      <w:pPr>
        <w:bidi/>
        <w:spacing w:before="0" w:after="40"/>
        <w:jc w:val="both"/>
      </w:pPr>
      <w:r>
        <w:rPr>
          <w:rtl/>
        </w:rPr>
        <w:t>ד. ‪30 + 9 &lt; 93‬</w:t>
      </w:r>
    </w:p>
    <w:p>
      <w:pPr>
        <w:bidi/>
        <w:spacing w:before="0" w:after="40"/>
        <w:jc w:val="both"/>
      </w:pPr>
      <w:r>
        <w:rPr>
          <w:rtl/>
        </w:rPr>
        <w:t>ה. ‪12 &lt; 21‬</w:t>
      </w:r>
    </w:p>
    <w:p>
      <w:pPr>
        <w:bidi/>
        <w:spacing w:before="0" w:after="40"/>
        <w:jc w:val="both"/>
      </w:pPr>
      <w:r>
        <w:rPr>
          <w:rtl/>
        </w:rPr>
        <w:t>ו. ‪70 &gt; 60 + 9‬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קְפִיצוֹת שֶׁל 10. הַשְׁלִימוּ.</w:t>
      </w:r>
    </w:p>
    <w:p>
      <w:pPr>
        <w:bidi/>
        <w:spacing w:before="0" w:after="40"/>
        <w:jc w:val="both"/>
      </w:pPr>
      <w:r>
        <w:rPr>
          <w:rtl/>
        </w:rPr>
        <w:t>א. 4, 14, 24, 34, 44</w:t>
      </w:r>
    </w:p>
    <w:p>
      <w:pPr>
        <w:bidi/>
        <w:spacing w:before="0" w:after="40"/>
        <w:jc w:val="both"/>
      </w:pPr>
      <w:r>
        <w:rPr>
          <w:rtl/>
        </w:rPr>
        <w:t>ב. 7, 17, 27, 37, 47</w:t>
      </w:r>
    </w:p>
    <w:p>
      <w:pPr>
        <w:bidi/>
        <w:spacing w:before="0" w:after="40"/>
        <w:jc w:val="both"/>
      </w:pPr>
      <w:r>
        <w:rPr>
          <w:rtl/>
        </w:rPr>
        <w:t>ג. 93, 83, 73, 63, 53</w:t>
      </w:r>
    </w:p>
    <w:p>
      <w:pPr>
        <w:bidi/>
        <w:spacing w:before="0" w:after="40"/>
        <w:jc w:val="both"/>
      </w:pPr>
      <w:r>
        <w:rPr>
          <w:rtl/>
        </w:rPr>
        <w:t>ד. 58, 68, 78, 88, 98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הַתְאִימוּ.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6 עֲשָׂרוֹת וְ־3 יְחִידוֹת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36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3 עֲשָׂרוֹת וְ־6 יְחִידוֹת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90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9 עֲשָׂרוֹת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11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9 יְחִידוֹת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63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עֲשֶׂרֶת אַחַת וְ־1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9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נָכוֹן אוֹ לֹא נָכוֹן?</w:t>
      </w:r>
    </w:p>
    <w:p>
      <w:pPr>
        <w:bidi/>
        <w:spacing w:before="0" w:after="40"/>
        <w:jc w:val="both"/>
      </w:pPr>
      <w:r>
        <w:rPr>
          <w:rtl/>
        </w:rPr>
        <w:t>א. 100 הוּא 10 עֲשָׂרוֹת. – נכון</w:t>
      </w:r>
    </w:p>
    <w:p>
      <w:pPr>
        <w:bidi/>
        <w:spacing w:before="0" w:after="40"/>
        <w:jc w:val="both"/>
      </w:pPr>
      <w:r>
        <w:rPr>
          <w:rtl/>
        </w:rPr>
        <w:t>ב. בַּמִּסְפָּר 47 הַסִּפְרָה 4 שָׁוָה 4. – לא נכון – הַסִּפְרָה 4 שָׁוָה 40.</w:t>
      </w:r>
    </w:p>
    <w:p>
      <w:pPr>
        <w:bidi/>
        <w:spacing w:before="0" w:after="40"/>
        <w:jc w:val="both"/>
      </w:pPr>
      <w:r>
        <w:rPr>
          <w:rtl/>
        </w:rPr>
        <w:t>ג. הָעוֹקֵב שֶׁל 69 הוּא 70. – נכון</w:t>
      </w:r>
    </w:p>
    <w:p>
      <w:pPr>
        <w:bidi/>
        <w:spacing w:before="0" w:after="40"/>
        <w:jc w:val="both"/>
      </w:pPr>
      <w:r>
        <w:rPr>
          <w:rtl/>
        </w:rPr>
        <w:t>ד. 80 קָטָן מִ־79. – לא נכון – 80 גָּדוֹל מִ־79.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מָה הַמִּסְפָּר?</w:t>
      </w:r>
    </w:p>
    <w:p>
      <w:pPr>
        <w:bidi/>
        <w:spacing w:before="0" w:after="20"/>
        <w:jc w:val="both"/>
      </w:pPr>
      <w:r>
        <w:rPr>
          <w:rtl/>
        </w:rPr>
        <w:t>א. 5 עֲשָׂרוֹת וְ־8 יְחִידוֹת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58</w:t>
      </w:r>
    </w:p>
    <w:p>
      <w:pPr>
        <w:bidi/>
        <w:spacing w:before="0" w:after="20"/>
        <w:jc w:val="both"/>
      </w:pPr>
      <w:r>
        <w:rPr>
          <w:rtl/>
        </w:rPr>
        <w:t>ב. הַמִּסְפָּר הַגָּדוֹל בְּיוֹתֵר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97</w:t>
      </w:r>
    </w:p>
    <w:p>
      <w:pPr>
        <w:bidi/>
        <w:spacing w:before="0" w:after="20"/>
        <w:jc w:val="both"/>
      </w:pPr>
      <w:r>
        <w:rPr>
          <w:rtl/>
        </w:rPr>
        <w:t>ג. הַמִּסְפָּר הַקּוֹדֵם שֶׁל 50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49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סַדְּרוּ מֵהַגָּדוֹל לַקָּטָן: 38, 83, 33, 80, 8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83, 80, 38, 33, 8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[אתגר] כִּתְבוּ אֶת כָּל הַמִּסְפָּרִים בֵּין 40 לְ־50 שֶׁסִּפְרַת הַיְּחִידוֹת שֶׁלָּהֶם זוּגִית.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42, 44, 46, 48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[אתגר] אֶתְגָּר: מָה הַמִּסְפָּר הַדּוּ־סִפְרָתִי הַגָּדוֹל בְּיוֹתֵר שֶׁאֶפְשָׁר לִכְתֹּב בַּסְּפָרוֹת 3, 7, 5? וּמָה הַקָּטָן בְּיוֹתֵר?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הַגָּדוֹל: 75. הַקָּטָן: 35.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7C3AED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בַּגַּן יֵשׁ 2 שׁוּרוֹת שֶׁל 10 עֲצֵי פְּרִי וְעוֹד 5 עֵצִים. כַּמָּה עֵצִים יֵשׁ בַּגַּן?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2 עֲשָׂרוֹת הֵן 20. ; ‪20 + 5 = 25‬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בַּגַּן 25 עֵצִים.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לְעוֹמֶר 9 חֲבִילוֹת שֶׁל 10 מַדְבֵּקוֹת. כַּמָּה מַדְבֵּקוֹת יֵשׁ לוֹ?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9 עֲשָׂרוֹת הֵן 90.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לְעוֹמֶר 90 מַדְבֵּקוֹת.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אִיתַי קָרָא 63 עַמּוּדִים. אֲרִיאֵל קָרָא 36 עַמּוּדִים. מִי קָרָא יוֹתֵר עַמּוּדִים?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בַּמִּסְפָּר 63 יֵשׁ 6 עֲשָׂרוֹת. ; בַּמִּסְפָּר 36 יֵשׁ 3 עֲשָׂרוֹת. ; ‪63 &gt; 36‬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אִיתַי קָרָא יוֹתֵר, 63 עַמּוּדִים.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בָּאוֹטוֹבּוּס מָקוֹם מִסְפָּר 19 תָּפוּס. יְהוֹנָתָן יָשַׁב בַּמָּקוֹם הָעוֹקֵב. בְּאֵיזֶה מָקוֹם יָשַׁב?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הָעוֹקֵב גָּדוֹל בְּ־1. ; ‪19 + 1 = 20‬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יְהוֹנָתָן יָשַׁב בְּמָקוֹם מִסְפָּר 20.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בַּכִּתָּה 8 קֻפְסָאוֹת שֶׁל 10 גִּירִים. הַמּוֹרֶה הוֹצִיא קֻפְסָה אַחַת שְׁלֵמָה. כַּמָּה גִּירִים נִשְׁאֲרוּ בַּקֻּפְסָאוֹת?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‪8 - 1 = 7‬ קֻפְסָאוֹת. ; 7 עֲשָׂרוֹת הֵן 70.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נִשְׁאֲרוּ 70 גִּירִים.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אֵלִיָּה חוֹשֵׁב עַל מִסְפָּר בֵּין 60 לְ־70. סִפְרַת הַיְּחִידוֹת שֶׁלּוֹ שָׁוָה לְסִפְרַת הָעֲשָׂרוֹת. מָה הַמִּסְפָּר?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כָּל הַמִּסְפָּרִים בֵּין 60 לְ־70 הֵם עִם 6 עֲשָׂרוֹת. ; גַּם סִפְרַת הַיְּחִידוֹת הִיא 6. ; ‪60 + 6 = 66‬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הַמִּסְפָּר הוּא 66.</w:t>
      </w:r>
    </w:p>
    <w:p>
      <w:pPr>
        <w:bidi/>
        <w:spacing w:before="160" w:after="60"/>
        <w:jc w:val="both"/>
      </w:pPr>
      <w:r>
        <w:rPr>
          <w:b/>
          <w:bCs/>
          <w:color w:val="7C3AED"/>
          <w:sz w:val="26"/>
          <w:szCs w:val="26"/>
          <w:rtl/>
        </w:rPr>
        <w:t>20. גִּזְרוּ אֶת כַּרְטִיסֵי הַמִּסְפָּרִים, וְהַדְבִּיקוּ אוֹתָם לְפִי הַסֵּדֶר: מִן הַקָּטָן אֶל הַגָּדוֹל.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19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38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45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54</w:t>
            </w:r>
          </w:p>
        </w:tc>
      </w:tr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83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91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7C3AED"/>
          <w:sz w:val="26"/>
          <w:szCs w:val="26"/>
          <w:rtl/>
        </w:rPr>
        <w:t>21. מִתְחוּ קַו מִכָּל מִסְפָּר אֶל הַפֵּרוּק שֶׁלּוֹ לַעֲשָׂרוֹת וִיחִידוֹת.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1. 47  ←  ג. 4 עֲשָׂרוֹת וְ-7 יְחִידוֹת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2. 74  ←  ד. 7 עֲשָׂרוֹת וְ-4 יְחִידוֹת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3. 60  ←  א. 6 עֲשָׂרוֹת וְ-0 יְחִידוֹת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4. 58  ←  ב. 5 עֲשָׂרוֹת וּ-8 יְחִידוֹת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7C3AED"/>
          <w:sz w:val="30"/>
          <w:szCs w:val="30"/>
          <w:rtl/>
        </w:rPr>
        <w:t>פרק 2: חיבור וחיסור עד 100 בלי מעבר עשרת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חַבְּרוּ וְחַסְּרוּ עֲשָׂרוֹת.</w:t>
      </w:r>
    </w:p>
    <w:p>
      <w:pPr>
        <w:bidi/>
        <w:spacing w:before="0" w:after="40"/>
        <w:jc w:val="both"/>
      </w:pPr>
      <w:r>
        <w:rPr>
          <w:rtl/>
        </w:rPr>
        <w:t>א. ‪30 + 30 = 60‬</w:t>
      </w:r>
    </w:p>
    <w:p>
      <w:pPr>
        <w:bidi/>
        <w:spacing w:before="0" w:after="40"/>
        <w:jc w:val="both"/>
      </w:pPr>
      <w:r>
        <w:rPr>
          <w:rtl/>
        </w:rPr>
        <w:t>ב. ‪60 + 20 = 80‬</w:t>
      </w:r>
    </w:p>
    <w:p>
      <w:pPr>
        <w:bidi/>
        <w:spacing w:before="0" w:after="40"/>
        <w:jc w:val="both"/>
      </w:pPr>
      <w:r>
        <w:rPr>
          <w:rtl/>
        </w:rPr>
        <w:t>ג. ‪10 + 90 = 100‬</w:t>
      </w:r>
    </w:p>
    <w:p>
      <w:pPr>
        <w:bidi/>
        <w:spacing w:before="0" w:after="40"/>
        <w:jc w:val="both"/>
      </w:pPr>
      <w:r>
        <w:rPr>
          <w:rtl/>
        </w:rPr>
        <w:t>ד. ‪80 - 30 = 50‬</w:t>
      </w:r>
    </w:p>
    <w:p>
      <w:pPr>
        <w:bidi/>
        <w:spacing w:before="0" w:after="40"/>
        <w:jc w:val="both"/>
      </w:pPr>
      <w:r>
        <w:rPr>
          <w:rtl/>
        </w:rPr>
        <w:t>ה. ‪70 - 50 = 20‬</w:t>
      </w:r>
    </w:p>
    <w:p>
      <w:pPr>
        <w:bidi/>
        <w:spacing w:before="0" w:after="40"/>
        <w:jc w:val="both"/>
      </w:pPr>
      <w:r>
        <w:rPr>
          <w:rtl/>
        </w:rPr>
        <w:t>ו. ‪40 - 10 = 30‬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סִפְרוּ וּפִתְרוּ.</w:t>
      </w:r>
    </w:p>
    <w:p>
      <w:pPr>
        <w:bidi/>
        <w:spacing w:before="0" w:after="40"/>
        <w:jc w:val="both"/>
      </w:pPr>
      <w:r>
        <w:rPr>
          <w:rtl/>
        </w:rPr>
        <w:t>א. 🍓🍓🍓 + 🍓🍓 = 5</w:t>
      </w:r>
    </w:p>
    <w:p>
      <w:pPr>
        <w:bidi/>
        <w:spacing w:before="0" w:after="40"/>
        <w:jc w:val="both"/>
      </w:pPr>
      <w:r>
        <w:rPr>
          <w:rtl/>
        </w:rPr>
        <w:t>ב. ⭐⭐⭐⭐⭐⭐ - ⭐⭐ = 4</w:t>
      </w:r>
    </w:p>
    <w:p>
      <w:pPr>
        <w:bidi/>
        <w:spacing w:before="0" w:after="40"/>
        <w:jc w:val="both"/>
      </w:pPr>
      <w:r>
        <w:rPr>
          <w:rtl/>
        </w:rPr>
        <w:t>ג. 🎈🎈🎈🎈 + 🎈🎈🎈🎈 = 8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פִּתְרוּ.</w:t>
      </w:r>
    </w:p>
    <w:p>
      <w:pPr>
        <w:bidi/>
        <w:spacing w:before="0" w:after="40"/>
        <w:jc w:val="both"/>
      </w:pPr>
      <w:r>
        <w:rPr>
          <w:rtl/>
        </w:rPr>
        <w:t>א. ‪43 + 4 = 47‬</w:t>
      </w:r>
    </w:p>
    <w:p>
      <w:pPr>
        <w:bidi/>
        <w:spacing w:before="0" w:after="40"/>
        <w:jc w:val="both"/>
      </w:pPr>
      <w:r>
        <w:rPr>
          <w:rtl/>
        </w:rPr>
        <w:t>ב. ‪72 + 6 = 78‬</w:t>
      </w:r>
    </w:p>
    <w:p>
      <w:pPr>
        <w:bidi/>
        <w:spacing w:before="0" w:after="40"/>
        <w:jc w:val="both"/>
      </w:pPr>
      <w:r>
        <w:rPr>
          <w:rtl/>
        </w:rPr>
        <w:t>ג. ‪35 - 2 = 33‬</w:t>
      </w:r>
    </w:p>
    <w:p>
      <w:pPr>
        <w:bidi/>
        <w:spacing w:before="0" w:after="40"/>
        <w:jc w:val="both"/>
      </w:pPr>
      <w:r>
        <w:rPr>
          <w:rtl/>
        </w:rPr>
        <w:t>ד. ‪99 - 7 = 92‬</w:t>
      </w:r>
    </w:p>
    <w:p>
      <w:pPr>
        <w:bidi/>
        <w:spacing w:before="0" w:after="40"/>
        <w:jc w:val="both"/>
      </w:pPr>
      <w:r>
        <w:rPr>
          <w:rtl/>
        </w:rPr>
        <w:t>ה. ‪16 + 3 = 19‬</w:t>
      </w:r>
    </w:p>
    <w:p>
      <w:pPr>
        <w:bidi/>
        <w:spacing w:before="0" w:after="40"/>
        <w:jc w:val="both"/>
      </w:pPr>
      <w:r>
        <w:rPr>
          <w:rtl/>
        </w:rPr>
        <w:t>ו. ‪58 - 5 = 53‬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פִּתְרוּ.</w:t>
      </w:r>
    </w:p>
    <w:p>
      <w:pPr>
        <w:bidi/>
        <w:spacing w:before="0" w:after="40"/>
        <w:jc w:val="both"/>
      </w:pPr>
      <w:r>
        <w:rPr>
          <w:rtl/>
        </w:rPr>
        <w:t>א. ‪52 + 20 = 72‬</w:t>
      </w:r>
    </w:p>
    <w:p>
      <w:pPr>
        <w:bidi/>
        <w:spacing w:before="0" w:after="40"/>
        <w:jc w:val="both"/>
      </w:pPr>
      <w:r>
        <w:rPr>
          <w:rtl/>
        </w:rPr>
        <w:t>ב. ‪34 + 40 = 74‬</w:t>
      </w:r>
    </w:p>
    <w:p>
      <w:pPr>
        <w:bidi/>
        <w:spacing w:before="0" w:after="40"/>
        <w:jc w:val="both"/>
      </w:pPr>
      <w:r>
        <w:rPr>
          <w:rtl/>
        </w:rPr>
        <w:t>ג. ‪87 - 30 = 57‬</w:t>
      </w:r>
    </w:p>
    <w:p>
      <w:pPr>
        <w:bidi/>
        <w:spacing w:before="0" w:after="40"/>
        <w:jc w:val="both"/>
      </w:pPr>
      <w:r>
        <w:rPr>
          <w:rtl/>
        </w:rPr>
        <w:t>ד. ‪65 - 50 = 15‬</w:t>
      </w:r>
    </w:p>
    <w:p>
      <w:pPr>
        <w:bidi/>
        <w:spacing w:before="0" w:after="40"/>
        <w:jc w:val="both"/>
      </w:pPr>
      <w:r>
        <w:rPr>
          <w:rtl/>
        </w:rPr>
        <w:t>ה. ‪19 + 70 = 89‬</w:t>
      </w:r>
    </w:p>
    <w:p>
      <w:pPr>
        <w:bidi/>
        <w:spacing w:before="0" w:after="40"/>
        <w:jc w:val="both"/>
      </w:pPr>
      <w:r>
        <w:rPr>
          <w:rtl/>
        </w:rPr>
        <w:t>ו. ‪48 - 20 = 28‬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פִּתְרוּ.</w:t>
      </w:r>
    </w:p>
    <w:p>
      <w:pPr>
        <w:bidi/>
        <w:spacing w:before="0" w:after="40"/>
        <w:jc w:val="both"/>
      </w:pPr>
      <w:r>
        <w:rPr>
          <w:rtl/>
        </w:rPr>
        <w:t>א. ‪31 + 47 = 78‬</w:t>
      </w:r>
    </w:p>
    <w:p>
      <w:pPr>
        <w:bidi/>
        <w:spacing w:before="0" w:after="40"/>
        <w:jc w:val="both"/>
      </w:pPr>
      <w:r>
        <w:rPr>
          <w:rtl/>
        </w:rPr>
        <w:t>ב. ‪62 + 25 = 87‬</w:t>
      </w:r>
    </w:p>
    <w:p>
      <w:pPr>
        <w:bidi/>
        <w:spacing w:before="0" w:after="40"/>
        <w:jc w:val="both"/>
      </w:pPr>
      <w:r>
        <w:rPr>
          <w:rtl/>
        </w:rPr>
        <w:t>ג. ‪53 + 16 = 69‬</w:t>
      </w:r>
    </w:p>
    <w:p>
      <w:pPr>
        <w:bidi/>
        <w:spacing w:before="0" w:after="40"/>
        <w:jc w:val="both"/>
      </w:pPr>
      <w:r>
        <w:rPr>
          <w:rtl/>
        </w:rPr>
        <w:t>ד. ‪89 - 47 = 42‬</w:t>
      </w:r>
    </w:p>
    <w:p>
      <w:pPr>
        <w:bidi/>
        <w:spacing w:before="0" w:after="40"/>
        <w:jc w:val="both"/>
      </w:pPr>
      <w:r>
        <w:rPr>
          <w:rtl/>
        </w:rPr>
        <w:t>ה. ‪75 - 32 = 43‬</w:t>
      </w:r>
    </w:p>
    <w:p>
      <w:pPr>
        <w:bidi/>
        <w:spacing w:before="0" w:after="40"/>
        <w:jc w:val="both"/>
      </w:pPr>
      <w:r>
        <w:rPr>
          <w:rtl/>
        </w:rPr>
        <w:t>ו. ‪98 - 66 = 32‬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הַשְׁלִימוּ: כָּל מִסְפָּר בַּשּׁוּרָה הוּא סְכוּם שְׁנֵי הַמִּסְפָּרִים.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מִסְפָּר א</w:t>
            </w:r>
          </w:p>
        </w:tc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מִסְפָּר ב</w:t>
            </w:r>
          </w:p>
        </w:tc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סְכוּם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59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63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82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88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מָה חָסֵר?</w:t>
      </w:r>
    </w:p>
    <w:p>
      <w:pPr>
        <w:bidi/>
        <w:spacing w:before="0" w:after="40"/>
        <w:jc w:val="both"/>
      </w:pPr>
      <w:r>
        <w:rPr>
          <w:rtl/>
        </w:rPr>
        <w:t>א. ‪63 + 6 = 69‬</w:t>
      </w:r>
    </w:p>
    <w:p>
      <w:pPr>
        <w:bidi/>
        <w:spacing w:before="0" w:after="40"/>
        <w:jc w:val="both"/>
      </w:pPr>
      <w:r>
        <w:rPr>
          <w:rtl/>
        </w:rPr>
        <w:t>ב. ‪55 + 40 = 95‬</w:t>
      </w:r>
    </w:p>
    <w:p>
      <w:pPr>
        <w:bidi/>
        <w:spacing w:before="0" w:after="40"/>
        <w:jc w:val="both"/>
      </w:pPr>
      <w:r>
        <w:rPr>
          <w:rtl/>
        </w:rPr>
        <w:t>ג. ‪34 + 44 = 78‬</w:t>
      </w:r>
    </w:p>
    <w:p>
      <w:pPr>
        <w:bidi/>
        <w:spacing w:before="0" w:after="40"/>
        <w:jc w:val="both"/>
      </w:pPr>
      <w:r>
        <w:rPr>
          <w:rtl/>
        </w:rPr>
        <w:t>ד. ‪86 - 4 = 82‬</w:t>
      </w:r>
    </w:p>
    <w:p>
      <w:pPr>
        <w:bidi/>
        <w:spacing w:before="0" w:after="40"/>
        <w:jc w:val="both"/>
      </w:pPr>
      <w:r>
        <w:rPr>
          <w:rtl/>
        </w:rPr>
        <w:t>ה. ‪77 - 30 = 47‬</w:t>
      </w:r>
    </w:p>
    <w:p>
      <w:pPr>
        <w:bidi/>
        <w:spacing w:before="0" w:after="40"/>
        <w:jc w:val="both"/>
      </w:pPr>
      <w:r>
        <w:rPr>
          <w:rtl/>
        </w:rPr>
        <w:t>ו. ‪59 - 38 = 21‬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כִּתְבוּ &gt; אוֹ &lt; אוֹ = בְּלִי לִפְתֹּר.</w:t>
      </w:r>
    </w:p>
    <w:p>
      <w:pPr>
        <w:bidi/>
        <w:spacing w:before="0" w:after="40"/>
        <w:jc w:val="both"/>
      </w:pPr>
      <w:r>
        <w:rPr>
          <w:rtl/>
        </w:rPr>
        <w:t>א. ‪34 + 20 &lt; 34 + 30‬</w:t>
      </w:r>
    </w:p>
    <w:p>
      <w:pPr>
        <w:bidi/>
        <w:spacing w:before="0" w:after="40"/>
        <w:jc w:val="both"/>
      </w:pPr>
      <w:r>
        <w:rPr>
          <w:rtl/>
        </w:rPr>
        <w:t>ב. ‪50 - 10 &gt; 50 - 20‬</w:t>
      </w:r>
    </w:p>
    <w:p>
      <w:pPr>
        <w:bidi/>
        <w:spacing w:before="0" w:after="40"/>
        <w:jc w:val="both"/>
      </w:pPr>
      <w:r>
        <w:rPr>
          <w:rtl/>
        </w:rPr>
        <w:t>ג. ‪42 + 5 = 45 + 2‬</w:t>
      </w:r>
    </w:p>
    <w:p>
      <w:pPr>
        <w:bidi/>
        <w:spacing w:before="0" w:after="40"/>
        <w:jc w:val="both"/>
      </w:pPr>
      <w:r>
        <w:rPr>
          <w:rtl/>
        </w:rPr>
        <w:t>ד. ‪70 + 0 = 70 - 0‬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הַתְאִימוּ תַּרְגִּיל לַתּוֹצָאָה.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‪23 + 34‬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‪86 - 41‬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57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‪50 + 49‬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45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‪77 - 77‬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99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‪11 + 22‬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33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נָכוֹן אוֹ לֹא נָכוֹן?</w:t>
      </w:r>
    </w:p>
    <w:p>
      <w:pPr>
        <w:bidi/>
        <w:spacing w:before="0" w:after="40"/>
        <w:jc w:val="both"/>
      </w:pPr>
      <w:r>
        <w:rPr>
          <w:rtl/>
        </w:rPr>
        <w:t>א. ‪45 - 0 = 0‬ – לא נכון – ‪45 - 0 = 45‬</w:t>
      </w:r>
    </w:p>
    <w:p>
      <w:pPr>
        <w:bidi/>
        <w:spacing w:before="0" w:after="40"/>
        <w:jc w:val="both"/>
      </w:pPr>
      <w:r>
        <w:rPr>
          <w:rtl/>
        </w:rPr>
        <w:t>ב. ‪61 + 27 = 88‬ – נכון</w:t>
      </w:r>
    </w:p>
    <w:p>
      <w:pPr>
        <w:bidi/>
        <w:spacing w:before="0" w:after="40"/>
        <w:jc w:val="both"/>
      </w:pPr>
      <w:r>
        <w:rPr>
          <w:rtl/>
        </w:rPr>
        <w:t>ג. ‪73 - 21 = 52‬ – נכון</w:t>
      </w:r>
    </w:p>
    <w:p>
      <w:pPr>
        <w:bidi/>
        <w:spacing w:before="0" w:after="40"/>
        <w:jc w:val="both"/>
      </w:pPr>
      <w:r>
        <w:rPr>
          <w:rtl/>
        </w:rPr>
        <w:t>ד. ‪28 + 51 = 89‬ – לא נכון – ‪28 + 51 = 79‬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פִּתְרוּ בִּמְאֻנָּךְ: ‪53 + 24‬   ,   ‪87 - 35‬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‪53 + 24 = 77‬ ; ‪87 - 35 = 52‬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[אתגר] בִּדְקוּ בְּעֶזְרַת חִבּוּר: הַאִם ‪68 - 43 = 25‬? כִּתְבוּ אֶת תַּרְגִּיל הַבְּדִיקָה.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‪25 + 43 = 68‬, וְלָכֵן נָכוֹן.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[אתגר] אֶתְגָּר: שַׁרְשֶׁרֶת. פִּתְרוּ בְּדֶרֶךְ נוֹחָה.</w:t>
      </w:r>
    </w:p>
    <w:p>
      <w:pPr>
        <w:bidi/>
        <w:spacing w:before="0" w:after="40"/>
        <w:jc w:val="both"/>
      </w:pPr>
      <w:r>
        <w:rPr>
          <w:rtl/>
        </w:rPr>
        <w:t>א. ‪15 + 32 + 5 = 52‬</w:t>
      </w:r>
    </w:p>
    <w:p>
      <w:pPr>
        <w:bidi/>
        <w:spacing w:before="0" w:after="40"/>
        <w:jc w:val="both"/>
      </w:pPr>
      <w:r>
        <w:rPr>
          <w:rtl/>
        </w:rPr>
        <w:t>ב. ‪40 + 23 + 30 = 93‬</w:t>
      </w:r>
    </w:p>
    <w:p>
      <w:pPr>
        <w:bidi/>
        <w:spacing w:before="0" w:after="40"/>
        <w:jc w:val="both"/>
      </w:pPr>
      <w:r>
        <w:rPr>
          <w:rtl/>
        </w:rPr>
        <w:t>ג. ‪99 - 9 - 40 = 50‬</w:t>
      </w:r>
    </w:p>
    <w:p>
      <w:pPr>
        <w:bidi/>
        <w:spacing w:before="0" w:after="40"/>
        <w:jc w:val="both"/>
      </w:pPr>
      <w:r>
        <w:rPr>
          <w:rtl/>
        </w:rPr>
        <w:t>ד. ‪12 + 34 + 21 = 67‬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7C3AED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בַּגִּנָּה 40 פְּרָחִים אֲדֻמִּים וְ־50 פְּרָחִים צְהֻבִּים. כַּמָּה פְּרָחִים יֵשׁ בַּגִּנָּה?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‪40 + 50 = 90‬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בַּגִּנָּה 90 פְּרָחִים.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בַּקֻּפְסָה 37 עוּגִיּוֹת. אָכְלוּ 5 עוּגִיּוֹת. כַּמָּה עוּגִיּוֹת נִשְׁאֲרוּ?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‪37 - 5 = 32‬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נִשְׁאֲרוּ 32 עוּגִיּוֹת.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בְּכִתָּה ב'1 יֵשׁ 32 תַּלְמִידִים, וּבְכִתָּה ב'2 יֵשׁ 31 תַּלְמִידִים. כַּמָּה תַּלְמִידִים בִּשְׁתֵּי הַכִּתּוֹת?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‪30 + 30 = 60‬ ; ‪2 + 1 = 3‬ ; ‪60 + 3 = 63‬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בִּשְׁתֵּי הַכִּתּוֹת 63 תַּלְמִידִים.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לְאוֹרִי 76 ₪. הוּא קָנָה כַּדּוּר בְּ־45 ₪. כַּמָּה כֶּסֶף נִשְׁאַר לוֹ?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‪70 - 40 = 30‬ ; ‪6 - 5 = 1‬ ; ‪30 + 1 = 31‬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נִשְׁאֲרוּ לְאוֹרִי 31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יוֹאָב קָטַף 24 תַּפּוּזִים, וְנוֹעַם קָטַף 12 תַּפּוּזִים פָּחוֹת מִיּוֹאָב. כַּמָּה תַּפּוּזִים קָטְפוּ שְׁנֵיהֶם?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נוֹעַם: ‪24 - 12 = 12‬ ; יַחַד: ‪24 + 12 = 36‬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שְׁנֵיהֶם קָטְפוּ 36 תַּפּוּזִים.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בַּמְּכוֹנִית הָיוּ 50 לִיטְרִים שֶׁל דֶּלֶק. בַּבֹּקֶר הִשְׁתַּמְּשׁוּ בְּ־20 לִיטְרִים, וּבָעֶרֶב בְּ־10 לִיטְרִים. כַּמָּה לִיטְרִים נִשְׁאֲרוּ?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‪50 - 20 = 30‬ ; ‪30 - 10 = 20‬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נִשְׁאֲרוּ 20 לִיטְרִים.</w:t>
      </w:r>
    </w:p>
    <w:p>
      <w:pPr>
        <w:bidi/>
        <w:spacing w:before="160" w:after="60"/>
        <w:jc w:val="both"/>
      </w:pPr>
      <w:r>
        <w:rPr>
          <w:b/>
          <w:bCs/>
          <w:color w:val="7C3AED"/>
          <w:sz w:val="26"/>
          <w:szCs w:val="26"/>
          <w:rtl/>
        </w:rPr>
        <w:t>20. פִּתְרוּ. גִּזְרוּ אֶת כַּרְטִיסֵי הַתְּשׁוּבוֹת, וְהַדְבִּיקוּ כָּל תְּשׁוּבָה לְיַד הַתַּרְגִּיל.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‪23 + 14‬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37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‪45 + 32‬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77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‪68 − 25‬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43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‪99 − 40‬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59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‪51 + 6‬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57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7C3AED"/>
          <w:sz w:val="26"/>
          <w:szCs w:val="26"/>
          <w:rtl/>
        </w:rPr>
        <w:t>21. הַתְאִימוּ תְּמוּנָה לְתַרְגִּיל: כִּתְבוּ בָּרִבּוּעַ אֶת מִסְפַּר הַתְּמוּנָה.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7C3AED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7C3AED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7C3AED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7C3AED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📚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🍎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🎈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🚌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[ 1 ]   בַּסִּפְרִיָּה 30 סְפָרִים. הוֹסִיפוּ עוֹד 20. ‪30 + 20 = 50‬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[ 2 ]   בַּסַּל 45 תַּפּוּחִים. אָכְלוּ 5. ‪45 − 5 = 40‬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[ 4 ]   בְּאוֹטוֹבּוּס 38 נוֹסְעִים. יָרְדוּ 10. ‪38 − 10 = 28‬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[ 3 ]   הָיוּ 26 בָּלוֹנִים, וְנוֹסְפוּ 3. ‪26 + 3 = 29‬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7C3AED"/>
          <w:sz w:val="30"/>
          <w:szCs w:val="30"/>
          <w:rtl/>
        </w:rPr>
        <w:t>פרק 3: חיבור וחיסור עד 100 עם מעבר עשרת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כַּמָּה חָסֵר עַד הָעֶשֶׂר?</w:t>
      </w:r>
    </w:p>
    <w:p>
      <w:pPr>
        <w:bidi/>
        <w:spacing w:before="0" w:after="40"/>
        <w:jc w:val="both"/>
      </w:pPr>
      <w:r>
        <w:rPr>
          <w:rtl/>
        </w:rPr>
        <w:t>א. ‪43 + 7 = 50‬</w:t>
      </w:r>
    </w:p>
    <w:p>
      <w:pPr>
        <w:bidi/>
        <w:spacing w:before="0" w:after="40"/>
        <w:jc w:val="both"/>
      </w:pPr>
      <w:r>
        <w:rPr>
          <w:rtl/>
        </w:rPr>
        <w:t>ב. ‪76 + 4 = 80‬</w:t>
      </w:r>
    </w:p>
    <w:p>
      <w:pPr>
        <w:bidi/>
        <w:spacing w:before="0" w:after="40"/>
        <w:jc w:val="both"/>
      </w:pPr>
      <w:r>
        <w:rPr>
          <w:rtl/>
        </w:rPr>
        <w:t>ג. ‪19 + 1 = 20‬</w:t>
      </w:r>
    </w:p>
    <w:p>
      <w:pPr>
        <w:bidi/>
        <w:spacing w:before="0" w:after="40"/>
        <w:jc w:val="both"/>
      </w:pPr>
      <w:r>
        <w:rPr>
          <w:rtl/>
        </w:rPr>
        <w:t>ד. ‪52 + 8 = 60‬</w:t>
      </w:r>
    </w:p>
    <w:p>
      <w:pPr>
        <w:bidi/>
        <w:spacing w:before="0" w:after="40"/>
        <w:jc w:val="both"/>
      </w:pPr>
      <w:r>
        <w:rPr>
          <w:rtl/>
        </w:rPr>
        <w:t>ה. ‪88 + 2 = 90‬</w:t>
      </w:r>
    </w:p>
    <w:p>
      <w:pPr>
        <w:bidi/>
        <w:spacing w:before="0" w:after="40"/>
        <w:jc w:val="both"/>
      </w:pPr>
      <w:r>
        <w:rPr>
          <w:rtl/>
        </w:rPr>
        <w:t>ו. ‪34 + 6 = 40‬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פִּתְרוּ.</w:t>
      </w:r>
    </w:p>
    <w:p>
      <w:pPr>
        <w:bidi/>
        <w:spacing w:before="0" w:after="40"/>
        <w:jc w:val="both"/>
      </w:pPr>
      <w:r>
        <w:rPr>
          <w:rtl/>
        </w:rPr>
        <w:t>א. ‪17 + 5 = 22‬</w:t>
      </w:r>
    </w:p>
    <w:p>
      <w:pPr>
        <w:bidi/>
        <w:spacing w:before="0" w:after="40"/>
        <w:jc w:val="both"/>
      </w:pPr>
      <w:r>
        <w:rPr>
          <w:rtl/>
        </w:rPr>
        <w:t>ב. ‪29 + 7 = 36‬</w:t>
      </w:r>
    </w:p>
    <w:p>
      <w:pPr>
        <w:bidi/>
        <w:spacing w:before="0" w:after="40"/>
        <w:jc w:val="both"/>
      </w:pPr>
      <w:r>
        <w:rPr>
          <w:rtl/>
        </w:rPr>
        <w:t>ג. ‪46 + 6 = 52‬</w:t>
      </w:r>
    </w:p>
    <w:p>
      <w:pPr>
        <w:bidi/>
        <w:spacing w:before="0" w:after="40"/>
        <w:jc w:val="both"/>
      </w:pPr>
      <w:r>
        <w:rPr>
          <w:rtl/>
        </w:rPr>
        <w:t>ד. ‪58 + 3 = 61‬</w:t>
      </w:r>
    </w:p>
    <w:p>
      <w:pPr>
        <w:bidi/>
        <w:spacing w:before="0" w:after="40"/>
        <w:jc w:val="both"/>
      </w:pPr>
      <w:r>
        <w:rPr>
          <w:rtl/>
        </w:rPr>
        <w:t>ה. ‪75 + 9 = 84‬</w:t>
      </w:r>
    </w:p>
    <w:p>
      <w:pPr>
        <w:bidi/>
        <w:spacing w:before="0" w:after="40"/>
        <w:jc w:val="both"/>
      </w:pPr>
      <w:r>
        <w:rPr>
          <w:rtl/>
        </w:rPr>
        <w:t>ו. ‪64 + 8 = 72‬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פִּתְרוּ.</w:t>
      </w:r>
    </w:p>
    <w:p>
      <w:pPr>
        <w:bidi/>
        <w:spacing w:before="0" w:after="40"/>
        <w:jc w:val="both"/>
      </w:pPr>
      <w:r>
        <w:rPr>
          <w:rtl/>
        </w:rPr>
        <w:t>א. ‪23 - 5 = 18‬</w:t>
      </w:r>
    </w:p>
    <w:p>
      <w:pPr>
        <w:bidi/>
        <w:spacing w:before="0" w:after="40"/>
        <w:jc w:val="both"/>
      </w:pPr>
      <w:r>
        <w:rPr>
          <w:rtl/>
        </w:rPr>
        <w:t>ב. ‪41 - 2 = 39‬</w:t>
      </w:r>
    </w:p>
    <w:p>
      <w:pPr>
        <w:bidi/>
        <w:spacing w:before="0" w:after="40"/>
        <w:jc w:val="both"/>
      </w:pPr>
      <w:r>
        <w:rPr>
          <w:rtl/>
        </w:rPr>
        <w:t>ג. ‪67 - 9 = 58‬</w:t>
      </w:r>
    </w:p>
    <w:p>
      <w:pPr>
        <w:bidi/>
        <w:spacing w:before="0" w:after="40"/>
        <w:jc w:val="both"/>
      </w:pPr>
      <w:r>
        <w:rPr>
          <w:rtl/>
        </w:rPr>
        <w:t>ד. ‪84 - 7 = 77‬</w:t>
      </w:r>
    </w:p>
    <w:p>
      <w:pPr>
        <w:bidi/>
        <w:spacing w:before="0" w:after="40"/>
        <w:jc w:val="both"/>
      </w:pPr>
      <w:r>
        <w:rPr>
          <w:rtl/>
        </w:rPr>
        <w:t>ה. ‪30 - 6 = 24‬</w:t>
      </w:r>
    </w:p>
    <w:p>
      <w:pPr>
        <w:bidi/>
        <w:spacing w:before="0" w:after="40"/>
        <w:jc w:val="both"/>
      </w:pPr>
      <w:r>
        <w:rPr>
          <w:rtl/>
        </w:rPr>
        <w:t>ו. ‪56 - 8 = 48‬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סִפְרוּ וּפִתְרוּ.</w:t>
      </w:r>
    </w:p>
    <w:p>
      <w:pPr>
        <w:bidi/>
        <w:spacing w:before="0" w:after="40"/>
        <w:jc w:val="both"/>
      </w:pPr>
      <w:r>
        <w:rPr>
          <w:rtl/>
        </w:rPr>
        <w:t>א. 🔟🔟 ⚫⚫⚫⚫⚫⚫⚫⚫ + ⚫⚫⚫⚫ = 32</w:t>
      </w:r>
    </w:p>
    <w:p>
      <w:pPr>
        <w:bidi/>
        <w:spacing w:before="0" w:after="40"/>
        <w:jc w:val="both"/>
      </w:pPr>
      <w:r>
        <w:rPr>
          <w:rtl/>
        </w:rPr>
        <w:t>ב. 🔟🔟🔟 ⚫⚫⚫⚫⚫⚫⚫⚫⚫ + ⚫⚫ = 41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פִּתְרוּ.</w:t>
      </w:r>
    </w:p>
    <w:p>
      <w:pPr>
        <w:bidi/>
        <w:spacing w:before="0" w:after="40"/>
        <w:jc w:val="both"/>
      </w:pPr>
      <w:r>
        <w:rPr>
          <w:rtl/>
        </w:rPr>
        <w:t>א. ‪38 + 24 = 62‬</w:t>
      </w:r>
    </w:p>
    <w:p>
      <w:pPr>
        <w:bidi/>
        <w:spacing w:before="0" w:after="40"/>
        <w:jc w:val="both"/>
      </w:pPr>
      <w:r>
        <w:rPr>
          <w:rtl/>
        </w:rPr>
        <w:t>ב. ‪15 + 66 = 81‬</w:t>
      </w:r>
    </w:p>
    <w:p>
      <w:pPr>
        <w:bidi/>
        <w:spacing w:before="0" w:after="40"/>
        <w:jc w:val="both"/>
      </w:pPr>
      <w:r>
        <w:rPr>
          <w:rtl/>
        </w:rPr>
        <w:t>ג. ‪47 + 47 = 94‬</w:t>
      </w:r>
    </w:p>
    <w:p>
      <w:pPr>
        <w:bidi/>
        <w:spacing w:before="0" w:after="40"/>
        <w:jc w:val="both"/>
      </w:pPr>
      <w:r>
        <w:rPr>
          <w:rtl/>
        </w:rPr>
        <w:t>ד. ‪29 + 39 = 68‬</w:t>
      </w:r>
    </w:p>
    <w:p>
      <w:pPr>
        <w:bidi/>
        <w:spacing w:before="0" w:after="40"/>
        <w:jc w:val="both"/>
      </w:pPr>
      <w:r>
        <w:rPr>
          <w:rtl/>
        </w:rPr>
        <w:t>ה. ‪56 + 18 = 74‬</w:t>
      </w:r>
    </w:p>
    <w:p>
      <w:pPr>
        <w:bidi/>
        <w:spacing w:before="0" w:after="40"/>
        <w:jc w:val="both"/>
      </w:pPr>
      <w:r>
        <w:rPr>
          <w:rtl/>
        </w:rPr>
        <w:t>ו. ‪33 + 59 = 92‬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פִּתְרוּ.</w:t>
      </w:r>
    </w:p>
    <w:p>
      <w:pPr>
        <w:bidi/>
        <w:spacing w:before="0" w:after="40"/>
        <w:jc w:val="both"/>
      </w:pPr>
      <w:r>
        <w:rPr>
          <w:rtl/>
        </w:rPr>
        <w:t>א. ‪60 - 35 = 25‬</w:t>
      </w:r>
    </w:p>
    <w:p>
      <w:pPr>
        <w:bidi/>
        <w:spacing w:before="0" w:after="40"/>
        <w:jc w:val="both"/>
      </w:pPr>
      <w:r>
        <w:rPr>
          <w:rtl/>
        </w:rPr>
        <w:t>ב. ‪73 - 46 = 27‬</w:t>
      </w:r>
    </w:p>
    <w:p>
      <w:pPr>
        <w:bidi/>
        <w:spacing w:before="0" w:after="40"/>
        <w:jc w:val="both"/>
      </w:pPr>
      <w:r>
        <w:rPr>
          <w:rtl/>
        </w:rPr>
        <w:t>ג. ‪92 - 18 = 74‬</w:t>
      </w:r>
    </w:p>
    <w:p>
      <w:pPr>
        <w:bidi/>
        <w:spacing w:before="0" w:after="40"/>
        <w:jc w:val="both"/>
      </w:pPr>
      <w:r>
        <w:rPr>
          <w:rtl/>
        </w:rPr>
        <w:t>ד. ‪54 - 27 = 27‬</w:t>
      </w:r>
    </w:p>
    <w:p>
      <w:pPr>
        <w:bidi/>
        <w:spacing w:before="0" w:after="40"/>
        <w:jc w:val="both"/>
      </w:pPr>
      <w:r>
        <w:rPr>
          <w:rtl/>
        </w:rPr>
        <w:t>ה. ‪81 - 63 = 18‬</w:t>
      </w:r>
    </w:p>
    <w:p>
      <w:pPr>
        <w:bidi/>
        <w:spacing w:before="0" w:after="40"/>
        <w:jc w:val="both"/>
      </w:pPr>
      <w:r>
        <w:rPr>
          <w:rtl/>
        </w:rPr>
        <w:t>ו. ‪45 - 16 = 29‬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מִסְפָּר</w:t>
            </w:r>
          </w:p>
        </w:tc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+ 9</w:t>
            </w:r>
          </w:p>
        </w:tc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- 9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25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57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48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73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17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מָה חָסֵר?</w:t>
      </w:r>
    </w:p>
    <w:p>
      <w:pPr>
        <w:bidi/>
        <w:spacing w:before="0" w:after="40"/>
        <w:jc w:val="both"/>
      </w:pPr>
      <w:r>
        <w:rPr>
          <w:rtl/>
        </w:rPr>
        <w:t>א. ‪27 + 8 = 35‬</w:t>
      </w:r>
    </w:p>
    <w:p>
      <w:pPr>
        <w:bidi/>
        <w:spacing w:before="0" w:after="40"/>
        <w:jc w:val="both"/>
      </w:pPr>
      <w:r>
        <w:rPr>
          <w:rtl/>
        </w:rPr>
        <w:t>ב. ‪46 + 8 = 54‬</w:t>
      </w:r>
    </w:p>
    <w:p>
      <w:pPr>
        <w:bidi/>
        <w:spacing w:before="0" w:after="40"/>
        <w:jc w:val="both"/>
      </w:pPr>
      <w:r>
        <w:rPr>
          <w:rtl/>
        </w:rPr>
        <w:t>ג. ‪66 + 15 = 81‬</w:t>
      </w:r>
    </w:p>
    <w:p>
      <w:pPr>
        <w:bidi/>
        <w:spacing w:before="0" w:after="40"/>
        <w:jc w:val="both"/>
      </w:pPr>
      <w:r>
        <w:rPr>
          <w:rtl/>
        </w:rPr>
        <w:t>ד. ‪42 - 5 = 37‬</w:t>
      </w:r>
    </w:p>
    <w:p>
      <w:pPr>
        <w:bidi/>
        <w:spacing w:before="0" w:after="40"/>
        <w:jc w:val="both"/>
      </w:pPr>
      <w:r>
        <w:rPr>
          <w:rtl/>
        </w:rPr>
        <w:t>ה. ‪72 - 9 = 63‬</w:t>
      </w:r>
    </w:p>
    <w:p>
      <w:pPr>
        <w:bidi/>
        <w:spacing w:before="0" w:after="40"/>
        <w:jc w:val="both"/>
      </w:pPr>
      <w:r>
        <w:rPr>
          <w:rtl/>
        </w:rPr>
        <w:t>ו. ‪70 - 18 = 52‬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הַתְאִימוּ תַּרְגִּיל לַתּוֹצָאָה.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‪37 + 25‬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73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‪90 - 17‬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38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‪48 + 36‬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62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‪61 - 29‬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84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‪19 + 19‬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32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נָכוֹן אוֹ לֹא נָכוֹן?</w:t>
      </w:r>
    </w:p>
    <w:p>
      <w:pPr>
        <w:bidi/>
        <w:spacing w:before="0" w:after="40"/>
        <w:jc w:val="both"/>
      </w:pPr>
      <w:r>
        <w:rPr>
          <w:rtl/>
        </w:rPr>
        <w:t>א. ‪29 + 9 = 38‬ – נכון</w:t>
      </w:r>
    </w:p>
    <w:p>
      <w:pPr>
        <w:bidi/>
        <w:spacing w:before="0" w:after="40"/>
        <w:jc w:val="both"/>
      </w:pPr>
      <w:r>
        <w:rPr>
          <w:rtl/>
        </w:rPr>
        <w:t>ב. ‪53 - 6 = 57‬ – לא נכון – ‪53 - 6 = 47‬</w:t>
      </w:r>
    </w:p>
    <w:p>
      <w:pPr>
        <w:bidi/>
        <w:spacing w:before="0" w:after="40"/>
        <w:jc w:val="both"/>
      </w:pPr>
      <w:r>
        <w:rPr>
          <w:rtl/>
        </w:rPr>
        <w:t>ג. ‪44 + 37 = 71‬ – לא נכון – ‪44 + 37 = 81‬</w:t>
      </w:r>
    </w:p>
    <w:p>
      <w:pPr>
        <w:bidi/>
        <w:spacing w:before="0" w:after="40"/>
        <w:jc w:val="both"/>
      </w:pPr>
      <w:r>
        <w:rPr>
          <w:rtl/>
        </w:rPr>
        <w:t>ד. ‪100 - 45 = 55‬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פִּתְרוּ בִּמְאֻנָּךְ: ‪58 + 27‬   ,   ‪71 - 36‬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‪58 + 27 = 85‬ ; ‪71 - 36 = 35‬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[אתגר] הַסְבִּירוּ אֵיךְ פּוֹתְרִים ‪39 + 25‬ בְּדֶרֶךְ קַלָּה.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לְמָשָׁל: ‪39 + 1 = 40‬, וְ־40 + ‪24 = 64‬. הַתְּשׁוּבָה 64.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[אתגר] אֶתְגָּר: שַׁרְשֶׁרֶת.</w:t>
      </w:r>
    </w:p>
    <w:p>
      <w:pPr>
        <w:bidi/>
        <w:spacing w:before="0" w:after="40"/>
        <w:jc w:val="both"/>
      </w:pPr>
      <w:r>
        <w:rPr>
          <w:rtl/>
        </w:rPr>
        <w:t>א. ‪26 + 15 + 9 = 50‬</w:t>
      </w:r>
    </w:p>
    <w:p>
      <w:pPr>
        <w:bidi/>
        <w:spacing w:before="0" w:after="40"/>
        <w:jc w:val="both"/>
      </w:pPr>
      <w:r>
        <w:rPr>
          <w:rtl/>
        </w:rPr>
        <w:t>ב. ‪50 - 18 - 7 = 25‬</w:t>
      </w:r>
    </w:p>
    <w:p>
      <w:pPr>
        <w:bidi/>
        <w:spacing w:before="0" w:after="40"/>
        <w:jc w:val="both"/>
      </w:pPr>
      <w:r>
        <w:rPr>
          <w:rtl/>
        </w:rPr>
        <w:t>ג. ‪38 + 27 - 15 = 50‬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7C3AED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לְיוֹאָב 36 מַדְבֵּקוֹת. הוּא קִבֵּל עוֹד 7 מַדְבֵּקוֹת. כַּמָּה מַדְבֵּקוֹת יֵשׁ לוֹ?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‪36 + 4 = 40‬ ; ‪40 + 3 = 43‬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לְיוֹאָב 43 מַדְבֵּקוֹת.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בַּבְּרֵכָה 52 דָּגִים. הֶעֱבִירוּ 8 דָּגִים לְאַקְוַרְיוּם. כַּמָּה דָּגִים נִשְׁאֲרוּ בַּבְּרֵכָה?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‪52 - 2 = 50‬ ; ‪50 - 6 = 44‬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נִשְׁאֲרוּ 44 דָּגִים.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בַּטִּיּוּל הָלְכוּ 45 תַּלְמִידִים מִכִּתָּה ב' וְ־38 תַּלְמִידִים מִכִּתָּה ג'. כַּמָּה תַּלְמִידִים הָלְכוּ לַטִּיּוּל?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‪40 + 30 = 70‬ ; ‪5 + 8 = 13‬ ; ‪70 + 13 = 83‬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83 תַּלְמִידִים הָלְכוּ לַטִּיּוּל.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בַּמַּאֲפִיָּה אָפוּ 64 לַחְמָנִיּוֹת. עַד הַצָּהֳרַיִם מָכְרוּ 37. כַּמָּה לַחְמָנִיּוֹת נִשְׁאֲרוּ?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‪64 - 30 = 34‬ ; ‪34 - 7 = 27‬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נִשְׁאֲרוּ 27 לַחְמָנִיּוֹת.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בַּקִּבּוּץ קָטְפוּ 27 אַרְגָּזִים בַּבֹּקֶר וְ־18 אַרְגָּזִים אַחֲרֵי הַצָּהֳרַיִם. 9 אַרְגָּזִים נִשְׁלְחוּ לַשּׁוּק. כַּמָּה אַרְגָּזִים נִשְׁאֲרוּ?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‪27 + 18 = 45‬ ; ‪45 - 9 = 36‬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נִשְׁאֲרוּ 36 אַרְגָּזִים.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לְמִיכַל 54 חֲרוּזִים. לְתָמָר 17 חֲרוּזִים פָּחוֹת מִמִּיכַל. כַּמָּה חֲרוּזִים יֵשׁ לְתָמָר? כַּמָּה יֵשׁ לִשְׁתֵּיהֶן יַחַד?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תָּמָר: ‪54 - 17 = 37‬ ; יַחַד: ‪54 + 37 = 91‬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לְתָמָר 37 חֲרוּזִים, וְלִשְׁתֵּיהֶן יַחַד 91 חֲרוּזִים.</w:t>
      </w:r>
    </w:p>
    <w:p>
      <w:pPr>
        <w:bidi/>
        <w:spacing w:before="160" w:after="60"/>
        <w:jc w:val="both"/>
      </w:pPr>
      <w:r>
        <w:rPr>
          <w:b/>
          <w:bCs/>
          <w:color w:val="7C3AED"/>
          <w:sz w:val="26"/>
          <w:szCs w:val="26"/>
          <w:rtl/>
        </w:rPr>
        <w:t>20. גִּזְרוּ אֶת כַּרְטִיסֵי הַתַּרְגִּילִים, וְהַדְבִּיקוּ כָּל תַּרְגִּיל בָּעַמּוּדָה הַמַּתְאִימָה.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יֵשׁ מַעֲבַר עֲשֶׂרֶת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אֵין מַעֲבַר עֲשֶׂרֶת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‪27 + 15‬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‪38 + 46‬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‪34 + 12‬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‪75 − 31‬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‪52 − 17‬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‪60 + 25‬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7C3AED"/>
          <w:sz w:val="26"/>
          <w:szCs w:val="26"/>
          <w:rtl/>
        </w:rPr>
        <w:t>21. קִרְאוּ אֶת בֵּאוּרֵי הַמִּלִּים.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בֵּאוּרֵי מִלִּים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מַעֲבַר עֲשֶׂרֶת – </w:t>
            </w:r>
            <w:r>
              <w:rPr>
                <w:sz w:val="24"/>
                <w:szCs w:val="24"/>
                <w:rtl/>
              </w:rPr>
              <w:t>כְּשֶׁיֵּשׁ יוֹתֵר מִ-9 יְחִידוֹת, מַעֲבִירִים עֲשֶׂרֶת אַחַת לְעַמּוּדַת הָעֲשָׂרוֹת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פְּרִיטָה – </w:t>
            </w:r>
            <w:r>
              <w:rPr>
                <w:sz w:val="24"/>
                <w:szCs w:val="24"/>
                <w:rtl/>
              </w:rPr>
              <w:t>מְפָרְקִים עֲשֶׂרֶת אַחַת לְ-10 יְחִידוֹת כְּדֵי לַחֲסַר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עֲשָׂרוֹת – </w:t>
            </w:r>
            <w:r>
              <w:rPr>
                <w:sz w:val="24"/>
                <w:szCs w:val="24"/>
                <w:rtl/>
              </w:rPr>
              <w:t>הַסִּפְרָה הַשְּׂמָאלִית בְּמִסְפָּר דּוּ-סִפְרָתִי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יְחִידוֹת – </w:t>
            </w:r>
            <w:r>
              <w:rPr>
                <w:sz w:val="24"/>
                <w:szCs w:val="24"/>
                <w:rtl/>
              </w:rPr>
              <w:t>הַסִּפְרָה הַיְּמָנִית בְּמִסְפָּר דּוּ-סִפְרָתִי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rPr>
          <w:color w:val="0F7A4F"/>
          <w:sz w:val="24"/>
          <w:szCs w:val="24"/>
          <w:rtl/>
        </w:rPr>
        <w:t>כִּתְבוּ תַּרְגִּיל חִבּוּר אֶחָד עִם מַעֲבַר עֲשֶׂרֶת, וּפִתְרוּ אוֹתוֹ. תשובה אישית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7C3AED"/>
          <w:sz w:val="30"/>
          <w:szCs w:val="30"/>
          <w:rtl/>
        </w:rPr>
        <w:t>פרק 4: מבוא לכפל: חיבור חוזר, קבוצות שוות ומערכים – כפל ב־2, 5 ו־10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סִפְרוּ אֶת הַקְּבוּצוֹת. כַּמָּה בְּסַךְ הַכֹּל?</w:t>
      </w:r>
    </w:p>
    <w:p>
      <w:pPr>
        <w:bidi/>
        <w:spacing w:before="0" w:after="40"/>
        <w:jc w:val="both"/>
      </w:pPr>
      <w:r>
        <w:rPr>
          <w:rtl/>
        </w:rPr>
        <w:t>א. 🍐🍐 🍐🍐 🍐🍐 🍐🍐 🍐🍐 = 10</w:t>
      </w:r>
    </w:p>
    <w:p>
      <w:pPr>
        <w:bidi/>
        <w:spacing w:before="0" w:after="40"/>
        <w:jc w:val="both"/>
      </w:pPr>
      <w:r>
        <w:rPr>
          <w:rtl/>
        </w:rPr>
        <w:t>ב. 🚗🚗🚗🚗🚗 🚗🚗🚗🚗🚗 🚗🚗🚗🚗🚗 = 15</w:t>
      </w:r>
    </w:p>
    <w:p>
      <w:pPr>
        <w:bidi/>
        <w:spacing w:before="0" w:after="40"/>
        <w:jc w:val="both"/>
      </w:pPr>
      <w:r>
        <w:rPr>
          <w:rtl/>
        </w:rPr>
        <w:t>ג. ⚽⚽ ⚽⚽ = 4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כִּתְבוּ חִבּוּר חוֹזֵר וּפִתְרוּ.</w:t>
      </w:r>
    </w:p>
    <w:p>
      <w:pPr>
        <w:bidi/>
        <w:spacing w:before="0" w:after="40"/>
        <w:jc w:val="both"/>
      </w:pPr>
      <w:r>
        <w:rPr>
          <w:rtl/>
        </w:rPr>
        <w:t>א. ‪2 + 2 + 2 + 2 = 8‬</w:t>
      </w:r>
    </w:p>
    <w:p>
      <w:pPr>
        <w:bidi/>
        <w:spacing w:before="0" w:after="40"/>
        <w:jc w:val="both"/>
      </w:pPr>
      <w:r>
        <w:rPr>
          <w:rtl/>
        </w:rPr>
        <w:t>ב. ‪5 + 5 + 5 = 15‬</w:t>
      </w:r>
    </w:p>
    <w:p>
      <w:pPr>
        <w:bidi/>
        <w:spacing w:before="0" w:after="40"/>
        <w:jc w:val="both"/>
      </w:pPr>
      <w:r>
        <w:rPr>
          <w:rtl/>
        </w:rPr>
        <w:t>ג. ‪10 + 10 + 10 + 10 = 40‬</w:t>
      </w:r>
    </w:p>
    <w:p>
      <w:pPr>
        <w:bidi/>
        <w:spacing w:before="0" w:after="40"/>
        <w:jc w:val="both"/>
      </w:pPr>
      <w:r>
        <w:rPr>
          <w:rtl/>
        </w:rPr>
        <w:t>ד. ‪2 + 2 + 2 + 2 + 2 + 2 = 12‬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כִּתְבוּ כְּתַרְגִּיל כֶּפֶל. כַּמָּה פְּעָמִים?</w:t>
      </w:r>
    </w:p>
    <w:p>
      <w:pPr>
        <w:bidi/>
        <w:spacing w:before="0" w:after="40"/>
        <w:jc w:val="both"/>
      </w:pPr>
      <w:r>
        <w:rPr>
          <w:rtl/>
        </w:rPr>
        <w:t>א. ‪5 + 5 = 2 × 5‬</w:t>
      </w:r>
    </w:p>
    <w:p>
      <w:pPr>
        <w:bidi/>
        <w:spacing w:before="0" w:after="40"/>
        <w:jc w:val="both"/>
      </w:pPr>
      <w:r>
        <w:rPr>
          <w:rtl/>
        </w:rPr>
        <w:t>ב. ‪2 + 2 + 2 + 2 + 2 + 2 + 2 = 7 × 2‬</w:t>
      </w:r>
    </w:p>
    <w:p>
      <w:pPr>
        <w:bidi/>
        <w:spacing w:before="0" w:after="40"/>
        <w:jc w:val="both"/>
      </w:pPr>
      <w:r>
        <w:rPr>
          <w:rtl/>
        </w:rPr>
        <w:t>ג. ‪10 + 10 + 10 = 3 × 10‬</w:t>
      </w:r>
    </w:p>
    <w:p>
      <w:pPr>
        <w:bidi/>
        <w:spacing w:before="0" w:after="40"/>
        <w:jc w:val="both"/>
      </w:pPr>
      <w:r>
        <w:rPr>
          <w:rtl/>
        </w:rPr>
        <w:t>ד. ‪5 + 5 + 5 + 5 + 5 = 5 × 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קְפִיצוֹת לְאָחוֹר. הַשְׁלִימוּ.</w:t>
      </w:r>
    </w:p>
    <w:p>
      <w:pPr>
        <w:bidi/>
        <w:spacing w:before="0" w:after="40"/>
        <w:jc w:val="both"/>
      </w:pPr>
      <w:r>
        <w:rPr>
          <w:rtl/>
        </w:rPr>
        <w:t>א. 20, 18, 16, 14, 12</w:t>
      </w:r>
    </w:p>
    <w:p>
      <w:pPr>
        <w:bidi/>
        <w:spacing w:before="0" w:after="40"/>
        <w:jc w:val="both"/>
      </w:pPr>
      <w:r>
        <w:rPr>
          <w:rtl/>
        </w:rPr>
        <w:t>ב. 50, 45, 40, 35, 30</w:t>
      </w:r>
    </w:p>
    <w:p>
      <w:pPr>
        <w:bidi/>
        <w:spacing w:before="0" w:after="40"/>
        <w:jc w:val="both"/>
      </w:pPr>
      <w:r>
        <w:rPr>
          <w:rtl/>
        </w:rPr>
        <w:t>ג. 100, 90, 80, 70, 60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פִּתְרוּ.</w:t>
      </w:r>
    </w:p>
    <w:p>
      <w:pPr>
        <w:bidi/>
        <w:spacing w:before="0" w:after="40"/>
        <w:jc w:val="both"/>
      </w:pPr>
      <w:r>
        <w:rPr>
          <w:rtl/>
        </w:rPr>
        <w:t>א. ‪1 × 2 = 2‬</w:t>
      </w:r>
    </w:p>
    <w:p>
      <w:pPr>
        <w:bidi/>
        <w:spacing w:before="0" w:after="40"/>
        <w:jc w:val="both"/>
      </w:pPr>
      <w:r>
        <w:rPr>
          <w:rtl/>
        </w:rPr>
        <w:t>ב. ‪6 × 2 = 12‬</w:t>
      </w:r>
    </w:p>
    <w:p>
      <w:pPr>
        <w:bidi/>
        <w:spacing w:before="0" w:after="40"/>
        <w:jc w:val="both"/>
      </w:pPr>
      <w:r>
        <w:rPr>
          <w:rtl/>
        </w:rPr>
        <w:t>ג. ‪2 × 10 = 20‬</w:t>
      </w:r>
    </w:p>
    <w:p>
      <w:pPr>
        <w:bidi/>
        <w:spacing w:before="0" w:after="40"/>
        <w:jc w:val="both"/>
      </w:pPr>
      <w:r>
        <w:rPr>
          <w:rtl/>
        </w:rPr>
        <w:t>ד. ‪5 × 5 = 25‬</w:t>
      </w:r>
    </w:p>
    <w:p>
      <w:pPr>
        <w:bidi/>
        <w:spacing w:before="0" w:after="40"/>
        <w:jc w:val="both"/>
      </w:pPr>
      <w:r>
        <w:rPr>
          <w:rtl/>
        </w:rPr>
        <w:t>ה. ‪4 × 10 = 40‬</w:t>
      </w:r>
    </w:p>
    <w:p>
      <w:pPr>
        <w:bidi/>
        <w:spacing w:before="0" w:after="40"/>
        <w:jc w:val="both"/>
      </w:pPr>
      <w:r>
        <w:rPr>
          <w:rtl/>
        </w:rPr>
        <w:t>ו. ‪8 × 2 = 16‬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פִּתְרוּ.</w:t>
      </w:r>
    </w:p>
    <w:p>
      <w:pPr>
        <w:bidi/>
        <w:spacing w:before="0" w:after="40"/>
        <w:jc w:val="both"/>
      </w:pPr>
      <w:r>
        <w:rPr>
          <w:rtl/>
        </w:rPr>
        <w:t>א. ‪7 × 5 = 35‬</w:t>
      </w:r>
    </w:p>
    <w:p>
      <w:pPr>
        <w:bidi/>
        <w:spacing w:before="0" w:after="40"/>
        <w:jc w:val="both"/>
      </w:pPr>
      <w:r>
        <w:rPr>
          <w:rtl/>
        </w:rPr>
        <w:t>ב. ‪9 × 2 = 18‬</w:t>
      </w:r>
    </w:p>
    <w:p>
      <w:pPr>
        <w:bidi/>
        <w:spacing w:before="0" w:after="40"/>
        <w:jc w:val="both"/>
      </w:pPr>
      <w:r>
        <w:rPr>
          <w:rtl/>
        </w:rPr>
        <w:t>ג. ‪7 × 10 = 70‬</w:t>
      </w:r>
    </w:p>
    <w:p>
      <w:pPr>
        <w:bidi/>
        <w:spacing w:before="0" w:after="40"/>
        <w:jc w:val="both"/>
      </w:pPr>
      <w:r>
        <w:rPr>
          <w:rtl/>
        </w:rPr>
        <w:t>ד. ‪8 × 5 = 40‬</w:t>
      </w:r>
    </w:p>
    <w:p>
      <w:pPr>
        <w:bidi/>
        <w:spacing w:before="0" w:after="40"/>
        <w:jc w:val="both"/>
      </w:pPr>
      <w:r>
        <w:rPr>
          <w:rtl/>
        </w:rPr>
        <w:t>ה. ‪10 × 2 = 20‬</w:t>
      </w:r>
    </w:p>
    <w:p>
      <w:pPr>
        <w:bidi/>
        <w:spacing w:before="0" w:after="40"/>
        <w:jc w:val="both"/>
      </w:pPr>
      <w:r>
        <w:rPr>
          <w:rtl/>
        </w:rPr>
        <w:t>ו. ‪9 × 10 = 90‬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הַשְׁלִימוּ אֶת טַבְלַת הַכֶּפֶל.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</w:t>
            </w:r>
          </w:p>
        </w:tc>
        <w:tc>
          <w:tcPr>
            <w:tcW w:type="dxa" w:w="2494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2</w:t>
            </w:r>
          </w:p>
        </w:tc>
        <w:tc>
          <w:tcPr>
            <w:tcW w:type="dxa" w:w="2494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5</w:t>
            </w:r>
          </w:p>
        </w:tc>
        <w:tc>
          <w:tcPr>
            <w:tcW w:type="dxa" w:w="2494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10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מָה חָסֵר?</w:t>
      </w:r>
    </w:p>
    <w:p>
      <w:pPr>
        <w:bidi/>
        <w:spacing w:before="0" w:after="40"/>
        <w:jc w:val="both"/>
      </w:pPr>
      <w:r>
        <w:rPr>
          <w:rtl/>
        </w:rPr>
        <w:t>א. ‪4 × 5 = 20‬</w:t>
      </w:r>
    </w:p>
    <w:p>
      <w:pPr>
        <w:bidi/>
        <w:spacing w:before="0" w:after="40"/>
        <w:jc w:val="both"/>
      </w:pPr>
      <w:r>
        <w:rPr>
          <w:rtl/>
        </w:rPr>
        <w:t>ב. ‪6 × 2 = 12‬</w:t>
      </w:r>
    </w:p>
    <w:p>
      <w:pPr>
        <w:bidi/>
        <w:spacing w:before="0" w:after="40"/>
        <w:jc w:val="both"/>
      </w:pPr>
      <w:r>
        <w:rPr>
          <w:rtl/>
        </w:rPr>
        <w:t>ג. ‪3 × 10 = 30‬</w:t>
      </w:r>
    </w:p>
    <w:p>
      <w:pPr>
        <w:bidi/>
        <w:spacing w:before="0" w:after="40"/>
        <w:jc w:val="both"/>
      </w:pPr>
      <w:r>
        <w:rPr>
          <w:rtl/>
        </w:rPr>
        <w:t>ד. ‪10 × 5 = 50‬</w:t>
      </w:r>
    </w:p>
    <w:p>
      <w:pPr>
        <w:bidi/>
        <w:spacing w:before="0" w:after="40"/>
        <w:jc w:val="both"/>
      </w:pPr>
      <w:r>
        <w:rPr>
          <w:rtl/>
        </w:rPr>
        <w:t>ה. ‪5 × 2 = 10‬</w:t>
      </w:r>
    </w:p>
    <w:p>
      <w:pPr>
        <w:bidi/>
        <w:spacing w:before="0" w:after="40"/>
        <w:jc w:val="both"/>
      </w:pPr>
      <w:r>
        <w:rPr>
          <w:rtl/>
        </w:rPr>
        <w:t>ו. ‪7 × 10 = 70‬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מַיְּנוּ לְפִי הַתּוֹצָאָה.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10</w:t>
            </w:r>
          </w:p>
        </w:tc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20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 × 5‬, ‪5 × 2‬, ‪10 × 1‬, ‪2 + 2 + 2 + 2 + 2‬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 × 5‬, ‪2 × 10‬, ‪5 + 5 + 5 + 5‬, ‪10 + 10‬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נָכוֹן אוֹ לֹא נָכוֹן?</w:t>
      </w:r>
    </w:p>
    <w:p>
      <w:pPr>
        <w:bidi/>
        <w:spacing w:before="0" w:after="40"/>
        <w:jc w:val="both"/>
      </w:pPr>
      <w:r>
        <w:rPr>
          <w:rtl/>
        </w:rPr>
        <w:t>א. ‪6 × 2 = 12‬ – נכון</w:t>
      </w:r>
    </w:p>
    <w:p>
      <w:pPr>
        <w:bidi/>
        <w:spacing w:before="0" w:after="40"/>
        <w:jc w:val="both"/>
      </w:pPr>
      <w:r>
        <w:rPr>
          <w:rtl/>
        </w:rPr>
        <w:t>ב. ‪3 × 10 = 13‬ – לא נכון – ‪3 × 10 = 30‬</w:t>
      </w:r>
    </w:p>
    <w:p>
      <w:pPr>
        <w:bidi/>
        <w:spacing w:before="0" w:after="40"/>
        <w:jc w:val="both"/>
      </w:pPr>
      <w:r>
        <w:rPr>
          <w:rtl/>
        </w:rPr>
        <w:t>ג. ‪5 × 5‬ הוּא ‪5 + 5 + 5 + 5 + 5‬. – נכון</w:t>
      </w:r>
    </w:p>
    <w:p>
      <w:pPr>
        <w:bidi/>
        <w:spacing w:before="0" w:after="40"/>
        <w:jc w:val="both"/>
      </w:pPr>
      <w:r>
        <w:rPr>
          <w:rtl/>
        </w:rPr>
        <w:t>ד. ‪7 × 2 = 9‬ – לא נכון – ‪7 × 2 = 14‬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אֵיזֶה תַּרְגִּיל מַתְאִים?</w:t>
      </w:r>
    </w:p>
    <w:p>
      <w:pPr>
        <w:bidi/>
        <w:spacing w:before="0" w:after="20"/>
        <w:jc w:val="both"/>
      </w:pPr>
      <w:r>
        <w:rPr>
          <w:rtl/>
        </w:rPr>
        <w:t>א. בְּכָל אֶחָד מִ־4 עֲצִיצִים יֵשׁ 5 פְּרָחִים.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‪4 × 5‬</w:t>
      </w:r>
    </w:p>
    <w:p>
      <w:pPr>
        <w:bidi/>
        <w:spacing w:before="0" w:after="20"/>
        <w:jc w:val="both"/>
      </w:pPr>
      <w:r>
        <w:rPr>
          <w:rtl/>
        </w:rPr>
        <w:t>ב. 2 שׁוּרוֹת, בְּכָל שׁוּרָה 10 כּוֹסוֹת.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‪2 × 10‬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צַיְּרוּ 4 קְבוּצוֹת, וּבְכָל קְבוּצָה 2 כּוֹכָבִים. כִּתְבוּ תַּרְגִּיל כֶּפֶל וְתַרְגִּיל חִבּוּר.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‪4 × 2 = 8‬ ; ‪2 + 2 + 2 + 2 = 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[אתגר] אֶתְגָּר: לְמָה ‪3 × 5‬ שָׁוֶה לְ־5 × 3? צַיְּרוּ מַעֲרָךְ וְהַסְבִּירוּ.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מַעֲרָךְ שֶׁל 3 שׁוּרוֹת וְ־5 טוּרִים. אִם מְסוֹבְבִים אוֹתוֹ, יֵשׁ 5 שׁוּרוֹת וְ־3 טוּרִים. בִּשְׁנֵיהֶם 15.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7C3AED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לְכָל צִפּוֹר 2 כְּנָפַיִם. כַּמָּה כְּנָפַיִם יֵשׁ לְ־5 צִפּוֹרִים?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‪5 × 2 = 10‬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לְ־5 צִפּוֹרִים 10 כְּנָפַיִם.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בְּכָל קֻפְסָה 10 צְבָעִים. יֵשׁ 3 קֻפְסָאוֹת. כַּמָּה צְבָעִים יֵשׁ?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‪10 + 10 + 10 = 30‬ ; ‪3 × 10 = 30‬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יֵשׁ 30 צְבָעִים.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בְּכָל יָד יֵשׁ 5 אֶצְבָּעוֹת. כַּמָּה אֶצְבָּעוֹת יֵשׁ בְּ־8 יָדַיִם?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‪8 × 5 = 40‬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בְּ־8 יָדַיִם 40 אֶצְבָּעוֹת.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עוֹמֶר קוֹנֶה 7 מַחְבָּרוֹת. כָּל מַחְבֶּרֶת עוֹלָה 2 ₪. כַּמָּה יְשַׁלֵּם?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‪7 × 2 = 14‬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עוֹמֶר יְשַׁלֵּם 14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בַּגִּנָּה 4 שׁוּרוֹת שֶׁל 5 שְׁתִילִים. דָּוִד שָׁתַל עוֹד 6 שְׁתִילִים. כַּמָּה שְׁתִילִים יֵשׁ עַכְשָׁו?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 × 5 = 20‬ ; ‪20 + 6 = 26‬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יֵשׁ 26 שְׁתִילִים.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לְאוֹרִי 6 מַטְבְּעוֹת שֶׁל 5 ₪. הוּא קָנָה מִשְׂחָק בְּ־12 ₪. כַּמָּה כֶּסֶף נִשְׁאַר לוֹ?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‪6 × 5 = 30‬ ; ‪30 - 12 = 18‬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נִשְׁאֲרוּ לְאוֹרִי 18 ₪.</w:t>
      </w:r>
    </w:p>
    <w:p>
      <w:pPr>
        <w:bidi/>
        <w:spacing w:before="160" w:after="60"/>
        <w:jc w:val="both"/>
      </w:pPr>
      <w:r>
        <w:rPr>
          <w:b/>
          <w:bCs/>
          <w:color w:val="7C3AED"/>
          <w:sz w:val="26"/>
          <w:szCs w:val="26"/>
          <w:rtl/>
        </w:rPr>
        <w:t>20. גִּזְרוּ אֶת כַּרְטִיסֵי הַכֶּפֶל, וְהַדְבִּיקוּ לְיַד כָּל חִבּוּר חוֹזֵר אֶת תַּרְגִּיל הַכֶּפֶל שֶׁלּוֹ.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‪2 + 2 + 2‬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‪3 × 2‬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‪5 + 5 + 5 + 5‬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‪4 × 5‬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‪10 + 10‬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‪2 × 10‬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‪2 + 2 + 2 + 2 + 2‬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‪5 × 2‬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‪5 + 5‬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‪2 × 5‬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7C3AED"/>
          <w:sz w:val="26"/>
          <w:szCs w:val="26"/>
          <w:rtl/>
        </w:rPr>
        <w:t>21. הַתְאִימוּ תְּמוּנָה לְתַרְגִּיל: כִּתְבוּ בָּרִבּוּעַ אֶת מִסְפַּר הַתְּמוּנָה.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7C3AED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7C3AED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7C3AED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7C3AED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🧦🧦 🧦🧦 🧦🧦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✋✋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🍫🍫🍫🍫🍫 🍫🍫🍫🍫🍫 🍫🍫🍫🍫🍫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🥚🥚🥚🥚🥚🥚🥚🥚🥚🥚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[ 3 ]   ‪3 × 5 = 15‬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[ 4 ]   ‪1 × 10 = 10‬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[ 1 ]   ‪3 × 2 = 6‬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[ 2 ]   ‪2 × 5 = 10‬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7C3AED"/>
          <w:sz w:val="30"/>
          <w:szCs w:val="30"/>
          <w:rtl/>
        </w:rPr>
        <w:t>פרק 5: מבוא לחילוק: חלוקה שווה ומדידה (כמה קבוצות?)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חַלְּקוּ לִשְׁתֵּי קְבוּצוֹת שָׁווֹת. כַּמָּה בְּכָל קְבוּצָה?</w:t>
      </w:r>
    </w:p>
    <w:p>
      <w:pPr>
        <w:bidi/>
        <w:spacing w:before="0" w:after="40"/>
        <w:jc w:val="both"/>
      </w:pPr>
      <w:r>
        <w:rPr>
          <w:rtl/>
        </w:rPr>
        <w:t>א. 🍌🍌🍌🍌 – בְּכָל קְבוּצָה 2</w:t>
      </w:r>
    </w:p>
    <w:p>
      <w:pPr>
        <w:bidi/>
        <w:spacing w:before="0" w:after="40"/>
        <w:jc w:val="both"/>
      </w:pPr>
      <w:r>
        <w:rPr>
          <w:rtl/>
        </w:rPr>
        <w:t>ב. 🐟🐟🐟🐟🐟🐟🐟🐟🐟🐟🐟🐟 – בְּכָל קְבוּצָה 6</w:t>
      </w:r>
    </w:p>
    <w:p>
      <w:pPr>
        <w:bidi/>
        <w:spacing w:before="0" w:after="40"/>
        <w:jc w:val="both"/>
      </w:pPr>
      <w:r>
        <w:rPr>
          <w:rtl/>
        </w:rPr>
        <w:t>ג. 🍪🍪🍪🍪🍪🍪🍪🍪🍪🍪🍪🍪🍪🍪 – בְּכָל קְבוּצָה 7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כַּמָּה קְבוּצוֹת שֶׁל 5?</w:t>
      </w:r>
    </w:p>
    <w:p>
      <w:pPr>
        <w:bidi/>
        <w:spacing w:before="0" w:after="40"/>
        <w:jc w:val="both"/>
      </w:pPr>
      <w:r>
        <w:rPr>
          <w:rtl/>
        </w:rPr>
        <w:t>א. ⭐⭐⭐⭐⭐⭐⭐⭐⭐⭐ = 2 קְבוּצוֹת</w:t>
      </w:r>
    </w:p>
    <w:p>
      <w:pPr>
        <w:bidi/>
        <w:spacing w:before="0" w:after="40"/>
        <w:jc w:val="both"/>
      </w:pPr>
      <w:r>
        <w:rPr>
          <w:rtl/>
        </w:rPr>
        <w:t>ב. 🌸🌸🌸🌸🌸🌸🌸🌸🌸🌸🌸🌸🌸🌸🌸 = 3 קְבוּצוֹת</w:t>
      </w:r>
    </w:p>
    <w:p>
      <w:pPr>
        <w:bidi/>
        <w:spacing w:before="0" w:after="40"/>
        <w:jc w:val="both"/>
      </w:pPr>
      <w:r>
        <w:rPr>
          <w:rtl/>
        </w:rPr>
        <w:t>ג. 🍇🍇🍇🍇🍇 = 1 קְבוּצוֹת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פִּתְרוּ.</w:t>
      </w:r>
    </w:p>
    <w:p>
      <w:pPr>
        <w:bidi/>
        <w:spacing w:before="0" w:after="40"/>
        <w:jc w:val="both"/>
      </w:pPr>
      <w:r>
        <w:rPr>
          <w:rtl/>
        </w:rPr>
        <w:t>א. ‪2 : 2 = 1‬</w:t>
      </w:r>
    </w:p>
    <w:p>
      <w:pPr>
        <w:bidi/>
        <w:spacing w:before="0" w:after="40"/>
        <w:jc w:val="both"/>
      </w:pPr>
      <w:r>
        <w:rPr>
          <w:rtl/>
        </w:rPr>
        <w:t>ב. ‪8 : 2 = 4‬</w:t>
      </w:r>
    </w:p>
    <w:p>
      <w:pPr>
        <w:bidi/>
        <w:spacing w:before="0" w:after="40"/>
        <w:jc w:val="both"/>
      </w:pPr>
      <w:r>
        <w:rPr>
          <w:rtl/>
        </w:rPr>
        <w:t>ג. ‪5 : 5 = 1‬</w:t>
      </w:r>
    </w:p>
    <w:p>
      <w:pPr>
        <w:bidi/>
        <w:spacing w:before="0" w:after="40"/>
        <w:jc w:val="both"/>
      </w:pPr>
      <w:r>
        <w:rPr>
          <w:rtl/>
        </w:rPr>
        <w:t>ד. ‪20 : 5 = 4‬</w:t>
      </w:r>
    </w:p>
    <w:p>
      <w:pPr>
        <w:bidi/>
        <w:spacing w:before="0" w:after="40"/>
        <w:jc w:val="both"/>
      </w:pPr>
      <w:r>
        <w:rPr>
          <w:rtl/>
        </w:rPr>
        <w:t>ה. ‪10 : 10 = 1‬</w:t>
      </w:r>
    </w:p>
    <w:p>
      <w:pPr>
        <w:bidi/>
        <w:spacing w:before="0" w:after="40"/>
        <w:jc w:val="both"/>
      </w:pPr>
      <w:r>
        <w:rPr>
          <w:rtl/>
        </w:rPr>
        <w:t>ו. ‪30 : 10 = 3‬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פִּתְרוּ.</w:t>
      </w:r>
    </w:p>
    <w:p>
      <w:pPr>
        <w:bidi/>
        <w:spacing w:before="0" w:after="40"/>
        <w:jc w:val="both"/>
      </w:pPr>
      <w:r>
        <w:rPr>
          <w:rtl/>
        </w:rPr>
        <w:t>א. ‪14 : 2 = 7‬</w:t>
      </w:r>
    </w:p>
    <w:p>
      <w:pPr>
        <w:bidi/>
        <w:spacing w:before="0" w:after="40"/>
        <w:jc w:val="both"/>
      </w:pPr>
      <w:r>
        <w:rPr>
          <w:rtl/>
        </w:rPr>
        <w:t>ב. ‪18 : 2 = 9‬</w:t>
      </w:r>
    </w:p>
    <w:p>
      <w:pPr>
        <w:bidi/>
        <w:spacing w:before="0" w:after="40"/>
        <w:jc w:val="both"/>
      </w:pPr>
      <w:r>
        <w:rPr>
          <w:rtl/>
        </w:rPr>
        <w:t>ג. ‪35 : 5 = 7‬</w:t>
      </w:r>
    </w:p>
    <w:p>
      <w:pPr>
        <w:bidi/>
        <w:spacing w:before="0" w:after="40"/>
        <w:jc w:val="both"/>
      </w:pPr>
      <w:r>
        <w:rPr>
          <w:rtl/>
        </w:rPr>
        <w:t>ד. ‪45 : 5 = 9‬</w:t>
      </w:r>
    </w:p>
    <w:p>
      <w:pPr>
        <w:bidi/>
        <w:spacing w:before="0" w:after="40"/>
        <w:jc w:val="both"/>
      </w:pPr>
      <w:r>
        <w:rPr>
          <w:rtl/>
        </w:rPr>
        <w:t>ה. ‪60 : 10 = 6‬</w:t>
      </w:r>
    </w:p>
    <w:p>
      <w:pPr>
        <w:bidi/>
        <w:spacing w:before="0" w:after="40"/>
        <w:jc w:val="both"/>
      </w:pPr>
      <w:r>
        <w:rPr>
          <w:rtl/>
        </w:rPr>
        <w:t>ו. ‪90 : 10 = 9‬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מִסְפָּר</w:t>
            </w:r>
          </w:p>
        </w:tc>
        <w:tc>
          <w:tcPr>
            <w:tcW w:type="dxa" w:w="2494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: 2</w:t>
            </w:r>
          </w:p>
        </w:tc>
        <w:tc>
          <w:tcPr>
            <w:tcW w:type="dxa" w:w="2494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: 5</w:t>
            </w:r>
          </w:p>
        </w:tc>
        <w:tc>
          <w:tcPr>
            <w:tcW w:type="dxa" w:w="2494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: 10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כִּתְבוּ תַּרְגִּיל חִלּוּק מַתְאִים לַכֶּפֶל.</w:t>
      </w:r>
    </w:p>
    <w:p>
      <w:pPr>
        <w:bidi/>
        <w:spacing w:before="0" w:after="40"/>
        <w:jc w:val="both"/>
      </w:pPr>
      <w:r>
        <w:rPr>
          <w:rtl/>
        </w:rPr>
        <w:t>א. ‪5 × 2 = 10‬, לָכֵן ‪10 : 2 = 5‬</w:t>
      </w:r>
    </w:p>
    <w:p>
      <w:pPr>
        <w:bidi/>
        <w:spacing w:before="0" w:after="40"/>
        <w:jc w:val="both"/>
      </w:pPr>
      <w:r>
        <w:rPr>
          <w:rtl/>
        </w:rPr>
        <w:t>ב. ‪7 × 5 = 35‬, לָכֵן ‪35 : 5 = 7‬</w:t>
      </w:r>
    </w:p>
    <w:p>
      <w:pPr>
        <w:bidi/>
        <w:spacing w:before="0" w:after="40"/>
        <w:jc w:val="both"/>
      </w:pPr>
      <w:r>
        <w:rPr>
          <w:rtl/>
        </w:rPr>
        <w:t>ג. ‪4 × 10 = 40‬, לָכֵן ‪40 : 10 = 4‬</w:t>
      </w:r>
    </w:p>
    <w:p>
      <w:pPr>
        <w:bidi/>
        <w:spacing w:before="0" w:after="40"/>
        <w:jc w:val="both"/>
      </w:pPr>
      <w:r>
        <w:rPr>
          <w:rtl/>
        </w:rPr>
        <w:t>ד. ‪8 × 2 = 16‬, לָכֵן ‪16 : 2 = 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מָה חָסֵר?</w:t>
      </w:r>
    </w:p>
    <w:p>
      <w:pPr>
        <w:bidi/>
        <w:spacing w:before="0" w:after="40"/>
        <w:jc w:val="both"/>
      </w:pPr>
      <w:r>
        <w:rPr>
          <w:rtl/>
        </w:rPr>
        <w:t>א. ‪12 : 2 = 6‬</w:t>
      </w:r>
    </w:p>
    <w:p>
      <w:pPr>
        <w:bidi/>
        <w:spacing w:before="0" w:after="40"/>
        <w:jc w:val="both"/>
      </w:pPr>
      <w:r>
        <w:rPr>
          <w:rtl/>
        </w:rPr>
        <w:t>ב. ‪25 : 5 = 5‬</w:t>
      </w:r>
    </w:p>
    <w:p>
      <w:pPr>
        <w:bidi/>
        <w:spacing w:before="0" w:after="40"/>
        <w:jc w:val="both"/>
      </w:pPr>
      <w:r>
        <w:rPr>
          <w:rtl/>
        </w:rPr>
        <w:t>ג. ‪50 : 10 = 5‬</w:t>
      </w:r>
    </w:p>
    <w:p>
      <w:pPr>
        <w:bidi/>
        <w:spacing w:before="0" w:after="40"/>
        <w:jc w:val="both"/>
      </w:pPr>
      <w:r>
        <w:rPr>
          <w:rtl/>
        </w:rPr>
        <w:t>ד. ‪80 : 10 = 8‬</w:t>
      </w:r>
    </w:p>
    <w:p>
      <w:pPr>
        <w:bidi/>
        <w:spacing w:before="0" w:after="40"/>
        <w:jc w:val="both"/>
      </w:pPr>
      <w:r>
        <w:rPr>
          <w:rtl/>
        </w:rPr>
        <w:t>ה. ‪20 : 2 = 10‬</w:t>
      </w:r>
    </w:p>
    <w:p>
      <w:pPr>
        <w:bidi/>
        <w:spacing w:before="0" w:after="40"/>
        <w:jc w:val="both"/>
      </w:pPr>
      <w:r>
        <w:rPr>
          <w:rtl/>
        </w:rPr>
        <w:t>ו. ‪6 : 2 = 3‬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כִּתְבוּ &gt; אוֹ &lt; אוֹ =.</w:t>
      </w:r>
    </w:p>
    <w:p>
      <w:pPr>
        <w:bidi/>
        <w:spacing w:before="0" w:after="40"/>
        <w:jc w:val="both"/>
      </w:pPr>
      <w:r>
        <w:rPr>
          <w:rtl/>
        </w:rPr>
        <w:t>א. ‪10 : 2 &gt; 10 : 5‬</w:t>
      </w:r>
    </w:p>
    <w:p>
      <w:pPr>
        <w:bidi/>
        <w:spacing w:before="0" w:after="40"/>
        <w:jc w:val="both"/>
      </w:pPr>
      <w:r>
        <w:rPr>
          <w:rtl/>
        </w:rPr>
        <w:t>ב. ‪20 : 10 = 4 : 2‬</w:t>
      </w:r>
    </w:p>
    <w:p>
      <w:pPr>
        <w:bidi/>
        <w:spacing w:before="0" w:after="40"/>
        <w:jc w:val="both"/>
      </w:pPr>
      <w:r>
        <w:rPr>
          <w:rtl/>
        </w:rPr>
        <w:t>ג. ‪30 : 5 &gt; 30 : 10‬</w:t>
      </w:r>
    </w:p>
    <w:p>
      <w:pPr>
        <w:bidi/>
        <w:spacing w:before="0" w:after="40"/>
        <w:jc w:val="both"/>
      </w:pPr>
      <w:r>
        <w:rPr>
          <w:rtl/>
        </w:rPr>
        <w:t>ד. ‪16 : 2 = 40 : 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נָכוֹן אוֹ לֹא נָכוֹן?</w:t>
      </w:r>
    </w:p>
    <w:p>
      <w:pPr>
        <w:bidi/>
        <w:spacing w:before="0" w:after="40"/>
        <w:jc w:val="both"/>
      </w:pPr>
      <w:r>
        <w:rPr>
          <w:rtl/>
        </w:rPr>
        <w:t>א. ‪6 : 2 = 3‬ – נכון</w:t>
      </w:r>
    </w:p>
    <w:p>
      <w:pPr>
        <w:bidi/>
        <w:spacing w:before="0" w:after="40"/>
        <w:jc w:val="both"/>
      </w:pPr>
      <w:r>
        <w:rPr>
          <w:rtl/>
        </w:rPr>
        <w:t>ב. ‪40 : 10 = 400‬ – לא נכון – ‪40 : 10 = 4‬</w:t>
      </w:r>
    </w:p>
    <w:p>
      <w:pPr>
        <w:bidi/>
        <w:spacing w:before="0" w:after="40"/>
        <w:jc w:val="both"/>
      </w:pPr>
      <w:r>
        <w:rPr>
          <w:rtl/>
        </w:rPr>
        <w:t>ג. ‪25 : 5 = 5‬ – נכון</w:t>
      </w:r>
    </w:p>
    <w:p>
      <w:pPr>
        <w:bidi/>
        <w:spacing w:before="0" w:after="40"/>
        <w:jc w:val="both"/>
      </w:pPr>
      <w:r>
        <w:rPr>
          <w:rtl/>
        </w:rPr>
        <w:t>ד. ‪12 : 2 = 5‬ – לא נכון – ‪12 : 2 = 6‬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אֵיזֶה תַּרְגִּיל מַתְאִים?</w:t>
      </w:r>
    </w:p>
    <w:p>
      <w:pPr>
        <w:bidi/>
        <w:spacing w:before="0" w:after="20"/>
        <w:jc w:val="both"/>
      </w:pPr>
      <w:r>
        <w:rPr>
          <w:rtl/>
        </w:rPr>
        <w:t>א. 15 סְפָרִים עַל 5 מַדָּפִים, שָׁוֶה בְּשָׁוֶה.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‪15 : 5‬</w:t>
      </w:r>
    </w:p>
    <w:p>
      <w:pPr>
        <w:bidi/>
        <w:spacing w:before="0" w:after="20"/>
        <w:jc w:val="both"/>
      </w:pPr>
      <w:r>
        <w:rPr>
          <w:rtl/>
        </w:rPr>
        <w:t>ב. 8 גַּלְגַּלִּים, 2 לְכָל אוֹפַנַּיִם.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‪8 : 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צַיְּרוּ 20 נְקֻדּוֹת בִּקְבוּצוֹת שֶׁל 5. כַּמָּה קְבוּצוֹת יֵשׁ? כִּתְבוּ תַּרְגִּיל.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‪20 : 5 = 4‬ קְבוּצוֹת.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[אתגר] כִּתְבוּ שְׁנֵי תַּרְגִּילֵי חִלּוּק שֶׁהַתּוֹצָאָה שֶׁלָּהֶם 5.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לְמָשָׁל: ‪10 : 2 = 5‬ ; ‪25 : 5 = 5‬ ; ‪50 : 10 = 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[אתגר] אֶתְגָּר: לְדָוִד 18 גֻּלּוֹת. אֶפְשָׁר לְחַלֵּק אוֹתָן שָׁוֶה בְּשָׁוֶה לְ־2 יְלָדִים? לְ־5 יְלָדִים? הַסְבִּירוּ.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לְ־2 כֵּן: ‪18 : 2 = 9‬. לְ־5 לֹא: ‪3 × 5 = 15‬ וְ־4 × ‪5 = 20‬, וְאֵין מִסְפָּר שָׁלֵם שֶׁכָּפוּל 5 נוֹתֵן 18.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7C3AED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לְסָבָא 10 שְׁקָלִים. הוּא חִלֵּק אוֹתָם שָׁוֶה בְּשָׁוֶה לְ־2 נְכָדִים. כַּמָּה קִבֵּל כָּל נֶכֶד?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‪10 : 2 = 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כָּל נֶכֶד קִבֵּל 5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יֵשׁ 15 פְּרָחִים. בְּכָל אֲגַרְטָל שָׂמִים 5 פְּרָחִים. כַּמָּה אֲגַרְטָלִים צָרִיךְ?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‪15 - 5 - 5 - 5 = 0‬ ; ‪15 : 5 = 3‬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צָרִיךְ 3 אֲגַרְטָלִים.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בַּמְּסִבָּה 40 בָּלוֹנִים. מְחַלְּקִים אוֹתָם שָׁוֶה בְּשָׁוֶה לְ־10 יְלָדִים. כַּמָּה בָּלוֹנִים יְקַבֵּל כָּל יֶלֶד?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‪40 : 10 = 4‬ ; בְּדִיקָה: ‪4 × 10 = 40‬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כָּל יֶלֶד יְקַבֵּל 4 בָּלוֹנִים.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בַּחֲנוּת 16 נַעֲלַיִם. כַּמָּה זוּגוֹת נַעֲלַיִם יֵשׁ?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כָּל זוּג הוּא 2 נַעֲלַיִם. ; ‪16 : 2 = 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יֵשׁ 8 זוּגוֹת.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יְהוֹנָתָן קָנָה 3 חֲבִילוֹת שֶׁל 10 עוּגִיּוֹת. הוּא חִלֵּק אֶת כָּל הָעוּגִיּוֹת שָׁוֶה בְּשָׁוֶה לְ־5 חֲבֵרִים. כַּמָּה עוּגִיּוֹת קִבֵּל כָּל חָבֵר?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× 10 = 30‬ ; ‪30 : 5 = 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כָּל חָבֵר קִבֵּל 6 עוּגִיּוֹת.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בַּכִּתָּה 18 תַּלְמִידִים. 2 תַּלְמִידִים חוֹלִים. הַשְּׁאָר מִתְחַלְּקִים לְזוּגוֹת. כַּמָּה זוּגוֹת יֵשׁ?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‪18 - 2 = 16‬ ; ‪16 : 2 = 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יֵשׁ 8 זוּגוֹת.</w:t>
      </w:r>
    </w:p>
    <w:p>
      <w:pPr>
        <w:bidi/>
        <w:spacing w:before="160" w:after="60"/>
        <w:jc w:val="both"/>
      </w:pPr>
      <w:r>
        <w:rPr>
          <w:b/>
          <w:bCs/>
          <w:color w:val="7C3AED"/>
          <w:sz w:val="26"/>
          <w:szCs w:val="26"/>
          <w:rtl/>
        </w:rPr>
        <w:t>20. חַלְּקוּ שָׁוֶה בְּשָׁוֶה. גִּזְרוּ אֶת כַּרְטִיסֵי הַתְּשׁוּבוֹת, וְהַדְבִּיקוּ כָּל תְּשׁוּבָה לְיַד הַשְּׁאֵלָה.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12 עוּגִיּוֹת לְ-3 צַלָּחוֹת. בְּכָל צַלַּחַת: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4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10 עֶפְרוֹנוֹת לִ-2 קֻפְסָאוֹת. בְּכָל קֻפְסָה: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5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20 כַּדּוּרִים לְ-10 סַלִּים. בְּכָל סַל: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2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15 פְּרָחִים לַ-5 אֲגַרְטָלִים. בְּכָל אֲגַרְטָל: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3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7C3AED"/>
          <w:sz w:val="26"/>
          <w:szCs w:val="26"/>
          <w:rtl/>
        </w:rPr>
        <w:t>21. מִתְחוּ קַו מִכָּל תַּרְגִּיל חִלּוּק אֶל הַתְּשׁוּבָה שֶׁלּוֹ.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1. ‪8 : 2‬  ←  ג. 4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2. ‪30 : 10‬  ←  א. 3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3. ‪25 : 5‬  ←  ד. 5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4. ‪12 : 2‬  ←  ה. 6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5. ‪20 : 10‬  ←  ב. 2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7C3AED"/>
          <w:sz w:val="30"/>
          <w:szCs w:val="30"/>
          <w:rtl/>
        </w:rPr>
        <w:t>פרק 6: מדידות: אורך (ס"מ ומטר), שעון (שעה וחצי שעה) וכסף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הַשְׁלִימוּ.</w:t>
      </w:r>
    </w:p>
    <w:p>
      <w:pPr>
        <w:bidi/>
        <w:spacing w:before="0" w:after="40"/>
        <w:jc w:val="both"/>
      </w:pPr>
      <w:r>
        <w:rPr>
          <w:rtl/>
        </w:rPr>
        <w:t>א. 2 מֶטֶר = 200 ס"מ</w:t>
      </w:r>
    </w:p>
    <w:p>
      <w:pPr>
        <w:bidi/>
        <w:spacing w:before="0" w:after="40"/>
        <w:jc w:val="both"/>
      </w:pPr>
      <w:r>
        <w:rPr>
          <w:rtl/>
        </w:rPr>
        <w:t>ב. 100 ס"מ = 1 מֶטֶר</w:t>
      </w:r>
    </w:p>
    <w:p>
      <w:pPr>
        <w:bidi/>
        <w:spacing w:before="0" w:after="40"/>
        <w:jc w:val="both"/>
      </w:pPr>
      <w:r>
        <w:rPr>
          <w:rtl/>
        </w:rPr>
        <w:t>ג. 2 חֲצָאֵי שָׁעָה = 1 שָׁעָה</w:t>
      </w:r>
    </w:p>
    <w:p>
      <w:pPr>
        <w:bidi/>
        <w:spacing w:before="0" w:after="40"/>
        <w:jc w:val="both"/>
      </w:pPr>
      <w:r>
        <w:rPr>
          <w:rtl/>
        </w:rPr>
        <w:t>ד. 2 מַטְבְּעוֹת שֶׁל 50 אֲגוֹרוֹת = 1 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חַשְּׁבוּ אֳרָכִים.</w:t>
      </w:r>
    </w:p>
    <w:p>
      <w:pPr>
        <w:bidi/>
        <w:spacing w:before="0" w:after="40"/>
        <w:jc w:val="both"/>
      </w:pPr>
      <w:r>
        <w:rPr>
          <w:rtl/>
        </w:rPr>
        <w:t>א. 9 ס"מ + 6 ס"מ = 15 ס"מ</w:t>
      </w:r>
    </w:p>
    <w:p>
      <w:pPr>
        <w:bidi/>
        <w:spacing w:before="0" w:after="40"/>
        <w:jc w:val="both"/>
      </w:pPr>
      <w:r>
        <w:rPr>
          <w:rtl/>
        </w:rPr>
        <w:t>ב. 40 ס"מ - 15 ס"מ = 25 ס"מ</w:t>
      </w:r>
    </w:p>
    <w:p>
      <w:pPr>
        <w:bidi/>
        <w:spacing w:before="0" w:after="40"/>
        <w:jc w:val="both"/>
      </w:pPr>
      <w:r>
        <w:rPr>
          <w:rtl/>
        </w:rPr>
        <w:t>ג. 23 ס"מ + 14 ס"מ = 37 ס"מ</w:t>
      </w:r>
    </w:p>
    <w:p>
      <w:pPr>
        <w:bidi/>
        <w:spacing w:before="0" w:after="40"/>
        <w:jc w:val="both"/>
      </w:pPr>
      <w:r>
        <w:rPr>
          <w:rtl/>
        </w:rPr>
        <w:t>ד. 100 ס"מ - 40 ס"מ = 60 ס"מ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כַּמָּה כֶּסֶף?</w:t>
      </w:r>
    </w:p>
    <w:p>
      <w:pPr>
        <w:bidi/>
        <w:spacing w:before="0" w:after="40"/>
        <w:jc w:val="both"/>
      </w:pPr>
      <w:r>
        <w:rPr>
          <w:rtl/>
        </w:rPr>
        <w:t>א. 🪙 10 ₪ + 🪙 10 ₪ + 🪙 1 ₪ = 21 ₪</w:t>
      </w:r>
    </w:p>
    <w:p>
      <w:pPr>
        <w:bidi/>
        <w:spacing w:before="0" w:after="40"/>
        <w:jc w:val="both"/>
      </w:pPr>
      <w:r>
        <w:rPr>
          <w:rtl/>
        </w:rPr>
        <w:t>ב. 💵 50 ₪ + 🪙 5 ₪ = 55 ₪</w:t>
      </w:r>
    </w:p>
    <w:p>
      <w:pPr>
        <w:bidi/>
        <w:spacing w:before="0" w:after="40"/>
        <w:jc w:val="both"/>
      </w:pPr>
      <w:r>
        <w:rPr>
          <w:rtl/>
        </w:rPr>
        <w:t>ג. 🪙 2 ₪ + 🪙 2 ₪ + 🪙 2 ₪ = 6 ₪</w:t>
      </w:r>
    </w:p>
    <w:p>
      <w:pPr>
        <w:bidi/>
        <w:spacing w:before="0" w:after="40"/>
        <w:jc w:val="both"/>
      </w:pPr>
      <w:r>
        <w:rPr>
          <w:rtl/>
        </w:rPr>
        <w:t>ד. 💵 20 ₪ + 💵 20 ₪ + 🪙 5 ₪ = 45 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הַתְאִימוּ שָׁעוֹן לַשָּׁעָה.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חָמֵשׁ וָחֵצִי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שָׁעָה 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🕘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שָׁעָה 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אַחַת וָחֵצִי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🕠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שָׁעָה 2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כַּמָּה זְמַן עָבַר?</w:t>
      </w:r>
    </w:p>
    <w:p>
      <w:pPr>
        <w:bidi/>
        <w:spacing w:before="0" w:after="40"/>
        <w:jc w:val="both"/>
      </w:pPr>
      <w:r>
        <w:rPr>
          <w:rtl/>
        </w:rPr>
        <w:t>א. מִשָּׁעָה 2 עַד שָׁעָה 5 עָבְרוּ 3 שָׁעוֹת.</w:t>
      </w:r>
    </w:p>
    <w:p>
      <w:pPr>
        <w:bidi/>
        <w:spacing w:before="0" w:after="40"/>
        <w:jc w:val="both"/>
      </w:pPr>
      <w:r>
        <w:rPr>
          <w:rtl/>
        </w:rPr>
        <w:t>ב. מִשָּׁעָה 7 עַד שָׁעָה 11 עָבְרוּ 4 שָׁעוֹת.</w:t>
      </w:r>
    </w:p>
    <w:p>
      <w:pPr>
        <w:bidi/>
        <w:spacing w:before="0" w:after="40"/>
        <w:jc w:val="both"/>
      </w:pPr>
      <w:r>
        <w:rPr>
          <w:rtl/>
        </w:rPr>
        <w:t>ג. מִשָּׁעָה 4 עַד אַרְבַּע וָחֵצִי עָבְרוּ 30 דַּקּוֹת.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הַשְׁלִימוּ אֶת הָעֹדֶף.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מְחִיר</w:t>
            </w:r>
          </w:p>
        </w:tc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שִׁלַּמְתִּי</w:t>
            </w:r>
          </w:p>
        </w:tc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עֹדֶף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 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13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 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45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50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 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71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29 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מַיְּנוּ: מָה מוֹדְדִים בְּס"מ וּמָה בְּמֶטֶר?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סֶנְטִימֶטֶר</w:t>
            </w:r>
          </w:p>
        </w:tc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מֶטֶר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עִפָּרוֹן, מַחַק, מַחְבֶּרֶת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אֹרֶךְ הַכִּתָּה, גֹּבַהּ עֵץ, מִגְרַשׁ כַּדּוּרֶגֶל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מָה הַשָּׁעָה?</w:t>
      </w:r>
    </w:p>
    <w:p>
      <w:pPr>
        <w:bidi/>
        <w:spacing w:before="0" w:after="40"/>
        <w:jc w:val="both"/>
      </w:pPr>
      <w:r>
        <w:rPr>
          <w:rtl/>
        </w:rPr>
        <w:t>א. עַכְשָׁו שָׁעָה 9. אַחֲרֵי 3 שָׁעוֹת: שָׁעָה 12</w:t>
      </w:r>
    </w:p>
    <w:p>
      <w:pPr>
        <w:bidi/>
        <w:spacing w:before="0" w:after="40"/>
        <w:jc w:val="both"/>
      </w:pPr>
      <w:r>
        <w:rPr>
          <w:rtl/>
        </w:rPr>
        <w:t>ב. עַכְשָׁו שָׁעָה 10. לִפְנֵי 4 שָׁעוֹת: שָׁעָה 6</w:t>
      </w:r>
    </w:p>
    <w:p>
      <w:pPr>
        <w:bidi/>
        <w:spacing w:before="0" w:after="40"/>
        <w:jc w:val="both"/>
      </w:pPr>
      <w:r>
        <w:rPr>
          <w:rtl/>
        </w:rPr>
        <w:t>ג. עַכְשָׁו שָׁעָה 1. אַחֲרֵי חֲצִי שָׁעָה: אַחַת וָחֵצִי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נָכוֹן אוֹ לֹא נָכוֹן?</w:t>
      </w:r>
    </w:p>
    <w:p>
      <w:pPr>
        <w:bidi/>
        <w:spacing w:before="0" w:after="40"/>
        <w:jc w:val="both"/>
      </w:pPr>
      <w:r>
        <w:rPr>
          <w:rtl/>
        </w:rPr>
        <w:t>א. 50 ס"מ הֵם חֲצִי מֶטֶר. – נכון</w:t>
      </w:r>
    </w:p>
    <w:p>
      <w:pPr>
        <w:bidi/>
        <w:spacing w:before="0" w:after="40"/>
        <w:jc w:val="both"/>
      </w:pPr>
      <w:r>
        <w:rPr>
          <w:rtl/>
        </w:rPr>
        <w:t>ב. בַּחֲצִי שָׁעָה יֵשׁ 50 דַּקּוֹת. – לא נכון – בַּחֲצִי שָׁעָה יֵשׁ 30 דַּקּוֹת.</w:t>
      </w:r>
    </w:p>
    <w:p>
      <w:pPr>
        <w:bidi/>
        <w:spacing w:before="0" w:after="40"/>
        <w:jc w:val="both"/>
      </w:pPr>
      <w:r>
        <w:rPr>
          <w:rtl/>
        </w:rPr>
        <w:t>ג. שְׁטָר שֶׁל 20 ₪ שָׁוֶה 4 מַטְבְּעוֹת שֶׁל 5 ₪. – נכון</w:t>
      </w:r>
    </w:p>
    <w:p>
      <w:pPr>
        <w:bidi/>
        <w:spacing w:before="0" w:after="40"/>
        <w:jc w:val="both"/>
      </w:pPr>
      <w:r>
        <w:rPr>
          <w:rtl/>
        </w:rPr>
        <w:t>ד. גֹּבַהּ יֶלֶד בְּכִתָּה ב' הוּא 12 ס"מ. – לא נכון – גֹּבַהּ יֶלֶד הוּא בְּעֵרֶךְ 120 ס"מ.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מָה מַתְאִים?</w:t>
      </w:r>
    </w:p>
    <w:p>
      <w:pPr>
        <w:bidi/>
        <w:spacing w:before="0" w:after="20"/>
        <w:jc w:val="both"/>
      </w:pPr>
      <w:r>
        <w:rPr>
          <w:rtl/>
        </w:rPr>
        <w:t>א. אֹרֶךְ שֶׁל מַחְבֶּרֶת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25 ס"מ</w:t>
      </w:r>
    </w:p>
    <w:p>
      <w:pPr>
        <w:bidi/>
        <w:spacing w:before="0" w:after="20"/>
        <w:jc w:val="both"/>
      </w:pPr>
      <w:r>
        <w:rPr>
          <w:rtl/>
        </w:rPr>
        <w:t>ב. כַּמָּה זְמַן נִמְשֶׁכֶת הַפְסָקָה?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10 דַּקּוֹת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צַיְּרוּ בְּסַרְגֵּל קַו שֶׁל 7 ס"מ. הוֹסִיפוּ לוֹ עוֹד 5 ס"מ. מָה הָאֹרֶךְ שֶׁל הַקַּו עַכְשָׁו?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‪7 + 5 = 12‬. הָאֹרֶךְ 12 ס"מ.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[אתגר] לְאוֹרִי מַטְבֵּעַ שֶׁל 10 ₪ וּשְׁנֵי מַטְבְּעוֹת שֶׁל 2 ₪. הַאִם יֵשׁ לוֹ מַסְפִּיק כֶּסֶף לִקְנוֹת סֵפֶר בְּ־15 ₪? הַסְבִּירוּ.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‪10 + 2 + 2 = 14‬. ‪14 &lt; 15‬, וְלָכֵן לֹא מַסְפִּיק. חָסֵר לוֹ 1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[אתגר] אֶתְגָּר: הַטִּיּוּל הִתְחִיל בְּשָׁעָה 9 וְנִגְמַר בְּשָׁעָה 1 בַּצָּהֳרַיִם. כַּמָּה שָׁעוֹת נִמְשַׁךְ הַטִּיּוּל?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מִ־9 עַד 12 הֵן 3 שָׁעוֹת, וְעוֹד שָׁעָה עַד 1. ‪3 + 1 = 4‬ שָׁעוֹת.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7C3AED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שֻׁלְחָן אָרְכּוֹ 80 ס"מ, וְכִסֵּא אָרְכּוֹ 40 ס"מ. בְּכַמָּה הַשֻּׁלְחָן אָרֹךְ יוֹתֵר?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‪80 - 40 = 40‬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הַשֻּׁלְחָן אָרֹךְ יוֹתֵר בְּ־40 ס"מ.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גְּלִידָה עוֹלָה 7 ₪. לְמֹשֶׁה יֵשׁ 10 ₪. כַּמָּה עֹדֶף יְקַבֵּל?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‪10 - 7 = 3‬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מֹשֶׁה יְקַבֵּל 3 ₪ עֹדֶף.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הַמִּשְׂחָק הִתְחִיל בְּשָׁעָה 4 אַחֲרֵי הַצָּהֳרַיִם וְנִמְשַׁךְ 2 שָׁעוֹת. בְּאֵיזוֹ שָׁעָה נִגְמַר?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 + 2 = 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הַמִּשְׂחָק נִגְמַר בְּשָׁעָה 6.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דָּוִד קָפַץ 65 ס"מ, וְנוֹעַם קָפַץ 20 ס"מ יוֹתֵר. כַּמָּה ס"מ קָפַץ נוֹעַם?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‪65 + 20 = 85‬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נוֹעַם קָפַץ 85 ס"מ.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תָּמָר קָנְתָה מַחְבֶּרֶת בְּ־8 ₪ וְעִפָּרוֹן בְּ־2 ₪. הִיא שִׁלְּמָה בִּשְׁטָר שֶׁל 50 ₪. כַּמָּה עֹדֶף קִבְּלָה?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‪8 + 2 = 10‬ ; ‪50 - 10 = 40‬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תָּמָר קִבְּלָה 40 ₪ עֹדֶף.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אֹרֶךְ צַד שֶׁל רִבּוּעַ הוּא 10 ס"מ. לְרִבּוּעַ יֵשׁ 4 צְלָעוֹת שָׁווֹת. מַה הָאֹרֶךְ שֶׁל כָּל הַצְּלָעוֹת יַחַד?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‪10 + 10 + 10 + 10 = 40‬ ; ‪4 × 10 = 40‬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הָאֹרֶךְ שֶׁל כָּל הַצְּלָעוֹת יַחַד 40 ס"מ.</w:t>
      </w:r>
    </w:p>
    <w:p>
      <w:pPr>
        <w:bidi/>
        <w:spacing w:before="160" w:after="60"/>
        <w:jc w:val="both"/>
      </w:pPr>
      <w:r>
        <w:rPr>
          <w:b/>
          <w:bCs/>
          <w:color w:val="7C3AED"/>
          <w:sz w:val="26"/>
          <w:szCs w:val="26"/>
          <w:rtl/>
        </w:rPr>
        <w:t>20. גִּזְרוּ אֶת הַכַּרְטִיסִים, וְהַדְבִּיקוּ כָּל דָּבָר בָּעַמּוּדָה הַמַּתְאִימָה: בְּמָה כְּדַאי לִמְדֹּד אוֹתוֹ?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בְּסֶנְטִימֶטְרִים (ס"מ)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בְּמֶטְרִים (מ')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✏️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עִפָּרוֹן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🧽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מַחַק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🏫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מִסְדְּרוֹן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🚌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אוֹטוֹבּוּס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📒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מְחַבֶּרֶת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🏊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בְּרֵיכָה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7C3AED"/>
          <w:sz w:val="26"/>
          <w:szCs w:val="26"/>
          <w:rtl/>
        </w:rPr>
        <w:t>21. קִרְאוּ אֶת בֵּאוּרֵי הַמִּלִּים.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בֵּאוּרֵי מִלִּים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סֶנְטִימֶטֶר (ס"מ) – </w:t>
            </w:r>
            <w:r>
              <w:rPr>
                <w:sz w:val="24"/>
                <w:szCs w:val="24"/>
                <w:rtl/>
              </w:rPr>
              <w:t>יְחִידָה לִמְדִידַת אֹרֶךְ קָצָר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מֶטֶר (מ') – </w:t>
            </w:r>
            <w:r>
              <w:rPr>
                <w:sz w:val="24"/>
                <w:szCs w:val="24"/>
                <w:rtl/>
              </w:rPr>
              <w:t>יְחִידָה לִמְדִידַת אֹרֶךְ גָּדוֹל: 100 ס"מ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סַרְגֵּל – </w:t>
            </w:r>
            <w:r>
              <w:rPr>
                <w:sz w:val="24"/>
                <w:szCs w:val="24"/>
                <w:rtl/>
              </w:rPr>
              <w:t>כְּלִי לִמְדִידָה וּלְשִׂרְטוּט קַו יָשָׁר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חֲצִי שָׁעָה – </w:t>
            </w:r>
            <w:r>
              <w:rPr>
                <w:sz w:val="24"/>
                <w:szCs w:val="24"/>
                <w:rtl/>
              </w:rPr>
              <w:t>30 דַּקּוֹת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rPr>
          <w:color w:val="0F7A4F"/>
          <w:sz w:val="24"/>
          <w:szCs w:val="24"/>
          <w:rtl/>
        </w:rPr>
        <w:t>מִדְדוּ בְּסַרְגֵּל אֶת הָעִפָּרוֹן שֶׁלָּכֶם, וְכִתְבוּ אֶת הָאֹרֶךְ בס"מ. תשובה אישית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7C3AED"/>
          <w:sz w:val="30"/>
          <w:szCs w:val="30"/>
          <w:rtl/>
        </w:rPr>
        <w:t>פרק 7: גאומטריה: מצולעים, צלעות וקודקודים, קו ישר וקו עקום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כַּמָּה קָדְקוֹדִים?</w:t>
      </w:r>
    </w:p>
    <w:p>
      <w:pPr>
        <w:bidi/>
        <w:spacing w:before="0" w:after="40"/>
        <w:jc w:val="both"/>
      </w:pPr>
      <w:r>
        <w:rPr>
          <w:rtl/>
        </w:rPr>
        <w:t>א. 🔺 מְשֻׁלָּשׁ – 3 קָדְקוֹדִים</w:t>
      </w:r>
    </w:p>
    <w:p>
      <w:pPr>
        <w:bidi/>
        <w:spacing w:before="0" w:after="40"/>
        <w:jc w:val="both"/>
      </w:pPr>
      <w:r>
        <w:rPr>
          <w:rtl/>
        </w:rPr>
        <w:t>ב. ⬜ רִבּוּעַ – 4 קָדְקוֹדִים</w:t>
      </w:r>
    </w:p>
    <w:p>
      <w:pPr>
        <w:bidi/>
        <w:spacing w:before="0" w:after="40"/>
        <w:jc w:val="both"/>
      </w:pPr>
      <w:r>
        <w:rPr>
          <w:rtl/>
        </w:rPr>
        <w:t>ג. מְחֻמָּשׁ – 5 קָדְקוֹדִים</w:t>
      </w:r>
    </w:p>
    <w:p>
      <w:pPr>
        <w:bidi/>
        <w:spacing w:before="0" w:after="40"/>
        <w:jc w:val="both"/>
      </w:pPr>
      <w:r>
        <w:rPr>
          <w:rtl/>
        </w:rPr>
        <w:t>ד. מְשֻׁשֶּׁה – 6 קָדְקוֹדִים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כִּתְבוּ אֶת שֵׁם הַמְּצֻלָּע.</w:t>
      </w:r>
    </w:p>
    <w:p>
      <w:pPr>
        <w:bidi/>
        <w:spacing w:before="0" w:after="40"/>
        <w:jc w:val="both"/>
      </w:pPr>
      <w:r>
        <w:rPr>
          <w:rtl/>
        </w:rPr>
        <w:t>א. 3 צְלָעוֹת – מְשֻׁלָּשׁ</w:t>
      </w:r>
    </w:p>
    <w:p>
      <w:pPr>
        <w:bidi/>
        <w:spacing w:before="0" w:after="40"/>
        <w:jc w:val="both"/>
      </w:pPr>
      <w:r>
        <w:rPr>
          <w:rtl/>
        </w:rPr>
        <w:t>ב. 4 צְלָעוֹת – מְרֻבָּע</w:t>
      </w:r>
    </w:p>
    <w:p>
      <w:pPr>
        <w:bidi/>
        <w:spacing w:before="0" w:after="40"/>
        <w:jc w:val="both"/>
      </w:pPr>
      <w:r>
        <w:rPr>
          <w:rtl/>
        </w:rPr>
        <w:t>ג. 5 צְלָעוֹת – מְחֻמָּשׁ</w:t>
      </w:r>
    </w:p>
    <w:p>
      <w:pPr>
        <w:bidi/>
        <w:spacing w:before="0" w:after="40"/>
        <w:jc w:val="both"/>
      </w:pPr>
      <w:r>
        <w:rPr>
          <w:rtl/>
        </w:rPr>
        <w:t>ד. 6 צְלָעוֹת – מְשֻׁשֶּׁה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מַיְּנוּ: מְצֻלָּע אוֹ לֹא מְצֻלָּע?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מְצֻלָּע</w:t>
            </w:r>
          </w:p>
        </w:tc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לֹא מְצֻלָּע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מְשֻׁלָּשׁ, רִבּוּעַ, מְחֻמָּשׁ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עִגּוּל, לֵב, יָרֵחַ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הַתְאִימוּ.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צֶלַע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פִּנָּה שֶׁל הַצּוּרָה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קָדְקוֹד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קַו שֶׁמִּתְעַקֵּל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קַו עָקֹם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קַו יָשָׁר בַּצּוּרָה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קַו סָגוּר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מַתְחִיל וְנִגְמָר בְּאוֹתָהּ נְקֻדָּה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כַּמָּה צוּרוֹת</w:t>
            </w:r>
          </w:p>
        </w:tc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צוּרָה</w:t>
            </w:r>
          </w:p>
        </w:tc>
        <w:tc>
          <w:tcPr>
            <w:tcW w:type="dxa" w:w="3326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כַּמָּה צְלָעוֹת בְּסַךְ הַכֹּל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מְשֻׁלָּשׁ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מְרֻבָּע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8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מְשֻׁלָּשׁ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מְחֻמָּשׁ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חַשְּׁבוּ.</w:t>
      </w:r>
    </w:p>
    <w:p>
      <w:pPr>
        <w:bidi/>
        <w:spacing w:before="0" w:after="40"/>
        <w:jc w:val="both"/>
      </w:pPr>
      <w:r>
        <w:rPr>
          <w:rtl/>
        </w:rPr>
        <w:t>א. צְלָעוֹת שֶׁל 🔺 + ⬜ + ⬜ = 11</w:t>
      </w:r>
    </w:p>
    <w:p>
      <w:pPr>
        <w:bidi/>
        <w:spacing w:before="0" w:after="40"/>
        <w:jc w:val="both"/>
      </w:pPr>
      <w:r>
        <w:rPr>
          <w:rtl/>
        </w:rPr>
        <w:t>ב. קָדְקוֹדִים שֶׁל 🔺 + 🔺 + 🔺 = 9</w:t>
      </w:r>
    </w:p>
    <w:p>
      <w:pPr>
        <w:bidi/>
        <w:spacing w:before="0" w:after="40"/>
        <w:jc w:val="both"/>
      </w:pPr>
      <w:r>
        <w:rPr>
          <w:rtl/>
        </w:rPr>
        <w:t>ג. צְלָעוֹת שֶׁל ⬜ + ⬜ + ⬜ = 12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נָכוֹן אוֹ לֹא נָכוֹן?</w:t>
      </w:r>
    </w:p>
    <w:p>
      <w:pPr>
        <w:bidi/>
        <w:spacing w:before="0" w:after="40"/>
        <w:jc w:val="both"/>
      </w:pPr>
      <w:r>
        <w:rPr>
          <w:rtl/>
        </w:rPr>
        <w:t>א. לְכָל מְצֻלָּע יֵשׁ קַוִּים יְשָׁרִים בִּלְבַד. – נכון</w:t>
      </w:r>
    </w:p>
    <w:p>
      <w:pPr>
        <w:bidi/>
        <w:spacing w:before="0" w:after="40"/>
        <w:jc w:val="both"/>
      </w:pPr>
      <w:r>
        <w:rPr>
          <w:rtl/>
        </w:rPr>
        <w:t>ב. לִמְשֻׁשֶּׁה יֵשׁ 5 צְלָעוֹת. – לא נכון – לִמְשֻׁשֶּׁה יֵשׁ 6 צְלָעוֹת.</w:t>
      </w:r>
    </w:p>
    <w:p>
      <w:pPr>
        <w:bidi/>
        <w:spacing w:before="0" w:after="40"/>
        <w:jc w:val="both"/>
      </w:pPr>
      <w:r>
        <w:rPr>
          <w:rtl/>
        </w:rPr>
        <w:t>ג. לַמַּלְבֵּן יֵשׁ 4 קָדְקוֹדִים. – נכון</w:t>
      </w:r>
    </w:p>
    <w:p>
      <w:pPr>
        <w:bidi/>
        <w:spacing w:before="0" w:after="40"/>
        <w:jc w:val="both"/>
      </w:pPr>
      <w:r>
        <w:rPr>
          <w:rtl/>
        </w:rPr>
        <w:t>ד. צוּרָה פְּתוּחָה יְכוֹלָה לִהְיוֹת מְצֻלָּע. – לא נכון – מְצֻלָּע הוּא תָּמִיד צוּרָה סְגוּרָה.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בַּחֲרוּ אֶת הַתְּשׁוּבָה הַנְּכוֹנָה.</w:t>
      </w:r>
    </w:p>
    <w:p>
      <w:pPr>
        <w:bidi/>
        <w:spacing w:before="0" w:after="20"/>
        <w:jc w:val="both"/>
      </w:pPr>
      <w:r>
        <w:rPr>
          <w:rtl/>
        </w:rPr>
        <w:t>א. כַּמָּה צְלָעוֹת יֵשׁ לְ־2 רִבּוּעִים?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8</w:t>
      </w:r>
    </w:p>
    <w:p>
      <w:pPr>
        <w:bidi/>
        <w:spacing w:before="0" w:after="20"/>
        <w:jc w:val="both"/>
      </w:pPr>
      <w:r>
        <w:rPr>
          <w:rtl/>
        </w:rPr>
        <w:t>ב. לְאֵיזוֹ צוּרָה אֵין קָדְקוֹדִים?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עִגּוּל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שַׂרְטְטוּ מְחֻמָּשׁ עַל הַמִּשְׁבָּצוֹת. מִסְפְּרוּ אֶת הַצְּלָעוֹת 1, 2, 3, 4, 5.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צוּרָה סְגוּרָה עִם 5 צְלָעוֹת יְשָׁרוֹת וְ־5 קָדְקוֹדִים.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שַׂרְטְטוּ קַו יָשָׁר בְּאֹרֶךְ 6 ס"מ, וּלְיָדוֹ קַו עָקֹם.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קַו יָשָׁר שֶׁל 6 ס"מ בְּעֶזְרַת סַרְגֵּל, וְקַו עָקֹם בְּיָד חָפְשִׁית.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מַה דּוֹמֶה וּמַה שׁוֹנֶה בֵּין רִבּוּעַ לִמְשֻׁלָּשׁ?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דּוֹמֶה: שְׁנֵיהֶם מְצֻלָּעִים סְגוּרִים עִם קַוִּים יְשָׁרִים. שׁוֹנֶה: לָרִבּוּעַ 4 צְלָעוֹת וְ־4 קָדְקוֹדִים, וְלַמְשֻׁלָּשׁ 3.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[אתגר] אֶתְגָּר: מְשֻׁלָּשׁ וּמְרֻבָּע. לְאֵיזוֹ צוּרָה יוֹתֵר צְלָעוֹת, וּבְכַמָּה?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לַמְרֻבָּע 4 צְלָעוֹת וְלַמְשֻׁלָּשׁ 3. ‪4 - 3 = 1‬. לַמְרֻבָּע צֶלַע אַחַת יוֹתֵר.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[אתגר] אֶתְגָּר: שַׂרְטְטוּ קַו אֶחָד יָשָׁר בְּתוֹךְ רִבּוּעַ, כָּךְ שֶׁיִּהְיוּ 2 מְשֻׁלָּשִׁים.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מְשַׂרְטְטִים קַו מִפִּנָּה לַפִּנָּה שֶׁמִּמּוּל (אֲלַכְסוֹן). מִתְקַבְּלִים 2 מְשֻׁלָּשִׁים.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7C3AED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אִיתַי צִיֵּר 2 רִבּוּעִים. כַּמָּה צְלָעוֹת צִיֵּר?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 + 4 = 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אִיתַי צִיֵּר 8 צְלָעוֹת.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עַל הַדַּף 4 מְשֻׁלָּשִׁים וְעִגּוּל אֶחָד. כַּמָּה מְצֻלָּעִים יֵשׁ עַל הַדַּף?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עִגּוּל אֵינוֹ מְצֻלָּע. ; יֵשׁ 4 מְשֻׁלָּשִׁים.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עַל הַדַּף 4 מְצֻלָּעִים.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בְּחַלּוֹן יֵשׁ 5 זְגוּגִיּוֹת בְּצוּרַת רִבּוּעַ. כַּמָּה קָדְקוֹדִים יֵשׁ לְכָל הַזְּגוּגִיּוֹת יַחַד?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‪5 × 4 = 20‬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יֵשׁ 20 קָדְקוֹדִים.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יְהוֹנָתָן בָּנָה מְשֻׁלָּשׁ מִ־3 קַשִּׁים וְרִבּוּעַ מִ־4 קַשִּׁים. כַּמָּה קַשִּׁים הִשְׁתַּמֵּשׁ?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+ 4 = 7‬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יְהוֹנָתָן הִשְׁתַּמֵּשׁ בְּ־7 קַשִּׁים.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לְאֵלִיָּה 15 גַּפְרוּרִים. הוּא בָּנָה 2 רִבּוּעִים נִפְרָדִים. כַּמָּה מְשֻׁלָּשִׁים נִפְרָדִים הוּא יָכוֹל לִבְנוֹת מִמָּה שֶׁנִּשְׁאַר?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 × 4 = 8‬ ; ‪15 - 8 = 7‬ ; 7 גַּפְרוּרִים מַסְפִּיקִים לְ־2 מְשֻׁלָּשִׁים (6 גַּפְרוּרִים), וְנִשְׁאָר 1.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הוּא יָכוֹל לִבְנוֹת 2 מְשֻׁלָּשִׁים, וְיִשָּׁאֵר גַּפְרוּר 1.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אֹרֶךְ כָּל צֶלַע שֶׁל מְשֻׁשֶּׁה הוּא 2 ס"מ. מָה אֹרֶךְ כָּל הַצְּלָעוֹת יַחַד?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לִמְשֻׁשֶּׁה 6 צְלָעוֹת. ; ‪6 × 2 = 12‬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אֹרֶךְ כָּל הַצְּלָעוֹת יַחַד 12 ס"מ.</w:t>
      </w:r>
    </w:p>
    <w:p>
      <w:pPr>
        <w:bidi/>
        <w:spacing w:before="160" w:after="60"/>
        <w:jc w:val="both"/>
      </w:pPr>
      <w:r>
        <w:rPr>
          <w:b/>
          <w:bCs/>
          <w:color w:val="7C3AED"/>
          <w:sz w:val="26"/>
          <w:szCs w:val="26"/>
          <w:rtl/>
        </w:rPr>
        <w:t>20. גִּזְרוּ אֶת כַּרְטִיסֵי הַצּוּרוֹת, וְהַדְבִּיקוּ כָּל צוּרָה בָּעַמּוּדָה הַמַּתְאִימָה.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מְצֻלָּע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לֹא מְצֻלָּע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🔺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מְשֻׁלָּשׁ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🟥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רִבּוּעַ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🔵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עִגּוּל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🌙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סַהַר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🔶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מְעֻיָּן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🥚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בֵּיצָה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7C3AED"/>
          <w:sz w:val="26"/>
          <w:szCs w:val="26"/>
          <w:rtl/>
        </w:rPr>
        <w:t>21. מִתְחוּ קַו מִכָּל מְצֻלָּע אֶל מִסְפַּר הַצְּלָעוֹת שֶׁלּוֹ.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1. מְשֻׁלָּשׁ  ←  א. 3 צְלָעוֹת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2. מְרֻבָּע  ←  ב. 4 צְלָעוֹת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3. מְחֻמָּשׁ  ←  ג. 5 צְלָעוֹת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4. מְשֻׁשֶּׁה  ←  ד. 6 צְלָעוֹת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7C3AED"/>
          <w:sz w:val="30"/>
          <w:szCs w:val="30"/>
          <w:rtl/>
        </w:rPr>
        <w:t>חזרה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[בינוני] הַשְׁלִימוּ.</w:t>
      </w:r>
    </w:p>
    <w:p>
      <w:pPr>
        <w:bidi/>
        <w:spacing w:before="0" w:after="40"/>
        <w:jc w:val="both"/>
      </w:pPr>
      <w:r>
        <w:rPr>
          <w:rtl/>
        </w:rPr>
        <w:t>א. ‪67 = 60 + 7‬</w:t>
      </w:r>
    </w:p>
    <w:p>
      <w:pPr>
        <w:bidi/>
        <w:spacing w:before="0" w:after="40"/>
        <w:jc w:val="both"/>
      </w:pPr>
      <w:r>
        <w:rPr>
          <w:rtl/>
        </w:rPr>
        <w:t>ב. ‪40 + 35 = 75‬</w:t>
      </w:r>
    </w:p>
    <w:p>
      <w:pPr>
        <w:bidi/>
        <w:spacing w:before="0" w:after="40"/>
        <w:jc w:val="both"/>
      </w:pPr>
      <w:r>
        <w:rPr>
          <w:rtl/>
        </w:rPr>
        <w:t>ג. ‪83 - 21 = 62‬</w:t>
      </w:r>
    </w:p>
    <w:p>
      <w:pPr>
        <w:bidi/>
        <w:spacing w:before="0" w:after="40"/>
        <w:jc w:val="both"/>
      </w:pPr>
      <w:r>
        <w:rPr>
          <w:rtl/>
        </w:rPr>
        <w:t>ד. ‪48 + 7 = 55‬</w:t>
      </w:r>
    </w:p>
    <w:p>
      <w:pPr>
        <w:bidi/>
        <w:spacing w:before="0" w:after="40"/>
        <w:jc w:val="both"/>
      </w:pPr>
      <w:r>
        <w:rPr>
          <w:rtl/>
        </w:rPr>
        <w:t>ה. ‪5 × 4 = 20‬</w:t>
      </w:r>
    </w:p>
    <w:p>
      <w:pPr>
        <w:bidi/>
        <w:spacing w:before="0" w:after="40"/>
        <w:jc w:val="both"/>
      </w:pPr>
      <w:r>
        <w:rPr>
          <w:rtl/>
        </w:rPr>
        <w:t>ו. ‪20 : 2 = 10‬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[בינוני] כִּתְבוּ &gt; אוֹ &lt; אוֹ =.</w:t>
      </w:r>
    </w:p>
    <w:p>
      <w:pPr>
        <w:bidi/>
        <w:spacing w:before="0" w:after="40"/>
        <w:jc w:val="both"/>
      </w:pPr>
      <w:r>
        <w:rPr>
          <w:rtl/>
        </w:rPr>
        <w:t>א. ‪58 &lt; 85‬</w:t>
      </w:r>
    </w:p>
    <w:p>
      <w:pPr>
        <w:bidi/>
        <w:spacing w:before="0" w:after="40"/>
        <w:jc w:val="both"/>
      </w:pPr>
      <w:r>
        <w:rPr>
          <w:rtl/>
        </w:rPr>
        <w:t>ב. ‪30 + 9 = 39‬</w:t>
      </w:r>
    </w:p>
    <w:p>
      <w:pPr>
        <w:bidi/>
        <w:spacing w:before="0" w:after="40"/>
        <w:jc w:val="both"/>
      </w:pPr>
      <w:r>
        <w:rPr>
          <w:rtl/>
        </w:rPr>
        <w:t>ג. ‪6 × 5 &gt; 25‬</w:t>
      </w:r>
    </w:p>
    <w:p>
      <w:pPr>
        <w:bidi/>
        <w:spacing w:before="0" w:after="40"/>
        <w:jc w:val="both"/>
      </w:pPr>
      <w:r>
        <w:rPr>
          <w:rtl/>
        </w:rPr>
        <w:t>ד. ‪40 : 10 &lt; 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[בינוני] הַשְׁלִימוּ.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מִסְפָּר</w:t>
            </w:r>
          </w:p>
        </w:tc>
        <w:tc>
          <w:tcPr>
            <w:tcW w:type="dxa" w:w="2494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+ 8</w:t>
            </w:r>
          </w:p>
        </w:tc>
        <w:tc>
          <w:tcPr>
            <w:tcW w:type="dxa" w:w="2494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- 8</w:t>
            </w:r>
          </w:p>
        </w:tc>
        <w:tc>
          <w:tcPr>
            <w:tcW w:type="dxa" w:w="2494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2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24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80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הַתְאִימוּ.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7c3ae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מְשֻׁלָּשׁ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3 צְלָעוֹת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1 מֶטֶר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100 ס"מ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שָׁעָה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100 אֲגוֹרוֹת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1 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60 דַּקּוֹת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מְשֻׁשֶּׁה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6 צְלָעוֹת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נָכוֹן אוֹ לֹא נָכוֹן?</w:t>
      </w:r>
    </w:p>
    <w:p>
      <w:pPr>
        <w:bidi/>
        <w:spacing w:before="0" w:after="40"/>
        <w:jc w:val="both"/>
      </w:pPr>
      <w:r>
        <w:rPr>
          <w:rtl/>
        </w:rPr>
        <w:t>א. ‪47 + 36 = 83‬ – נכון</w:t>
      </w:r>
    </w:p>
    <w:p>
      <w:pPr>
        <w:bidi/>
        <w:spacing w:before="0" w:after="40"/>
        <w:jc w:val="both"/>
      </w:pPr>
      <w:r>
        <w:rPr>
          <w:rtl/>
        </w:rPr>
        <w:t>ב. ‪3 × 10 = 13‬ – לא נכון – ‪3 × 10 = 30‬</w:t>
      </w:r>
    </w:p>
    <w:p>
      <w:pPr>
        <w:bidi/>
        <w:spacing w:before="0" w:after="40"/>
        <w:jc w:val="both"/>
      </w:pPr>
      <w:r>
        <w:rPr>
          <w:rtl/>
        </w:rPr>
        <w:t>ג. עִגּוּל הוּא מְצֻלָּע. – לא נכון – לְעִגּוּל אֵין צְלָעוֹת, וְלָכֵן הוּא לֹא מְצֻלָּע.</w:t>
      </w:r>
    </w:p>
    <w:p>
      <w:pPr>
        <w:bidi/>
        <w:spacing w:before="0" w:after="40"/>
        <w:jc w:val="both"/>
      </w:pPr>
      <w:r>
        <w:rPr>
          <w:rtl/>
        </w:rPr>
        <w:t>ד. ‪72 - 9 = 63‬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פִּתְרוּ בִּמְאֻנָּךְ: ‪39 + 46‬   ,   ‪90 - 37‬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‪39 + 46 = 85‬ ; ‪90 - 37 = 53‬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[אתגר] לְנוֹעַם 4 שַׂקִּיּוֹת שֶׁל 5 תַּפּוּחִים. הוּא אָכַל 3 תַּפּוּחִים. כַּמָּה תַּפּוּחִים נִשְׁאֲרוּ?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‪4 × 5 = 20‬ ; ‪20 - 3 = 17‬. תְּשׁוּבָה: נִשְׁאֲרוּ 17 תַּפּוּחִים.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