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60"/>
        <w:jc w:val="both"/>
      </w:pPr>
      <w:r>
        <w:rPr>
          <w:rtl/>
        </w:rPr>
        <w:t>א. ‪6 × 7 = __________‬</w:t>
      </w:r>
    </w:p>
    <w:p>
      <w:pPr>
        <w:bidi/>
        <w:spacing w:before="0" w:after="60"/>
        <w:jc w:val="both"/>
      </w:pPr>
      <w:r>
        <w:rPr>
          <w:rtl/>
        </w:rPr>
        <w:t>ב. ‪9 × 8 = __________‬</w:t>
      </w:r>
    </w:p>
    <w:p>
      <w:pPr>
        <w:bidi/>
        <w:spacing w:before="0" w:after="60"/>
        <w:jc w:val="both"/>
      </w:pPr>
      <w:r>
        <w:rPr>
          <w:rtl/>
        </w:rPr>
        <w:t>ג. ‪0 × 45 = __________‬</w:t>
      </w:r>
    </w:p>
    <w:p>
      <w:pPr>
        <w:bidi/>
        <w:spacing w:before="0" w:after="60"/>
        <w:jc w:val="both"/>
      </w:pPr>
      <w:r>
        <w:rPr>
          <w:rtl/>
        </w:rPr>
        <w:t>ד. ‪56 : 7 = __________‬</w:t>
      </w:r>
    </w:p>
    <w:p>
      <w:pPr>
        <w:bidi/>
        <w:spacing w:before="0" w:after="60"/>
        <w:jc w:val="both"/>
      </w:pPr>
      <w:r>
        <w:rPr>
          <w:rtl/>
        </w:rPr>
        <w:t>ה. ‪81 : 9 = __________‬</w:t>
      </w:r>
    </w:p>
    <w:p>
      <w:pPr>
        <w:bidi/>
        <w:spacing w:before="0" w:after="60"/>
        <w:jc w:val="both"/>
      </w:pPr>
      <w:r>
        <w:rPr>
          <w:rtl/>
        </w:rPr>
        <w:t>ו. ‪1 × 38 = __________‬</w:t>
      </w:r>
    </w:p>
    <w:p>
      <w:pPr>
        <w:bidi/>
        <w:spacing w:before="0" w:after="60"/>
        <w:jc w:val="both"/>
      </w:pPr>
      <w:r>
        <w:rPr>
          <w:rtl/>
        </w:rPr>
        <w:t>ז. ‪30 : 5 = __________‬</w:t>
      </w:r>
    </w:p>
    <w:p>
      <w:pPr>
        <w:bidi/>
        <w:spacing w:before="0" w:after="60"/>
        <w:jc w:val="both"/>
      </w:pPr>
      <w:r>
        <w:rPr>
          <w:rtl/>
        </w:rPr>
        <w:t>ח. ‪4 ×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כפל בעשרות ובמאות שלמות. (6 נק')</w:t>
      </w:r>
    </w:p>
    <w:p>
      <w:pPr>
        <w:bidi/>
        <w:spacing w:before="0" w:after="60"/>
        <w:jc w:val="both"/>
      </w:pPr>
      <w:r>
        <w:rPr>
          <w:rtl/>
        </w:rPr>
        <w:t>א. ‪4 × 20 = __________‬</w:t>
      </w:r>
    </w:p>
    <w:p>
      <w:pPr>
        <w:bidi/>
        <w:spacing w:before="0" w:after="60"/>
        <w:jc w:val="both"/>
      </w:pPr>
      <w:r>
        <w:rPr>
          <w:rtl/>
        </w:rPr>
        <w:t>ב. ‪7 × 60 = __________‬</w:t>
      </w:r>
    </w:p>
    <w:p>
      <w:pPr>
        <w:bidi/>
        <w:spacing w:before="0" w:after="60"/>
        <w:jc w:val="both"/>
      </w:pPr>
      <w:r>
        <w:rPr>
          <w:rtl/>
        </w:rPr>
        <w:t>ג. ‪5 × 80 = __________‬</w:t>
      </w:r>
    </w:p>
    <w:p>
      <w:pPr>
        <w:bidi/>
        <w:spacing w:before="0" w:after="60"/>
        <w:jc w:val="both"/>
      </w:pPr>
      <w:r>
        <w:rPr>
          <w:rtl/>
        </w:rPr>
        <w:t>ד. ‪3 × 300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‪38 × 4‬   |   ‪126 × 5‬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חלקו ומלאו את המנה ואת השארית.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‪25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‪59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60"/>
        <w:jc w:val="both"/>
      </w:pPr>
      <w:r>
        <w:rPr>
          <w:rtl/>
        </w:rPr>
        <w:t>א. ‪5 + 4 × 3 = __________‬</w:t>
      </w:r>
    </w:p>
    <w:p>
      <w:pPr>
        <w:bidi/>
        <w:spacing w:before="0" w:after="60"/>
        <w:jc w:val="both"/>
      </w:pPr>
      <w:r>
        <w:rPr>
          <w:rtl/>
        </w:rPr>
        <w:t>ב. ‪(5 + 4) × 3 = __________‬</w:t>
      </w:r>
    </w:p>
    <w:p>
      <w:pPr>
        <w:bidi/>
        <w:spacing w:before="0" w:after="60"/>
        <w:jc w:val="both"/>
      </w:pPr>
      <w:r>
        <w:rPr>
          <w:rtl/>
        </w:rPr>
        <w:t>ג. ‪40 − 24 :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המספר החסר. (4 נק')</w:t>
      </w:r>
    </w:p>
    <w:p>
      <w:pPr>
        <w:bidi/>
        <w:spacing w:before="0" w:after="60"/>
        <w:jc w:val="both"/>
      </w:pPr>
      <w:r>
        <w:rPr>
          <w:rtl/>
        </w:rPr>
        <w:t>א. ‪__________ × 8 = 48‬</w:t>
      </w:r>
    </w:p>
    <w:p>
      <w:pPr>
        <w:bidi/>
        <w:spacing w:before="0" w:after="60"/>
        <w:jc w:val="both"/>
      </w:pPr>
      <w:r>
        <w:rPr>
          <w:rtl/>
        </w:rPr>
        <w:t>ב. ‪63 : __________ = 9‬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באולם 7 שורות של כסאות, ובכל שורה 9 כסאות. כמה כסאות באולם? (7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נועה חילקה 48 מדבקות שווה בשווה בין 6 חברות. כמה מדבקות קיבלה כל חברה? (7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בטיול השתתפו 4 כיתות, ובכל כיתה 32 תלמידים. כמה תלמידים השתתפו בטיול?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בסל 38 ביצים. אורזים אותן בתבניות של 6 ביצים. כמה תבניות מלאות יהיו? כמה ביצים יישארו?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יואב קנה 3 כדורים ב-12 ש"ח כל אחד ומשרוקית ב-9 ש"ח. כמה שילם בסך הכול? כתבו תרגיל אחד ופתרו. (10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דניאל פתר ‪7 × 46‬ במאונך וקיבל 282. הסבירו מה הייתה הטעות ופתרו נכון.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כל תשובה במשפט. (8 נק')</w:t>
      </w:r>
    </w:p>
    <w:p>
      <w:pPr>
        <w:bidi/>
        <w:spacing w:before="0" w:after="60"/>
        <w:jc w:val="both"/>
      </w:pPr>
      <w:r>
        <w:rPr>
          <w:rtl/>
        </w:rPr>
        <w:t>א. ‪35 : 4 = 7‬ (שארית 7)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המספר 85 מתחלק ב-5 אבל לא ב-10.      נכון / לא נכון</w:t>
      </w:r>
    </w:p>
    <w:p>
      <w:pPr>
        <w:bidi/>
        <w:spacing w:before="0" w:after="60"/>
        <w:jc w:val="both"/>
      </w:pPr>
      <w:r>
        <w:rPr>
          <w:rtl/>
        </w:rPr>
        <w:t>ג. ‪8 × 6 = 6 × 8‬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‪20 − 4 × 3 = 48‬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מיכל אומרת: «כדי לחשב ‪9 × 6‬ אפשר לחשב ‪10 × 6‬ ולהחסיר 6». האם היא צודקת? הסבירו וחשבו.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