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מחוון למבחן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כתבו את כל שלבי הפתרון.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המספר החסר. (8 נק')</w:t>
      </w:r>
    </w:p>
    <w:p>
      <w:pPr>
        <w:bidi/>
        <w:spacing w:before="0" w:after="40"/>
        <w:jc w:val="both"/>
      </w:pPr>
      <w:r>
        <w:rPr>
          <w:rtl/>
        </w:rPr>
        <w:t>א. ‪8 × 7 = 56‬</w:t>
      </w:r>
    </w:p>
    <w:p>
      <w:pPr>
        <w:bidi/>
        <w:spacing w:before="0" w:after="40"/>
        <w:jc w:val="both"/>
      </w:pPr>
      <w:r>
        <w:rPr>
          <w:rtl/>
        </w:rPr>
        <w:t>ב. ‪9 × 8 = 72‬</w:t>
      </w:r>
    </w:p>
    <w:p>
      <w:pPr>
        <w:bidi/>
        <w:spacing w:before="0" w:after="40"/>
        <w:jc w:val="both"/>
      </w:pPr>
      <w:r>
        <w:rPr>
          <w:rtl/>
        </w:rPr>
        <w:t>ג. ‪48 : 8 = 6‬</w:t>
      </w:r>
    </w:p>
    <w:p>
      <w:pPr>
        <w:bidi/>
        <w:spacing w:before="0" w:after="40"/>
        <w:jc w:val="both"/>
      </w:pPr>
      <w:r>
        <w:rPr>
          <w:rtl/>
        </w:rPr>
        <w:t>ד. ‪54 : 6 = 9‬</w:t>
      </w:r>
    </w:p>
    <w:p>
      <w:pPr>
        <w:bidi/>
        <w:spacing w:before="0" w:after="40"/>
        <w:jc w:val="both"/>
      </w:pPr>
      <w:r>
        <w:rPr>
          <w:rtl/>
        </w:rPr>
        <w:t>ה. ‪6 × 70 = 420‬</w:t>
      </w:r>
    </w:p>
    <w:p>
      <w:pPr>
        <w:bidi/>
        <w:spacing w:before="0" w:after="40"/>
        <w:jc w:val="both"/>
      </w:pPr>
      <w:r>
        <w:rPr>
          <w:rtl/>
        </w:rPr>
        <w:t>ו. ‪3 × 300 = 900‬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פתרו במאונך: ‪89 × 7‬   |   ‪245 × 4‬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‪89 × 7: 9 × 7 = 63‬ (3, זוכרים 6); ‪8 × 7 = 56‬, ועוד ‪6 = 62‬. התוצאה 623. ‪245 × 4: 5 × 4 = 20‬ (0, זוכרים 2); ‪4 × 4 = 16‬, ועוד ‪2 = 18‬ (8, זוכרים 1); ‪2 × 4 = 8‬, ועוד ‪1 = 9‬. התוצאה 980.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חלקו וכתבו תרגיל בדיקה: ‪94 : 7‬   |   ‪87 : 6‬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‪94 : 7 = 13‬ (שארית 3); בדיקה: ‪13 × 7 + 3 = 94‬. ‪87 : 6 = 14‬ (שארית 3); בדיקה: ‪14 × 6 + 3 = 87‬.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חשבו לפי סדר הפעולות. (8 נק')</w:t>
      </w:r>
    </w:p>
    <w:p>
      <w:pPr>
        <w:bidi/>
        <w:spacing w:before="0" w:after="40"/>
        <w:jc w:val="both"/>
      </w:pPr>
      <w:r>
        <w:rPr>
          <w:rtl/>
        </w:rPr>
        <w:t>א. ‪6 + 4 × 8 − 5 = 33‬</w:t>
      </w:r>
    </w:p>
    <w:p>
      <w:pPr>
        <w:bidi/>
        <w:spacing w:before="0" w:after="40"/>
        <w:jc w:val="both"/>
      </w:pPr>
      <w:r>
        <w:rPr>
          <w:rtl/>
        </w:rPr>
        <w:t>ב. ‪(6 + 4) × (8 − 5) = 30‬</w:t>
      </w:r>
    </w:p>
    <w:p>
      <w:pPr>
        <w:bidi/>
        <w:spacing w:before="0" w:after="40"/>
        <w:jc w:val="both"/>
      </w:pPr>
      <w:r>
        <w:rPr>
          <w:rtl/>
        </w:rPr>
        <w:t>ג. ‪72 : 8 + 3 × 7 = 30‬</w:t>
      </w:r>
    </w:p>
    <w:p>
      <w:pPr>
        <w:bidi/>
        <w:spacing w:before="0" w:after="40"/>
        <w:jc w:val="both"/>
      </w:pPr>
      <w:r>
        <w:rPr>
          <w:rtl/>
        </w:rPr>
        <w:t>ד. ‪(50 − 2 × 7) : 4 =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סימני התחלקות. בחרו. (4 נק')</w:t>
      </w:r>
    </w:p>
    <w:p>
      <w:pPr>
        <w:bidi/>
        <w:spacing w:before="0" w:after="20"/>
        <w:jc w:val="both"/>
      </w:pPr>
      <w:r>
        <w:rPr>
          <w:rtl/>
        </w:rPr>
        <w:t>א. איזה מספר מתחלק ב-2, ב-5 וב-10?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80</w:t>
      </w:r>
    </w:p>
    <w:p>
      <w:pPr>
        <w:bidi/>
        <w:spacing w:before="0" w:after="20"/>
        <w:jc w:val="both"/>
      </w:pPr>
      <w:r>
        <w:rPr>
          <w:rtl/>
        </w:rPr>
        <w:t>ב. איזה מספר מתחלק ב-5 אבל לא ב-2?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הוסיפו סוגריים כדי שהתוצאה תהיה נכונה. (4 נק')</w:t>
      </w:r>
    </w:p>
    <w:p>
      <w:pPr>
        <w:bidi/>
        <w:spacing w:before="0" w:after="40"/>
        <w:jc w:val="both"/>
      </w:pPr>
      <w:r>
        <w:rPr>
          <w:rtl/>
        </w:rPr>
        <w:t>א. ‪4 + 5 × 6 − 2 = 36‬ ← ‪(4 + 5) × (6 − 2)‬</w:t>
      </w:r>
    </w:p>
    <w:p>
      <w:pPr>
        <w:bidi/>
        <w:spacing w:before="0" w:after="40"/>
        <w:jc w:val="both"/>
      </w:pPr>
      <w:r>
        <w:rPr>
          <w:rtl/>
        </w:rPr>
        <w:t>ב. ‪4 + 5 × 6 − 2 = 24‬ ← ‪4 + 5 × (6 − 2)‬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במאפייה אפו 6 מגשים של לחמניות. בכל מגש 8 שורות, ובכל שורה 5 לחמניות. כמה לחמניות אפו? (7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× 5 = 40‬ לחמניות במגש; ‪6 × 40 = 240‬. תשובה: אפו 240 לחמניות.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לטיול נרשמו 85 ילדים. בכל רכב שטח יש מקום ל-9 ילדים. כמה רכבים צריך כדי שכל הילדים ייסעו? הסבירו.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‪85 : 9 = 9‬ (שארית 4). 9 רכבים מלאים מסיעים 81 ילדים, ונשארים 4 ילדים, ולכן צריך עוד רכב. תשובה: 10 רכבים.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עומר קנה 4 חולצות ב-35 ש"ח כל אחת. הוא שילם בשני שטרות של 100 ש"ח. כמה עודף קיבל?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35 = 140‬; ‪2 × 100 = 200‬; ‪200 − 140 = 60‬. תשובה: עומר קיבל 60 ש"ח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נועם ותמר אספו יחד 56 צדפים. נועם אסף 8 צדפים יותר מתמר. הם חילקו את כל הצדפים שווה בשווה ל-7 שקיות. כמה צדפים בכל שקית? וכמה אסף כל אחד? (9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‪56 : 7 = 8‬ צדפים בכל שקית. בלי 8 הצדפים העודפים: ‪56 − 8 = 48‬, ‪48 : 2 = 24‬. תשובה: תמר אספה 24, נועם אסף 32 ‪(24 + 8)‬, ובכל שקית 8 צדפים.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בספרייה 3 מדפים של 48 ספרים ו-2 מדפים של 65 ספרים. כמה ספרים יש על המדפים? כתבו תרגיל אחד ופתרו.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48 + 2 × 65 = 144 + 130 = 274‬. תשובה: 274 ספרים.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הטעות: אריאל פתר ‪60 : 8 = 6‬ (שארית 12). מה הטעות? פתרו נכון וכתבו בדיקה.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השארית 12 גדולה מהמחלק 8, ולכן אפשר לתת עוד. ‪7 × 8 = 56‬, ולכן ‪60 : 8 = 7‬ (שארית 4). בדיקה: ‪7 × 8 + 4 = 60‬.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הסבירו כל תשובה. (8 נק')</w:t>
      </w:r>
    </w:p>
    <w:p>
      <w:pPr>
        <w:bidi/>
        <w:spacing w:before="0" w:after="40"/>
        <w:jc w:val="both"/>
      </w:pPr>
      <w:r>
        <w:rPr>
          <w:rtl/>
        </w:rPr>
        <w:t>א. אם מספר מתחלק ב-10, הוא מתחלק גם ב-2 וגם ב-5. – נכון</w:t>
      </w:r>
    </w:p>
    <w:p>
      <w:pPr>
        <w:bidi/>
        <w:spacing w:before="0" w:after="40"/>
        <w:jc w:val="both"/>
      </w:pPr>
      <w:r>
        <w:rPr>
          <w:rtl/>
        </w:rPr>
        <w:t>ב. ‪6 × 50 = 3 × 100‬ – נכון</w:t>
      </w:r>
    </w:p>
    <w:p>
      <w:pPr>
        <w:bidi/>
        <w:spacing w:before="0" w:after="40"/>
        <w:jc w:val="both"/>
      </w:pPr>
      <w:r>
        <w:rPr>
          <w:rtl/>
        </w:rPr>
        <w:t>ג. בחילוק ב-6, השארית יכולה להיות 6. – לא נכון – השארית קטנה מהמחלק, לכן היא יכולה להיות 0 עד 5 בלבד</w:t>
      </w:r>
    </w:p>
    <w:p>
      <w:pPr>
        <w:bidi/>
        <w:spacing w:before="0" w:after="40"/>
        <w:jc w:val="both"/>
      </w:pPr>
      <w:r>
        <w:rPr>
          <w:rtl/>
        </w:rPr>
        <w:t>ד. ‪(8 + 2) × 5 = 8 + 2 × 5‬ – לא נכון – ‪(8 + 2) × 5 = 50‬, ואילו ‪8 + 2 × 5 = 18‬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מצאו מספר בין 50 ל-70 שמתחלק ב-2 וב-5, ובחילוק ב-7 נותן שארית 4. הסבירו איך מצאתם.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מספר שמתחלק ב-2 וב-5 נגמר ב-‪0: 50‬, 60, 70. ‪50 : 7 = 7‬ (שארית 1); ‪60 : 7 = 8‬ (שארית 4) ✓; ‪70 : 7 = 10‬ (שארית 0). תשובה: 60.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